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brask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brask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