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NEBRASKA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76-1416, you are required to return the deposit within 14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