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NEBRASKA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Nebraska,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NEBRASKA)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