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BRASK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Nebrask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