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EBRASK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ebrask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