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jc w:val="center"/>
      </w:pPr>
      <w:r>
        <w:rPr>
          <w:rFonts w:ascii="Times New Roman" w:hAnsi="Times New Roman" w:eastAsia="Times New Roman" w:cs="Times New Roman"/>
          <w:b/>
          <w:sz w:val="24"/>
        </w:rPr>
        <w:t>NEVADA DEED UPON DEATH</w:t>
      </w:r>
    </w:p>
    <w:p>
      <w:pPr>
        <w:spacing w:line="276" w:lineRule="auto"/>
      </w:pPr>
    </w:p>
    <w:p>
      <w:pPr>
        <w:spacing w:line="276" w:lineRule="auto"/>
      </w:pPr>
      <w:r>
        <w:rPr>
          <w:rFonts w:ascii="Times New Roman" w:hAnsi="Times New Roman" w:eastAsia="Times New Roman" w:cs="Times New Roman"/>
          <w:sz w:val="24"/>
        </w:rPr>
        <w:t xml:space="preserve">Effective on my (our) death, </w:t>
      </w:r>
    </w:p>
    <w:p>
      <w:pPr>
        <w:spacing w:line="276" w:lineRule="auto"/>
      </w:pP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(We)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____________________________________________________________, the Grantor,</w:t>
      </w:r>
    </w:p>
    <w:p>
      <w:pPr>
        <w:spacing w:line="276" w:lineRule="auto"/>
      </w:pPr>
      <w:r>
        <w:rPr>
          <w:rFonts w:ascii="Times New Roman" w:hAnsi="Times New Roman" w:eastAsia="Times New Roman" w:cs="Times New Roman"/>
          <w:sz w:val="24"/>
        </w:rPr>
        <w:t>hereby convey t</w:t>
      </w:r>
      <w:r>
        <w:rPr>
          <w:rFonts w:ascii="Times New Roman" w:hAnsi="Times New Roman" w:eastAsia="Times New Roman" w:cs="Times New Roman"/>
          <w:sz w:val="24"/>
        </w:rPr>
        <w:t xml:space="preserve">o </w:t>
      </w:r>
      <w:r>
        <w:rPr>
          <w:rFonts w:ascii="Times New Roman" w:hAnsi="Times New Roman" w:eastAsia="Times New Roman" w:cs="Times New Roman"/>
          <w:sz w:val="24"/>
        </w:rPr>
        <w:t>____________________________________________________, the Grantee, with the address</w:t>
      </w:r>
      <w:r>
        <w:rPr>
          <w:rFonts w:ascii="Times New Roman" w:hAnsi="Times New Roman" w:eastAsia="Times New Roman" w:cs="Times New Roman"/>
          <w:sz w:val="24"/>
        </w:rPr>
        <w:t xml:space="preserve"> ________________________________________________________________</w:t>
      </w:r>
      <w:r>
        <w:rPr>
          <w:rFonts w:ascii="Times New Roman" w:hAnsi="Times New Roman" w:eastAsia="Times New Roman" w:cs="Times New Roman"/>
          <w:sz w:val="24"/>
        </w:rPr>
        <w:t>,</w:t>
      </w:r>
    </w:p>
    <w:p>
      <w:pPr>
        <w:spacing w:line="276" w:lineRule="auto"/>
      </w:pPr>
      <w:r>
        <w:rPr>
          <w:rFonts w:ascii="Times New Roman" w:hAnsi="Times New Roman" w:eastAsia="Times New Roman" w:cs="Times New Roman"/>
          <w:sz w:val="24"/>
        </w:rPr>
        <w:t xml:space="preserve">all right, title and interest in the real property </w:t>
      </w:r>
      <w:r>
        <w:rPr>
          <w:rFonts w:ascii="Times New Roman" w:hAnsi="Times New Roman" w:eastAsia="Times New Roman" w:cs="Times New Roman"/>
          <w:sz w:val="24"/>
        </w:rPr>
        <w:t xml:space="preserve">located at: </w:t>
      </w:r>
    </w:p>
    <w:p>
      <w:pPr>
        <w:spacing w:line="276" w:lineRule="auto"/>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________________________________________________, City of ______________________, County of ____________________, State of Nevada, or located in the County of _________________________, State of Nevada, and more particularly described as:</w:t>
      </w:r>
    </w:p>
    <w:p>
      <w:pPr>
        <w:spacing w:line="276" w:lineRule="auto"/>
      </w:pPr>
    </w:p>
    <w:p>
      <w:pPr>
        <w:jc w:val="center"/>
      </w:pPr>
      <w:r>
        <w:rPr>
          <w:rFonts w:ascii="Times New Roman" w:hAnsi="Times New Roman" w:eastAsia="Times New Roman" w:cs="Times New Roman"/>
          <w:b/>
          <w:sz w:val="24"/>
        </w:rPr>
        <w:t>A complete legal description of the real property being conveyed by this</w:t>
      </w:r>
    </w:p>
    <w:p>
      <w:pPr>
        <w:jc w:val="center"/>
      </w:pPr>
      <w:r>
        <w:rPr>
          <w:rFonts w:ascii="Times New Roman" w:hAnsi="Times New Roman" w:eastAsia="Times New Roman" w:cs="Times New Roman"/>
          <w:b/>
          <w:sz w:val="24"/>
        </w:rPr>
        <w:t xml:space="preserve">instrument is attached hereto on page 3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jc w:val="both"/>
      </w:pPr>
      <w:r>
        <w:rPr>
          <w:rFonts w:ascii="Times New Roman" w:hAnsi="Times New Roman" w:eastAsia="Times New Roman" w:cs="Times New Roman"/>
          <w:sz w:val="24"/>
        </w:rPr>
        <w:t xml:space="preserve"> </w:t>
      </w:r>
    </w:p>
    <w:p>
      <w:pPr>
        <w:jc w:val="both"/>
      </w:pPr>
      <w:r>
        <w:rPr>
          <w:rFonts w:ascii="Times New Roman" w:hAnsi="Times New Roman" w:eastAsia="Times New Roman" w:cs="Times New Roman"/>
          <w:sz w:val="24"/>
        </w:rPr>
        <w:t xml:space="preserve"> </w:t>
      </w:r>
    </w:p>
    <w:p>
      <w:pPr>
        <w:jc w:val="both"/>
      </w:pPr>
      <w:r>
        <w:rPr>
          <w:rFonts w:ascii="Times New Roman" w:hAnsi="Times New Roman" w:eastAsia="Times New Roman" w:cs="Times New Roman"/>
          <w:sz w:val="24"/>
        </w:rPr>
        <w:t>Together with all improvements, tenements, hereditaments and appurtenances, including easements and water rights, if any, thereto belonging or appertaining, and any reversions, remainders, rents, issues or profits thereof.</w:t>
      </w:r>
    </w:p>
    <w:p>
      <w:pPr>
        <w:jc w:val="both"/>
      </w:pPr>
      <w:r>
        <w:rPr>
          <w:rFonts w:ascii="Times New Roman" w:hAnsi="Times New Roman" w:eastAsia="Times New Roman" w:cs="Times New Roman"/>
          <w:sz w:val="24"/>
        </w:rPr>
        <w:t xml:space="preserve"> </w:t>
      </w:r>
    </w:p>
    <w:p>
      <w:pPr>
        <w:jc w:val="both"/>
      </w:pPr>
      <w:r>
        <w:rPr>
          <w:rFonts w:ascii="Times New Roman" w:hAnsi="Times New Roman" w:eastAsia="Times New Roman" w:cs="Times New Roman"/>
          <w:sz w:val="24"/>
        </w:rPr>
        <w:t xml:space="preserve">THIS DEED IS REVOCABLE. THIS DEED DOES NOT TRANSFER ANY OWNERSHIP UNTIL THE DEATH OF THE GRANTOR(S). THIS DEED REVOKES ALL PRIOR DEEDS BY THE GRANTOR(S) WHICH CONVEY THE SAME REAL PROPERTY PURSUANT TO </w:t>
      </w:r>
      <w:r>
        <w:rPr>
          <w:rFonts w:ascii="Times New Roman" w:hAnsi="Times New Roman" w:eastAsia="Times New Roman" w:cs="Times New Roman"/>
          <w:sz w:val="24"/>
        </w:rPr>
        <w:t xml:space="preserve"> TO 111.699, INCLUSIVE, REGARDLESS OF WHETHER THE PRIOR DEEDS FAILED TO CONVEY THE ENTIRE INTEREST OF THE GRANTOR(S) IN THE SAME REAL PROPERTY</w:t>
      </w:r>
      <w:r>
        <w:rPr>
          <w:rFonts w:ascii="Times New Roman" w:hAnsi="Times New Roman" w:eastAsia="Times New Roman" w:cs="Times New Roman"/>
          <w:sz w:val="24"/>
        </w:rPr>
        <w:t xml:space="preserve">. </w:t>
      </w:r>
      <w:r>
        <w:rPr>
          <w:rFonts w:ascii="Times New Roman" w:hAnsi="Times New Roman" w:eastAsia="Times New Roman" w:cs="Times New Roman"/>
          <w:sz w:val="24"/>
        </w:rPr>
        <w:t>THE UNDERSIGNED HEREBY AFFIRMS THAT THIS DOCUMENT SUBMITTED FOR RECORDING DOES NOT CONTAIN A SOCIAL SECURITY NUMBER.</w:t>
      </w:r>
    </w:p>
    <w:p>
      <w:pPr>
        <w:spacing w:line="276" w:lineRule="auto"/>
      </w:pPr>
      <w:r>
        <w:rPr>
          <w:rFonts w:ascii="Times New Roman" w:hAnsi="Times New Roman" w:eastAsia="Times New Roman" w:cs="Times New Roman"/>
          <w:sz w:val="24"/>
        </w:rPr>
        <w:br/>
        <w:br/>
        <w:br/>
      </w:r>
    </w:p>
    <w:p>
      <w:pPr>
        <w:spacing w:line="276" w:lineRule="auto"/>
      </w:pPr>
    </w:p>
    <w:p>
      <w:pPr>
        <w:spacing w:line="276" w:lineRule="auto"/>
      </w:pPr>
      <w:r>
        <w:rPr>
          <w:rFonts w:ascii="Times New Roman" w:hAnsi="Times New Roman" w:eastAsia="Times New Roman" w:cs="Times New Roman"/>
          <w:sz w:val="24"/>
        </w:rPr>
        <w:t>If more than one owner:</w:t>
      </w:r>
    </w:p>
    <w:p>
      <w:pPr>
        <w:spacing w:line="276" w:lineRule="auto"/>
      </w:pPr>
    </w:p>
    <w:p>
      <w:pPr>
        <w:spacing w:line="276" w:lineRule="auto"/>
      </w:pPr>
    </w:p>
    <w:p>
      <w:pPr>
        <w:spacing w:before="0" w:after="0" w:line="276" w:lineRule="auto"/>
        <w:jc w:val="center"/>
      </w:pPr>
      <w:r>
        <w:rPr>
          <w:rFonts w:ascii="Times New Roman" w:hAnsi="Times New Roman" w:eastAsia="Times New Roman" w:cs="Times New Roman"/>
          <w:b/>
          <w:sz w:val="24"/>
        </w:rPr>
        <w:t>NOTARY ACKNOWLEDGMENT</w:t>
      </w:r>
    </w:p>
    <w:p>
      <w:pPr/>
    </w:p>
    <w:p>
      <w:pPr>
        <w:jc w:val="both"/>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p>
    <w:p>
      <w:pPr>
        <w:spacing w:line="276" w:lineRule="auto"/>
      </w:pPr>
      <w:r>
        <w:rPr>
          <w:rFonts w:ascii="Times New Roman" w:hAnsi="Times New Roman" w:eastAsia="Times New Roman" w:cs="Times New Roman"/>
          <w:sz w:val="24"/>
        </w:rPr>
        <w:t>STATE OF _____________________</w:t>
      </w:r>
    </w:p>
    <w:p>
      <w:pPr>
        <w:spacing w:line="276" w:lineRule="auto"/>
      </w:pPr>
      <w:r>
        <w:rPr>
          <w:rFonts w:ascii="Times New Roman" w:hAnsi="Times New Roman" w:eastAsia="Times New Roman" w:cs="Times New Roman"/>
          <w:sz w:val="24"/>
        </w:rPr>
        <w:t>COUNTY OF _____________________</w:t>
      </w:r>
    </w:p>
    <w:p>
      <w:pPr>
        <w:spacing w:line="276" w:lineRule="auto"/>
      </w:pPr>
    </w:p>
    <w:p>
      <w:pPr>
        <w:spacing w:line="276" w:lineRule="auto"/>
      </w:pPr>
      <w:r>
        <w:rPr>
          <w:rFonts w:ascii="Times New Roman" w:hAnsi="Times New Roman" w:eastAsia="Times New Roman" w:cs="Times New Roman"/>
          <w:sz w:val="24"/>
        </w:rPr>
        <w:t>On this _____ day of ________________, in the year _____, before me, _____________________________, personally appeared _____________________________, personally known to me or proved to me on the basis of satisfactory evidence to be the person whose name is subscribed to this instrument, and acknowledged that he or she executed it.</w:t>
      </w:r>
    </w:p>
    <w:p>
      <w:pPr>
        <w:spacing w:line="276" w:lineRule="auto"/>
      </w:pPr>
    </w:p>
    <w:p>
      <w:pPr>
        <w:spacing w:line="276" w:lineRule="auto"/>
      </w:pPr>
    </w:p>
    <w:p>
      <w:pPr>
        <w:spacing w:line="276" w:lineRule="auto"/>
        <w:ind w:firstLine="720"/>
      </w:pPr>
      <w:r>
        <w:rPr>
          <w:rFonts w:ascii="Times New Roman" w:hAnsi="Times New Roman" w:eastAsia="Times New Roman" w:cs="Times New Roman"/>
          <w:sz w:val="24"/>
        </w:rPr>
        <w:t>____________________________________</w:t>
      </w:r>
    </w:p>
    <w:p>
      <w:pPr>
        <w:spacing w:line="276" w:lineRule="auto"/>
        <w:ind w:firstLine="720"/>
      </w:pPr>
      <w:r>
        <w:rPr>
          <w:rFonts w:ascii="Times New Roman" w:hAnsi="Times New Roman" w:eastAsia="Times New Roman" w:cs="Times New Roman"/>
          <w:b/>
          <w:sz w:val="24"/>
        </w:rPr>
        <w:t>Notary Public</w:t>
      </w:r>
    </w:p>
    <w:p>
      <w:pPr>
        <w:spacing w:line="276" w:lineRule="auto"/>
        <w:ind w:firstLine="720"/>
      </w:pPr>
    </w:p>
    <w:p>
      <w:pPr>
        <w:spacing w:line="276" w:lineRule="auto"/>
        <w:ind w:firstLine="720"/>
      </w:pPr>
      <w:r>
        <w:rPr>
          <w:rFonts w:ascii="Times New Roman" w:hAnsi="Times New Roman" w:eastAsia="Times New Roman" w:cs="Times New Roman"/>
          <w:sz w:val="24"/>
        </w:rPr>
        <w:t>My Commission Expires: 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NOTARY SEAL</w:t>
      </w:r>
    </w:p>
    <w:p>
      <w:pPr/>
    </w:p>
    <w:p>
      <w:pPr>
        <w:spacing w:before="0" w:after="0"/>
        <w:jc w:val="center"/>
      </w:pPr>
      <w:r>
        <w:rPr>
          <w:rFonts w:ascii="Times New Roman" w:hAnsi="Times New Roman" w:eastAsia="Times New Roman" w:cs="Times New Roman"/>
          <w:sz w:val="24"/>
        </w:rPr>
        <w:t>EXHIBIT A</w:t>
      </w:r>
    </w:p>
    <w:p>
      <w:pPr>
        <w:jc w:val="center"/>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