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The following meets the requirements of a “Durable Power of Attorney for Health Care Decisions” provided for under NRS 162A:</w:t>
      </w:r>
    </w:p>
    <w:p>
      <w:pPr/>
    </w:p>
    <w:p>
      <w:pPr>
        <w:jc w:val="center"/>
      </w:pPr>
    </w:p>
    <w:p>
      <w:pPr/>
    </w:p>
    <w:p>
      <w:pPr/>
    </w:p>
    <w:p>
      <w:pPr/>
    </w:p>
    <w:p>
      <w:pPr/>
      <w:r>
        <w:rPr>
          <w:rFonts w:ascii="Times New Roman" w:hAnsi="Times New Roman" w:eastAsia="Times New Roman" w:cs="Times New Roman"/>
          <w:b/>
          <w:sz w:val="24"/>
        </w:rPr>
        <w:t>DESIGNATION OF HEALTHCARE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(insert your name) do hereby designate and appoint:</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Telephone Number: </w:t>
      </w:r>
      <w:r>
        <w:rPr>
          <w:rFonts w:ascii="Times New Roman" w:hAnsi="Times New Roman" w:eastAsia="Times New Roman" w:cs="Times New Roman"/>
          <w:sz w:val="24"/>
        </w:rPr>
        <w:t>[NUMBER]</w:t>
      </w:r>
    </w:p>
    <w:p>
      <w:pPr/>
    </w:p>
    <w:p>
      <w:pPr/>
      <w:r>
        <w:rPr>
          <w:rFonts w:ascii="Times New Roman" w:hAnsi="Times New Roman" w:eastAsia="Times New Roman" w:cs="Times New Roman"/>
          <w:sz w:val="24"/>
        </w:rPr>
        <w:t>as my Agent to make health care decisions for me as authorized in this document.</w:t>
      </w:r>
    </w:p>
    <w:p>
      <w:pPr/>
    </w:p>
    <w:p>
      <w:pPr/>
      <w:r>
        <w:rPr>
          <w:rFonts w:ascii="Times New Roman" w:hAnsi="Times New Roman" w:eastAsia="Times New Roman" w:cs="Times New Roman"/>
          <w:sz w:val="24"/>
        </w:rPr>
        <w:t>(Insert the name and address of the person you wish to designate as your Agent to make health care decisions for you. Unless the person is also your spouse, legal guardian or the person most closely related to you by blood, none of the following may be designated as your agent: (1) your treating provider of health care; (2) an employee of your treating provider of health care; (3) an operator of a health care facility; or (4) an employee of an operator of a health care facility.)</w:t>
      </w:r>
    </w:p>
    <w:p>
      <w:pPr/>
    </w:p>
    <w:p>
      <w:pPr/>
      <w:r>
        <w:rPr>
          <w:rFonts w:ascii="Times New Roman" w:hAnsi="Times New Roman" w:eastAsia="Times New Roman" w:cs="Times New Roman"/>
          <w:b/>
          <w:sz w:val="24"/>
        </w:rPr>
        <w:t>CREATION OF DURABLE POWER OF ATTORNEY FOR HEALTH CARE</w:t>
      </w:r>
    </w:p>
    <w:p>
      <w:pPr/>
      <w:r>
        <w:rPr>
          <w:rFonts w:ascii="Times New Roman" w:hAnsi="Times New Roman" w:eastAsia="Times New Roman" w:cs="Times New Roman"/>
          <w:sz w:val="24"/>
        </w:rPr>
        <w:t>By this document, I intend to create a Durable Power of Attorney by appointing the person designated above to make health care decisions for me. This Power of Attorney shall not be affected by my subsequent incapacity.</w:t>
      </w:r>
    </w:p>
    <w:p>
      <w:pPr/>
    </w:p>
    <w:p>
      <w:pPr/>
      <w:r>
        <w:rPr>
          <w:rFonts w:ascii="Times New Roman" w:hAnsi="Times New Roman" w:eastAsia="Times New Roman" w:cs="Times New Roman"/>
          <w:b/>
          <w:sz w:val="24"/>
        </w:rPr>
        <w:t xml:space="preserve">GENERAL STATEMENT OF AUTHORITY GRANTED </w:t>
      </w:r>
    </w:p>
    <w:p>
      <w:pPr/>
      <w:r>
        <w:rPr>
          <w:rFonts w:ascii="Times New Roman" w:hAnsi="Times New Roman" w:eastAsia="Times New Roman" w:cs="Times New Roman"/>
          <w:sz w:val="24"/>
        </w:rPr>
        <w:t>In the event that I am incapable of giving informed consent with respect to health care decisions, I hereby grant to the agent named above full power, and authority:  to make health care decisions for me before, or after my death, including consent, refusal of consent, or withdrawal of consent to any care, treatment, service or procedure to maintain, diagnose or treat a physical or mental condition; to request, review and receive any information, verbal or written, regarding my physical or mental health, including, without limitation, medical and hospital records; EXCEPT any power to enter into any arbitration agreements or execute any arbitration clauses in connection with admission to any health care facility including any skilled nursing facility; and subject only to the limitations and special provisions, if any, set forth in paragraph 4 or 6.</w:t>
      </w:r>
    </w:p>
    <w:p>
      <w:pPr/>
    </w:p>
    <w:p>
      <w:pPr/>
      <w:r>
        <w:rPr>
          <w:rFonts w:ascii="Times New Roman" w:hAnsi="Times New Roman" w:eastAsia="Times New Roman" w:cs="Times New Roman"/>
          <w:b/>
          <w:sz w:val="24"/>
        </w:rPr>
        <w:t>SPECIAL PROVISIONS AND LIMITATIONS</w:t>
      </w:r>
    </w:p>
    <w:p>
      <w:pPr/>
      <w:r>
        <w:rPr>
          <w:rFonts w:ascii="Times New Roman" w:hAnsi="Times New Roman" w:eastAsia="Times New Roman" w:cs="Times New Roman"/>
          <w:sz w:val="24"/>
        </w:rPr>
        <w:t>(Your agent is not permitted to consent to any of the following: commitment to or placement in a mental health treatment facility, convulsive treatment, psychosurgery, sterilization, or abortion. If there are any other types of treatment or placement that you do not want your agent’s authority to give consent for or other restrictions you wish to place on your agent’s authority, you should list them in the space below. If you do not want any limitations, your agent will have the broad powers to make health care decisions on your behalf which are set forth in paragraph 3, except to the extent that there are limits provided by law.)</w:t>
      </w:r>
    </w:p>
    <w:p>
      <w:pPr/>
    </w:p>
    <w:p>
      <w:pPr/>
      <w:r>
        <w:rPr>
          <w:rFonts w:ascii="Times New Roman" w:hAnsi="Times New Roman" w:eastAsia="Times New Roman" w:cs="Times New Roman"/>
          <w:sz w:val="24"/>
        </w:rPr>
        <w:t>In exercising the authority under this Durable Power of Attorney for healthcare, the authority of my agent is subject to the following special provisions and limitations:</w:t>
      </w:r>
    </w:p>
    <w:p>
      <w:pPr/>
    </w:p>
    <w:p>
      <w:pPr/>
      <w:r>
        <w:rPr>
          <w:rFonts w:ascii="Times New Roman" w:hAnsi="Times New Roman" w:eastAsia="Times New Roman" w:cs="Times New Roman"/>
          <w:sz w:val="24"/>
        </w:rPr>
        <w:t>[DETAILS]</w:t>
      </w:r>
    </w:p>
    <w:p>
      <w:pPr/>
    </w:p>
    <w:p>
      <w:pPr/>
      <w:r>
        <w:rPr>
          <w:rFonts w:ascii="Times New Roman" w:hAnsi="Times New Roman" w:eastAsia="Times New Roman" w:cs="Times New Roman"/>
          <w:b/>
          <w:sz w:val="24"/>
        </w:rPr>
        <w:t>DURATION</w:t>
      </w:r>
    </w:p>
    <w:p>
      <w:pPr/>
      <w:r>
        <w:rPr>
          <w:rFonts w:ascii="Times New Roman" w:hAnsi="Times New Roman" w:eastAsia="Times New Roman" w:cs="Times New Roman"/>
          <w:sz w:val="24"/>
        </w:rPr>
        <w:t>I understand that this Power of Attorney will exist indefinitely from the date I execute this document unless I establish a shorter time. If I am unable to make health care decisions for myself when this Power of Attorney expires, the authority I have granted my agent will continue to exist until the time when I become able to make health care decisions for myself.</w:t>
      </w:r>
    </w:p>
    <w:p>
      <w:pPr/>
    </w:p>
    <w:p>
      <w:pPr/>
      <w:r>
        <w:rPr>
          <w:rFonts w:ascii="Times New Roman" w:hAnsi="Times New Roman" w:eastAsia="Times New Roman" w:cs="Times New Roman"/>
          <w:sz w:val="24"/>
        </w:rPr>
        <w:t>(IF APPLICABLE)</w:t>
      </w:r>
    </w:p>
    <w:p>
      <w:pPr/>
    </w:p>
    <w:p>
      <w:pPr/>
      <w:r>
        <w:rPr>
          <w:rFonts w:ascii="Times New Roman" w:hAnsi="Times New Roman" w:eastAsia="Times New Roman" w:cs="Times New Roman"/>
          <w:sz w:val="24"/>
        </w:rPr>
        <w:t xml:space="preserve">I wish to have this Power of Attorney end on the following 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STATEMENT OF DESIRES</w:t>
      </w:r>
    </w:p>
    <w:p>
      <w:pPr/>
      <w:r>
        <w:rPr>
          <w:rFonts w:ascii="Times New Roman" w:hAnsi="Times New Roman" w:eastAsia="Times New Roman" w:cs="Times New Roman"/>
          <w:sz w:val="24"/>
        </w:rPr>
        <w:t>(With respect to decisions to withhold or withdraw life-sustaining treatment, your agent must make health care decisions that are consistent with your known desires. You can, but are not required to, indicate your desires below. If your desires are unknown, your agent has the duty to act in your best interests; and, under some circumstances, a judicial proceeding may be necessary so that a court can determine the health care decision that is in your best interest. If you wish to indicate your desires, you may INITIAL the statement or statements that reflect your desires and/or write your own statements in the space below.)</w:t>
      </w:r>
    </w:p>
    <w:p>
      <w:pPr/>
    </w:p>
    <w:p>
      <w:pPr/>
      <w:r>
        <w:rPr>
          <w:rFonts w:ascii="Times New Roman" w:hAnsi="Times New Roman" w:eastAsia="Times New Roman" w:cs="Times New Roman"/>
          <w:sz w:val="24"/>
        </w:rPr>
        <w:t>1. I desire that my life be prolonged to the greatest extent possible, without</w:t>
      </w:r>
    </w:p>
    <w:p>
      <w:pPr/>
      <w:r>
        <w:rPr>
          <w:rFonts w:ascii="Times New Roman" w:hAnsi="Times New Roman" w:eastAsia="Times New Roman" w:cs="Times New Roman"/>
          <w:sz w:val="24"/>
        </w:rPr>
        <w:t>regard to my condition, the chances I have for recovery or long-term</w:t>
      </w:r>
    </w:p>
    <w:p>
      <w:pPr/>
      <w:r>
        <w:rPr>
          <w:rFonts w:ascii="Times New Roman" w:hAnsi="Times New Roman" w:eastAsia="Times New Roman" w:cs="Times New Roman"/>
          <w:sz w:val="24"/>
        </w:rPr>
        <w:t xml:space="preserve">survival, or the cost of the procedures. </w:t>
        <w:tab/>
        <w:tab/>
        <w:tab/>
        <w:tab/>
        <w:tab/>
        <w:t>_</w:t>
      </w:r>
      <w:r>
        <w:rPr>
          <w:rFonts w:ascii="Times New Roman" w:hAnsi="Times New Roman" w:eastAsia="Times New Roman" w:cs="Times New Roman"/>
          <w:sz w:val="24"/>
        </w:rPr>
        <w:t>[INITIALS]</w:t>
      </w:r>
    </w:p>
    <w:p>
      <w:pPr/>
    </w:p>
    <w:p>
      <w:pPr/>
      <w:r>
        <w:rPr>
          <w:rFonts w:ascii="Times New Roman" w:hAnsi="Times New Roman" w:eastAsia="Times New Roman" w:cs="Times New Roman"/>
          <w:sz w:val="24"/>
        </w:rPr>
        <w:t>2. If I am in a coma which my doctors have reasonable concluded is irreversible,</w:t>
      </w:r>
    </w:p>
    <w:p>
      <w:pPr/>
      <w:r>
        <w:rPr>
          <w:rFonts w:ascii="Times New Roman" w:hAnsi="Times New Roman" w:eastAsia="Times New Roman" w:cs="Times New Roman"/>
          <w:sz w:val="24"/>
        </w:rPr>
        <w:t>I desire that life sustaining or prolonging treatments not be used. (Also should</w:t>
      </w:r>
    </w:p>
    <w:p>
      <w:pPr/>
      <w:r>
        <w:rPr>
          <w:rFonts w:ascii="Times New Roman" w:hAnsi="Times New Roman" w:eastAsia="Times New Roman" w:cs="Times New Roman"/>
          <w:sz w:val="24"/>
        </w:rPr>
        <w:t>utilize provisions of NRS 449.535 to 449.690, inclusive, if this subparagraph</w:t>
      </w:r>
    </w:p>
    <w:p>
      <w:pPr/>
      <w:r>
        <w:rPr>
          <w:rFonts w:ascii="Times New Roman" w:hAnsi="Times New Roman" w:eastAsia="Times New Roman" w:cs="Times New Roman"/>
          <w:sz w:val="24"/>
        </w:rPr>
        <w:t xml:space="preserve">is initialed). </w:t>
        <w:tab/>
        <w:tab/>
        <w:tab/>
        <w:tab/>
        <w:tab/>
        <w:tab/>
        <w:tab/>
        <w:tab/>
        <w:t>_</w:t>
      </w:r>
      <w:r>
        <w:rPr>
          <w:rFonts w:ascii="Times New Roman" w:hAnsi="Times New Roman" w:eastAsia="Times New Roman" w:cs="Times New Roman"/>
          <w:sz w:val="24"/>
        </w:rPr>
        <w:t>[INITIALS]</w:t>
      </w:r>
    </w:p>
    <w:p>
      <w:pPr/>
    </w:p>
    <w:p>
      <w:pPr/>
      <w:r>
        <w:rPr>
          <w:rFonts w:ascii="Times New Roman" w:hAnsi="Times New Roman" w:eastAsia="Times New Roman" w:cs="Times New Roman"/>
          <w:sz w:val="24"/>
        </w:rPr>
        <w:t>3. If I have an incurable or terminal condition or illness and no reasonable hope</w:t>
      </w:r>
    </w:p>
    <w:p>
      <w:pPr/>
      <w:r>
        <w:rPr>
          <w:rFonts w:ascii="Times New Roman" w:hAnsi="Times New Roman" w:eastAsia="Times New Roman" w:cs="Times New Roman"/>
          <w:sz w:val="24"/>
        </w:rPr>
        <w:t>of long-term recovery or survival, I desire that life-sustaining or prolonging</w:t>
      </w:r>
    </w:p>
    <w:p>
      <w:pPr/>
      <w:r>
        <w:rPr>
          <w:rFonts w:ascii="Times New Roman" w:hAnsi="Times New Roman" w:eastAsia="Times New Roman" w:cs="Times New Roman"/>
          <w:sz w:val="24"/>
        </w:rPr>
        <w:t>treatments not be used. (Also should utilize provisions of NRS 449.535</w:t>
      </w:r>
    </w:p>
    <w:p>
      <w:pPr/>
      <w:r>
        <w:rPr>
          <w:rFonts w:ascii="Times New Roman" w:hAnsi="Times New Roman" w:eastAsia="Times New Roman" w:cs="Times New Roman"/>
          <w:sz w:val="24"/>
        </w:rPr>
        <w:t>to 449.690, inclusive, and sections 2 to 12, inclusive, if this subparagraph</w:t>
      </w:r>
    </w:p>
    <w:p>
      <w:pPr/>
      <w:r>
        <w:rPr>
          <w:rFonts w:ascii="Times New Roman" w:hAnsi="Times New Roman" w:eastAsia="Times New Roman" w:cs="Times New Roman"/>
          <w:sz w:val="24"/>
        </w:rPr>
        <w:t xml:space="preserve">is initialed). </w:t>
        <w:tab/>
        <w:tab/>
        <w:tab/>
        <w:tab/>
        <w:tab/>
        <w:tab/>
        <w:tab/>
        <w:tab/>
      </w:r>
      <w:r>
        <w:rPr>
          <w:rFonts w:ascii="Times New Roman" w:hAnsi="Times New Roman" w:eastAsia="Times New Roman" w:cs="Times New Roman"/>
          <w:sz w:val="24"/>
        </w:rPr>
        <w:t>[INITIALS]</w:t>
      </w:r>
    </w:p>
    <w:p>
      <w:pPr/>
    </w:p>
    <w:p>
      <w:pPr/>
      <w:r>
        <w:rPr>
          <w:rFonts w:ascii="Times New Roman" w:hAnsi="Times New Roman" w:eastAsia="Times New Roman" w:cs="Times New Roman"/>
          <w:sz w:val="24"/>
        </w:rPr>
        <w:t>4. Withholding or withdrawal of artificial nutrition and hydration may result</w:t>
      </w:r>
    </w:p>
    <w:p>
      <w:pPr/>
      <w:r>
        <w:rPr>
          <w:rFonts w:ascii="Times New Roman" w:hAnsi="Times New Roman" w:eastAsia="Times New Roman" w:cs="Times New Roman"/>
          <w:sz w:val="24"/>
        </w:rPr>
        <w:t>in death by starvation or dehydration. I want to receive or continue receiving</w:t>
      </w:r>
    </w:p>
    <w:p>
      <w:pPr/>
      <w:r>
        <w:rPr>
          <w:rFonts w:ascii="Times New Roman" w:hAnsi="Times New Roman" w:eastAsia="Times New Roman" w:cs="Times New Roman"/>
          <w:sz w:val="24"/>
        </w:rPr>
        <w:t>artificial nutrition and hydration by way of the gastro-intestinal tract after all</w:t>
      </w:r>
    </w:p>
    <w:p>
      <w:pPr/>
      <w:r>
        <w:rPr>
          <w:rFonts w:ascii="Times New Roman" w:hAnsi="Times New Roman" w:eastAsia="Times New Roman" w:cs="Times New Roman"/>
          <w:sz w:val="24"/>
        </w:rPr>
        <w:t xml:space="preserve">other treatment is withheld </w:t>
        <w:tab/>
        <w:tab/>
        <w:tab/>
        <w:tab/>
        <w:tab/>
        <w:tab/>
        <w:tab/>
      </w:r>
      <w:r>
        <w:rPr>
          <w:rFonts w:ascii="Times New Roman" w:hAnsi="Times New Roman" w:eastAsia="Times New Roman" w:cs="Times New Roman"/>
          <w:sz w:val="24"/>
        </w:rPr>
        <w:t>[INITIALS]</w:t>
      </w:r>
    </w:p>
    <w:p>
      <w:pPr/>
    </w:p>
    <w:p>
      <w:pPr/>
      <w:r>
        <w:rPr>
          <w:rFonts w:ascii="Times New Roman" w:hAnsi="Times New Roman" w:eastAsia="Times New Roman" w:cs="Times New Roman"/>
          <w:sz w:val="24"/>
        </w:rPr>
        <w:t>5. I do not desire treatment to be provided and/or continue if the burdens of the</w:t>
      </w:r>
    </w:p>
    <w:p>
      <w:pPr/>
      <w:r>
        <w:rPr>
          <w:rFonts w:ascii="Times New Roman" w:hAnsi="Times New Roman" w:eastAsia="Times New Roman" w:cs="Times New Roman"/>
          <w:sz w:val="24"/>
        </w:rPr>
        <w:t>treatment outweigh the expected benefits. My agent is to consider</w:t>
      </w:r>
    </w:p>
    <w:p>
      <w:pPr/>
      <w:r>
        <w:rPr>
          <w:rFonts w:ascii="Times New Roman" w:hAnsi="Times New Roman" w:eastAsia="Times New Roman" w:cs="Times New Roman"/>
          <w:sz w:val="24"/>
        </w:rPr>
        <w:t>relief of suffering, the preservation or restoration of functioning, and the</w:t>
      </w:r>
    </w:p>
    <w:p>
      <w:pPr/>
      <w:r>
        <w:rPr>
          <w:rFonts w:ascii="Times New Roman" w:hAnsi="Times New Roman" w:eastAsia="Times New Roman" w:cs="Times New Roman"/>
          <w:sz w:val="24"/>
        </w:rPr>
        <w:t xml:space="preserve">quality as well as the extent of the possible extension of my life. </w:t>
        <w:tab/>
        <w:tab/>
      </w:r>
      <w:r>
        <w:rPr>
          <w:rFonts w:ascii="Times New Roman" w:hAnsi="Times New Roman" w:eastAsia="Times New Roman" w:cs="Times New Roman"/>
          <w:sz w:val="24"/>
        </w:rPr>
        <w:t>[INITIALS]</w:t>
      </w:r>
    </w:p>
    <w:p>
      <w:pPr/>
    </w:p>
    <w:p>
      <w:pPr/>
      <w:r>
        <w:rPr>
          <w:rFonts w:ascii="Times New Roman" w:hAnsi="Times New Roman" w:eastAsia="Times New Roman" w:cs="Times New Roman"/>
          <w:sz w:val="24"/>
        </w:rPr>
        <w:t>(If you wish to change your answer, you may do so by drawing an “X” through the answer you do not want, and circling the answer you prefer.)</w:t>
      </w:r>
    </w:p>
    <w:p>
      <w:pPr/>
    </w:p>
    <w:p>
      <w:pPr/>
      <w:r>
        <w:rPr>
          <w:rFonts w:ascii="Times New Roman" w:hAnsi="Times New Roman" w:eastAsia="Times New Roman" w:cs="Times New Roman"/>
          <w:sz w:val="24"/>
        </w:rPr>
        <w:t xml:space="preserve">Other or Additional Statements of Desires: </w:t>
      </w:r>
      <w:r>
        <w:rPr>
          <w:rFonts w:ascii="Times New Roman" w:hAnsi="Times New Roman" w:eastAsia="Times New Roman" w:cs="Times New Roman"/>
          <w:sz w:val="24"/>
        </w:rPr>
        <w:t>[DETAILS]</w:t>
      </w:r>
    </w:p>
    <w:p>
      <w:pPr/>
      <w:r>
        <w:rPr>
          <w:rFonts w:ascii="Times New Roman" w:hAnsi="Times New Roman" w:eastAsia="Times New Roman" w:cs="Times New Roman"/>
          <w:sz w:val="24"/>
        </w:rPr>
        <w:t>___________________________________________________________________________</w:t>
      </w:r>
    </w:p>
    <w:p>
      <w:pPr/>
    </w:p>
    <w:p>
      <w:pPr/>
      <w:r>
        <w:rPr>
          <w:rFonts w:ascii="Times New Roman" w:hAnsi="Times New Roman" w:eastAsia="Times New Roman" w:cs="Times New Roman"/>
          <w:b/>
          <w:sz w:val="24"/>
        </w:rPr>
        <w:t>DESIGNATION OF ALTERNATE AGENT</w:t>
      </w:r>
    </w:p>
    <w:p>
      <w:pPr/>
      <w:r>
        <w:rPr>
          <w:rFonts w:ascii="Times New Roman" w:hAnsi="Times New Roman" w:eastAsia="Times New Roman" w:cs="Times New Roman"/>
          <w:sz w:val="24"/>
        </w:rPr>
        <w:t>(You are not required to designate any alternative agent but you may do so. Any alternative agent you designate will be able to make the same health care decisions as the agent designated in paragraph 1, page 2, in the event that he or she is unable or unwilling to act as your agent.. Also, if the agent designated in paragraph 1 is your spouse, his or her designation as your agent is automatically revoked by law if your marriage is dissolved.)</w:t>
      </w:r>
    </w:p>
    <w:p>
      <w:pPr/>
    </w:p>
    <w:p>
      <w:pPr/>
      <w:r>
        <w:rPr>
          <w:rFonts w:ascii="Times New Roman" w:hAnsi="Times New Roman" w:eastAsia="Times New Roman" w:cs="Times New Roman"/>
          <w:sz w:val="24"/>
        </w:rPr>
        <w:t>If the person designated in paragraph 1 as my agent is unable to make health care decision for me, then I designate the following persons to serve as my agent to</w:t>
      </w:r>
    </w:p>
    <w:p>
      <w:pPr/>
      <w:r>
        <w:rPr>
          <w:rFonts w:ascii="Times New Roman" w:hAnsi="Times New Roman" w:eastAsia="Times New Roman" w:cs="Times New Roman"/>
          <w:sz w:val="24"/>
        </w:rPr>
        <w:t>make heath care decisions for me as authorized in this document, such person to serve in the</w:t>
      </w:r>
    </w:p>
    <w:p>
      <w:pPr/>
      <w:r>
        <w:rPr>
          <w:rFonts w:ascii="Times New Roman" w:hAnsi="Times New Roman" w:eastAsia="Times New Roman" w:cs="Times New Roman"/>
          <w:sz w:val="24"/>
        </w:rPr>
        <w:t>order listed below:</w:t>
      </w:r>
    </w:p>
    <w:p>
      <w:pPr/>
    </w:p>
    <w:p>
      <w:pPr/>
      <w:r>
        <w:rPr>
          <w:rFonts w:ascii="Times New Roman" w:hAnsi="Times New Roman" w:eastAsia="Times New Roman" w:cs="Times New Roman"/>
          <w:sz w:val="24"/>
        </w:rPr>
        <w:t>First Alternative Agent</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Telephone Number: </w:t>
      </w:r>
      <w:r>
        <w:rPr>
          <w:rFonts w:ascii="Times New Roman" w:hAnsi="Times New Roman" w:eastAsia="Times New Roman" w:cs="Times New Roman"/>
          <w:sz w:val="24"/>
        </w:rPr>
        <w:t>[NUMBER]</w:t>
      </w:r>
    </w:p>
    <w:p>
      <w:pPr/>
    </w:p>
    <w:p>
      <w:pPr/>
      <w:r>
        <w:rPr>
          <w:rFonts w:ascii="Times New Roman" w:hAnsi="Times New Roman" w:eastAsia="Times New Roman" w:cs="Times New Roman"/>
          <w:sz w:val="24"/>
        </w:rPr>
        <w:t>Second Alternative Agent</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Telephone Number: </w:t>
      </w:r>
      <w:r>
        <w:rPr>
          <w:rFonts w:ascii="Times New Roman" w:hAnsi="Times New Roman" w:eastAsia="Times New Roman" w:cs="Times New Roman"/>
          <w:sz w:val="24"/>
        </w:rPr>
        <w:t>[NUMBER]</w:t>
      </w:r>
    </w:p>
    <w:p>
      <w:pPr/>
    </w:p>
    <w:p>
      <w:pPr/>
    </w:p>
    <w:p>
      <w:pPr/>
      <w:r>
        <w:rPr>
          <w:rFonts w:ascii="Times New Roman" w:hAnsi="Times New Roman" w:eastAsia="Times New Roman" w:cs="Times New Roman"/>
          <w:b/>
          <w:sz w:val="24"/>
        </w:rPr>
        <w:t>PRIOR DESIGNATIONS REVOKED</w:t>
      </w:r>
    </w:p>
    <w:p>
      <w:pPr/>
      <w:r>
        <w:rPr>
          <w:rFonts w:ascii="Times New Roman" w:hAnsi="Times New Roman" w:eastAsia="Times New Roman" w:cs="Times New Roman"/>
          <w:sz w:val="24"/>
        </w:rPr>
        <w:t xml:space="preserve">I revoke any prior Durable Power of Attorney for Healthcare:  </w:t>
      </w:r>
    </w:p>
    <w:p>
      <w:pPr/>
    </w:p>
    <w:p>
      <w:pPr/>
      <w:r>
        <w:rPr>
          <w:rFonts w:ascii="Times New Roman" w:hAnsi="Times New Roman" w:eastAsia="Times New Roman" w:cs="Times New Roman"/>
          <w:sz w:val="24"/>
        </w:rPr>
        <w:t>(YOU MUST DATE AND SIGN THIS POWER OF ATTORNEY.)</w:t>
      </w:r>
    </w:p>
    <w:p>
      <w:pPr/>
      <w:r>
        <w:rPr>
          <w:rFonts w:ascii="Times New Roman" w:hAnsi="Times New Roman" w:eastAsia="Times New Roman" w:cs="Times New Roman"/>
          <w:sz w:val="24"/>
        </w:rPr>
        <w:t xml:space="preserve">I sign my name to this Durable Power of Attorney for Healthcare on: </w:t>
      </w:r>
      <w:r>
        <w:rPr>
          <w:rFonts w:ascii="Times New Roman" w:hAnsi="Times New Roman" w:eastAsia="Times New Roman" w:cs="Times New Roman"/>
          <w:sz w:val="24"/>
        </w:rPr>
        <w:t>[DATE]</w:t>
      </w:r>
    </w:p>
    <w:p>
      <w:pPr/>
      <w:r>
        <w:rPr>
          <w:rFonts w:ascii="Times New Roman" w:hAnsi="Times New Roman" w:eastAsia="Times New Roman" w:cs="Times New Roman"/>
          <w:sz w:val="24"/>
        </w:rPr>
        <w:tab/>
        <w:tab/>
        <w:tab/>
        <w:tab/>
        <w:tab/>
        <w:tab/>
        <w:tab/>
        <w:tab/>
        <w:tab/>
      </w:r>
    </w:p>
    <w:p>
      <w:pPr/>
      <w:r>
        <w:rPr>
          <w:rFonts w:ascii="Times New Roman" w:hAnsi="Times New Roman" w:eastAsia="Times New Roman" w:cs="Times New Roman"/>
          <w:sz w:val="24"/>
        </w:rPr>
        <w:t xml:space="preserve">at  </w:t>
      </w:r>
      <w:r>
        <w:rPr>
          <w:rFonts w:ascii="Times New Roman" w:hAnsi="Times New Roman" w:eastAsia="Times New Roman" w:cs="Times New Roman"/>
          <w:sz w:val="24"/>
        </w:rPr>
        <w:t>[ADDRESS]</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_____________________________________</w:t>
      </w:r>
    </w:p>
    <w:p>
      <w:pPr/>
      <w:r>
        <w:rPr>
          <w:rFonts w:ascii="Times New Roman" w:hAnsi="Times New Roman" w:eastAsia="Times New Roman" w:cs="Times New Roman"/>
          <w:sz w:val="24"/>
        </w:rPr>
        <w:t>(Signature)</w:t>
      </w:r>
    </w:p>
    <w:p>
      <w:pPr/>
    </w:p>
    <w:p>
      <w:pPr/>
    </w:p>
    <w:p>
      <w:pPr/>
      <w:r>
        <w:rPr>
          <w:rFonts w:ascii="Times New Roman" w:hAnsi="Times New Roman" w:eastAsia="Times New Roman" w:cs="Times New Roman"/>
          <w:sz w:val="24"/>
        </w:rPr>
        <w:t>WAIVER OF CONFLICT OF INTEREST.</w:t>
      </w:r>
    </w:p>
    <w:p>
      <w:pPr/>
    </w:p>
    <w:p>
      <w:pPr/>
      <w:r>
        <w:rPr>
          <w:rFonts w:ascii="Times New Roman" w:hAnsi="Times New Roman" w:eastAsia="Times New Roman" w:cs="Times New Roman"/>
          <w:sz w:val="24"/>
        </w:rPr>
        <w:t xml:space="preserve">If my designated agent is my spouse or is one of my children, then I waive any conflict of interest in carrying out the provisions of this Durable Power of Attorney for Health Care that said spouse or child may have by reason of the fact that he or she may be a beneficiary of my estate.  </w:t>
      </w:r>
    </w:p>
    <w:p>
      <w:pPr/>
    </w:p>
    <w:p>
      <w:pPr/>
      <w:r>
        <w:rPr>
          <w:rFonts w:ascii="Times New Roman" w:hAnsi="Times New Roman" w:eastAsia="Times New Roman" w:cs="Times New Roman"/>
          <w:sz w:val="24"/>
        </w:rPr>
        <w:t>CHALLENGES.</w:t>
      </w:r>
    </w:p>
    <w:p>
      <w:pPr/>
    </w:p>
    <w:p>
      <w:pPr/>
      <w:r>
        <w:rPr>
          <w:rFonts w:ascii="Times New Roman" w:hAnsi="Times New Roman" w:eastAsia="Times New Roman" w:cs="Times New Roman"/>
          <w:sz w:val="24"/>
        </w:rPr>
        <w:t xml:space="preserve">If the legality of any provision of this Durable Power of Attorney for Health Care is questioned by my physician, my agent or a third party, then my agent is authorized to commence an action for declaratory judgment as to the legality of the provision in question.  The cost of any such action is to be paid from my estate.  This Durable Power of Attorney for Health Care must be construed and interpreted in accordance with the laws of the State of Nevada.  </w:t>
      </w:r>
    </w:p>
    <w:p>
      <w:pPr/>
    </w:p>
    <w:p>
      <w:pPr/>
      <w:r>
        <w:rPr>
          <w:rFonts w:ascii="Times New Roman" w:hAnsi="Times New Roman" w:eastAsia="Times New Roman" w:cs="Times New Roman"/>
          <w:sz w:val="24"/>
        </w:rPr>
        <w:t>NOMINATION OF GUARDIAN</w:t>
      </w:r>
    </w:p>
    <w:p>
      <w:pPr/>
    </w:p>
    <w:p>
      <w:pPr/>
      <w:r>
        <w:rPr>
          <w:rFonts w:ascii="Times New Roman" w:hAnsi="Times New Roman" w:eastAsia="Times New Roman" w:cs="Times New Roman"/>
          <w:sz w:val="24"/>
        </w:rPr>
        <w:t xml:space="preserve">If, after execution of this Durable Power of Attorney for Health Care, incompetency proceedings are initiated either for my estate or my person, I hereby nominate as my guardian or conservator for consideration by the court my agent herein named, in the order named.  </w:t>
      </w:r>
    </w:p>
    <w:p>
      <w:pPr/>
    </w:p>
    <w:p>
      <w:pPr/>
      <w:r>
        <w:rPr>
          <w:rFonts w:ascii="Times New Roman" w:hAnsi="Times New Roman" w:eastAsia="Times New Roman" w:cs="Times New Roman"/>
          <w:sz w:val="24"/>
        </w:rPr>
        <w:t>RELEASE OF INFORMATION.</w:t>
      </w:r>
    </w:p>
    <w:p>
      <w:pPr/>
    </w:p>
    <w:p>
      <w:pPr/>
      <w:r>
        <w:rPr>
          <w:rFonts w:ascii="Times New Roman" w:hAnsi="Times New Roman" w:eastAsia="Times New Roman" w:cs="Times New Roman"/>
          <w:sz w:val="24"/>
        </w:rPr>
        <w:t xml:space="preserve">I agree to authorize and allow full release of information by any government agency, medical provider, business, creditor, or third party who may have information pertaining to my health care, to my agent named herein, pursuant to the Health Insurance Portability and Accountability Act of 1996, Public Law 104-191, as amended, and applicable regulations.   </w:t>
      </w: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(THIS POWER OF ATTORNEY WILL NOT BE VALID FOR MAKING HEALTH CARE</w:t>
      </w:r>
    </w:p>
    <w:p>
      <w:pPr/>
      <w:r>
        <w:rPr>
          <w:rFonts w:ascii="Times New Roman" w:hAnsi="Times New Roman" w:eastAsia="Times New Roman" w:cs="Times New Roman"/>
          <w:sz w:val="24"/>
        </w:rPr>
        <w:t>DECISIONS UNLESS IT IS EITHER (1) SIGNED BY AT LEAST TWO QUALIFIED</w:t>
      </w:r>
    </w:p>
    <w:p>
      <w:pPr/>
      <w:r>
        <w:rPr>
          <w:rFonts w:ascii="Times New Roman" w:hAnsi="Times New Roman" w:eastAsia="Times New Roman" w:cs="Times New Roman"/>
          <w:sz w:val="24"/>
        </w:rPr>
        <w:t>WITNESSES WHO ARE PERSONALLY KNOWN TO YOU AND WHO ARE PRESENT</w:t>
      </w:r>
    </w:p>
    <w:p>
      <w:pPr/>
      <w:r>
        <w:rPr>
          <w:rFonts w:ascii="Times New Roman" w:hAnsi="Times New Roman" w:eastAsia="Times New Roman" w:cs="Times New Roman"/>
          <w:sz w:val="24"/>
        </w:rPr>
        <w:t>WHEN YOU SIGN OR ACKNOWLEDGE YOUR SIGNATURE, OR (2)</w:t>
      </w:r>
    </w:p>
    <w:p>
      <w:pPr/>
      <w:r>
        <w:rPr>
          <w:rFonts w:ascii="Times New Roman" w:hAnsi="Times New Roman" w:eastAsia="Times New Roman" w:cs="Times New Roman"/>
          <w:sz w:val="24"/>
        </w:rPr>
        <w:t>ACKNOWLEDGED BEFORE A NOTARY PUBLIC.)</w:t>
      </w:r>
    </w:p>
    <w:p>
      <w:pPr/>
    </w:p>
    <w:p>
      <w:pPr>
        <w:jc w:val="center"/>
      </w:pPr>
      <w:r>
        <w:rPr>
          <w:rFonts w:ascii="Times New Roman" w:hAnsi="Times New Roman" w:eastAsia="Times New Roman" w:cs="Times New Roman"/>
          <w:b/>
          <w:sz w:val="24"/>
        </w:rPr>
        <w:t>CERTIFICATE OF ACKNOWLEDGEMENT OF NOTARY PUBLIC</w:t>
      </w:r>
    </w:p>
    <w:p>
      <w:pPr/>
    </w:p>
    <w:p>
      <w:pPr/>
      <w:r>
        <w:rPr>
          <w:rFonts w:ascii="Times New Roman" w:hAnsi="Times New Roman" w:eastAsia="Times New Roman" w:cs="Times New Roman"/>
          <w:sz w:val="24"/>
        </w:rPr>
        <w:t>(You may use acknowledgement before a notary public instead of statement of witnesses.)</w:t>
      </w:r>
    </w:p>
    <w:p>
      <w:pPr/>
    </w:p>
    <w:p>
      <w:pPr/>
      <w:r>
        <w:rPr>
          <w:rFonts w:ascii="Times New Roman" w:hAnsi="Times New Roman" w:eastAsia="Times New Roman" w:cs="Times New Roman"/>
          <w:sz w:val="24"/>
        </w:rPr>
        <w:t xml:space="preserve">State of Nevada </w:t>
        <w:tab/>
        <w:tab/>
        <w:t>)</w:t>
      </w:r>
    </w:p>
    <w:p>
      <w:pPr/>
      <w:r>
        <w:rPr>
          <w:rFonts w:ascii="Times New Roman" w:hAnsi="Times New Roman" w:eastAsia="Times New Roman" w:cs="Times New Roman"/>
          <w:sz w:val="24"/>
        </w:rPr>
        <w:tab/>
        <w:tab/>
        <w:tab/>
        <w:tab/>
        <w:tab/>
        <w:t>: ss:</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ab/>
        <w:t>)</w:t>
      </w:r>
    </w:p>
    <w:p>
      <w:pPr/>
    </w:p>
    <w:p>
      <w:pPr/>
      <w:r>
        <w:rPr>
          <w:rFonts w:ascii="Times New Roman" w:hAnsi="Times New Roman" w:eastAsia="Times New Roman" w:cs="Times New Roman"/>
          <w:sz w:val="24"/>
        </w:rPr>
        <w:t xml:space="preserve">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in the year </w:t>
      </w:r>
      <w:r>
        <w:rPr>
          <w:rFonts w:ascii="Times New Roman" w:hAnsi="Times New Roman" w:eastAsia="Times New Roman" w:cs="Times New Roman"/>
          <w:sz w:val="24"/>
        </w:rPr>
        <w:t>[YEAR]</w:t>
      </w:r>
    </w:p>
    <w:p>
      <w:pPr/>
    </w:p>
    <w:p>
      <w:pPr/>
      <w:r>
        <w:rPr>
          <w:rFonts w:ascii="Times New Roman" w:hAnsi="Times New Roman" w:eastAsia="Times New Roman" w:cs="Times New Roman"/>
          <w:sz w:val="24"/>
        </w:rPr>
        <w:t xml:space="preserve">before me,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(here insert name of</w:t>
      </w:r>
    </w:p>
    <w:p>
      <w:pPr/>
    </w:p>
    <w:p>
      <w:pPr/>
      <w:r>
        <w:rPr>
          <w:rFonts w:ascii="Times New Roman" w:hAnsi="Times New Roman" w:eastAsia="Times New Roman" w:cs="Times New Roman"/>
          <w:sz w:val="24"/>
        </w:rPr>
        <w:t xml:space="preserve">notary public) personally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(here</w:t>
      </w:r>
    </w:p>
    <w:p>
      <w:pPr/>
    </w:p>
    <w:p>
      <w:pPr/>
      <w:r>
        <w:rPr>
          <w:rFonts w:ascii="Times New Roman" w:hAnsi="Times New Roman" w:eastAsia="Times New Roman" w:cs="Times New Roman"/>
          <w:sz w:val="24"/>
        </w:rPr>
        <w:t xml:space="preserve">insert name of principal) personally known to me (or proved to me on the basis of satisfactory </w:t>
      </w:r>
    </w:p>
    <w:p>
      <w:pPr/>
    </w:p>
    <w:p>
      <w:pPr/>
      <w:r>
        <w:rPr>
          <w:rFonts w:ascii="Times New Roman" w:hAnsi="Times New Roman" w:eastAsia="Times New Roman" w:cs="Times New Roman"/>
          <w:sz w:val="24"/>
        </w:rPr>
        <w:t xml:space="preserve">evidence) to be the person whose name is subscribed to this instrument, and acknowledged that </w:t>
      </w:r>
    </w:p>
    <w:p>
      <w:pPr/>
    </w:p>
    <w:p>
      <w:pPr/>
      <w:r>
        <w:rPr>
          <w:rFonts w:ascii="Times New Roman" w:hAnsi="Times New Roman" w:eastAsia="Times New Roman" w:cs="Times New Roman"/>
          <w:sz w:val="24"/>
        </w:rPr>
        <w:t xml:space="preserve">he or she executed it. I declare under penalty of perjury that the person whose name is ascribed to  </w:t>
      </w:r>
    </w:p>
    <w:p>
      <w:pPr/>
    </w:p>
    <w:p>
      <w:pPr/>
      <w:r>
        <w:rPr>
          <w:rFonts w:ascii="Times New Roman" w:hAnsi="Times New Roman" w:eastAsia="Times New Roman" w:cs="Times New Roman"/>
          <w:sz w:val="24"/>
        </w:rPr>
        <w:t xml:space="preserve">this instrument appears to be of sound mind and under no duress, fraud or undue influence. </w:t>
      </w:r>
    </w:p>
    <w:p>
      <w:pPr/>
    </w:p>
    <w:p>
      <w:pPr/>
    </w:p>
    <w:p>
      <w:pPr/>
    </w:p>
    <w:p>
      <w:pPr/>
      <w:r>
        <w:rPr>
          <w:rFonts w:ascii="Times New Roman" w:hAnsi="Times New Roman" w:eastAsia="Times New Roman" w:cs="Times New Roman"/>
          <w:sz w:val="24"/>
        </w:rPr>
        <w:t xml:space="preserve">NOTARY SEAL </w:t>
        <w:tab/>
        <w:tab/>
        <w:tab/>
      </w:r>
      <w:r>
        <w:rPr>
          <w:rFonts w:ascii="Times New Roman" w:hAnsi="Times New Roman" w:eastAsia="Times New Roman" w:cs="Times New Roman"/>
          <w:sz w:val="24"/>
        </w:rPr>
        <w:t>__________________________________________</w:t>
      </w:r>
    </w:p>
    <w:p>
      <w:pPr/>
      <w:r>
        <w:rPr>
          <w:rFonts w:ascii="Times New Roman" w:hAnsi="Times New Roman" w:eastAsia="Times New Roman" w:cs="Times New Roman"/>
          <w:sz w:val="24"/>
        </w:rPr>
        <w:tab/>
        <w:tab/>
        <w:tab/>
        <w:tab/>
        <w:tab/>
        <w:tab/>
        <w:tab/>
        <w:t>(Signature of Notary Public)</w:t>
      </w:r>
    </w:p>
    <w:p>
      <w:pPr/>
    </w:p>
    <w:p>
      <w:pPr/>
    </w:p>
    <w:p>
      <w:pPr/>
    </w:p>
    <w:p>
      <w:pPr/>
    </w:p>
    <w:p>
      <w:pPr/>
    </w:p>
    <w:p>
      <w:pPr>
        <w:spacing w:before="0" w:after="0"/>
        <w:jc w:val="center"/>
      </w:pPr>
      <w:r>
        <w:rPr>
          <w:rFonts w:ascii="Times New Roman" w:hAnsi="Times New Roman" w:eastAsia="Times New Roman" w:cs="Times New Roman"/>
          <w:b/>
          <w:sz w:val="24"/>
        </w:rPr>
        <w:t>STATEMENT OF WITNESSES</w:t>
      </w:r>
    </w:p>
    <w:p>
      <w:pPr/>
    </w:p>
    <w:p>
      <w:pPr/>
      <w:r>
        <w:rPr>
          <w:rFonts w:ascii="Times New Roman" w:hAnsi="Times New Roman" w:eastAsia="Times New Roman" w:cs="Times New Roman"/>
          <w:sz w:val="24"/>
        </w:rPr>
        <w:t>(You should carefully read and follow this witnessing procedure. This document will not be valid unless you comply with the witnessing procedure. If you elect to use witnesses instead of having this document notarized, you must use two qualified adult witnesses. None of the following may be used as a witness: (1) a person you designate as the agent; (2) a provider of health care; (3) an employee of a provider of health care; (4) the operator of a health care facility; (5) an employee of an operator of a healthcare facility. At least one of the witnesses must make the additional declaration set out following the place where the witnesses sign.)</w:t>
      </w:r>
    </w:p>
    <w:p>
      <w:pPr/>
    </w:p>
    <w:p>
      <w:pPr/>
      <w:r>
        <w:rPr>
          <w:rFonts w:ascii="Times New Roman" w:hAnsi="Times New Roman" w:eastAsia="Times New Roman" w:cs="Times New Roman"/>
          <w:sz w:val="24"/>
        </w:rPr>
        <w:t>I declare under penalty that the principal is personally known to me, that the principal signed</w:t>
      </w:r>
    </w:p>
    <w:p>
      <w:pPr/>
      <w:r>
        <w:rPr>
          <w:rFonts w:ascii="Times New Roman" w:hAnsi="Times New Roman" w:eastAsia="Times New Roman" w:cs="Times New Roman"/>
          <w:sz w:val="24"/>
        </w:rPr>
        <w:t>or acknowledged the Durable Power of Attorney in my presence, that the principal appears to</w:t>
      </w:r>
    </w:p>
    <w:p>
      <w:pPr/>
      <w:r>
        <w:rPr>
          <w:rFonts w:ascii="Times New Roman" w:hAnsi="Times New Roman" w:eastAsia="Times New Roman" w:cs="Times New Roman"/>
          <w:sz w:val="24"/>
        </w:rPr>
        <w:t>be of sound mind and under no duress, fraud, or undue influence, that I am not the person</w:t>
      </w:r>
    </w:p>
    <w:p>
      <w:pPr/>
      <w:r>
        <w:rPr>
          <w:rFonts w:ascii="Times New Roman" w:hAnsi="Times New Roman" w:eastAsia="Times New Roman" w:cs="Times New Roman"/>
          <w:sz w:val="24"/>
        </w:rPr>
        <w:t>appointed as agent by this document, and that I am not a provider of health care, an</w:t>
      </w:r>
    </w:p>
    <w:p>
      <w:pPr/>
      <w:r>
        <w:rPr>
          <w:rFonts w:ascii="Times New Roman" w:hAnsi="Times New Roman" w:eastAsia="Times New Roman" w:cs="Times New Roman"/>
          <w:sz w:val="24"/>
        </w:rPr>
        <w:t>employee of a provider of health care, the operator of a community care facility, nor an</w:t>
      </w:r>
    </w:p>
    <w:p>
      <w:pPr/>
      <w:r>
        <w:rPr>
          <w:rFonts w:ascii="Times New Roman" w:hAnsi="Times New Roman" w:eastAsia="Times New Roman" w:cs="Times New Roman"/>
          <w:sz w:val="24"/>
        </w:rPr>
        <w:t>employee of an operator of health care facility.</w:t>
      </w:r>
    </w:p>
    <w:p>
      <w:pPr/>
    </w:p>
    <w:p>
      <w:pPr/>
      <w:r>
        <w:rPr>
          <w:rFonts w:ascii="Times New Roman" w:hAnsi="Times New Roman" w:eastAsia="Times New Roman" w:cs="Times New Roman"/>
          <w:sz w:val="24"/>
        </w:rPr>
        <w:t>Witness #1:</w:t>
      </w: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__________________________________________________________________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Residence 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Witness #2:</w:t>
      </w: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__________________________________________________________________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Residence 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(AT LEAST ONE OF THE ABOVE WITNESSES MUST ALSO SIGN THE FOLLOWING</w:t>
      </w:r>
    </w:p>
    <w:p>
      <w:pPr/>
      <w:r>
        <w:rPr>
          <w:rFonts w:ascii="Times New Roman" w:hAnsi="Times New Roman" w:eastAsia="Times New Roman" w:cs="Times New Roman"/>
          <w:sz w:val="24"/>
        </w:rPr>
        <w:t>DECLARATION.)</w:t>
      </w:r>
    </w:p>
    <w:p>
      <w:pPr/>
    </w:p>
    <w:p>
      <w:pPr>
        <w:spacing w:before="0" w:after="0"/>
      </w:pPr>
      <w:r>
        <w:rPr>
          <w:rFonts w:ascii="Times New Roman" w:hAnsi="Times New Roman" w:eastAsia="Times New Roman" w:cs="Times New Roman"/>
          <w:sz w:val="24"/>
        </w:rPr>
        <w:t>I declare under penalty of perjury that I am not related to the principal by blood, marriage, or</w:t>
      </w:r>
    </w:p>
    <w:p>
      <w:pPr/>
      <w:r>
        <w:rPr>
          <w:rFonts w:ascii="Times New Roman" w:hAnsi="Times New Roman" w:eastAsia="Times New Roman" w:cs="Times New Roman"/>
          <w:sz w:val="24"/>
        </w:rPr>
        <w:t>adoption, and to the best of my knowledge I am not entitled to any part of the estate of the</w:t>
      </w:r>
    </w:p>
    <w:p>
      <w:pPr/>
      <w:r>
        <w:rPr>
          <w:rFonts w:ascii="Times New Roman" w:hAnsi="Times New Roman" w:eastAsia="Times New Roman" w:cs="Times New Roman"/>
          <w:sz w:val="24"/>
        </w:rPr>
        <w:t>principal upon the death of the principal under a will now existing by operation of law.</w:t>
      </w:r>
    </w:p>
    <w:p>
      <w:pPr/>
    </w:p>
    <w:p>
      <w:pPr/>
      <w:r>
        <w:rPr>
          <w:rFonts w:ascii="Times New Roman" w:hAnsi="Times New Roman" w:eastAsia="Times New Roman" w:cs="Times New Roman"/>
          <w:sz w:val="24"/>
        </w:rPr>
        <w:t>Witness #1:</w:t>
      </w: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__________________________________________________________________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Residence 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Witness #2:</w:t>
      </w: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__________________________________________________________________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Residence 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COPIES: You should retain an executed copy of this document and give one to your</w:t>
      </w:r>
    </w:p>
    <w:p>
      <w:pPr/>
      <w:r>
        <w:rPr>
          <w:rFonts w:ascii="Times New Roman" w:hAnsi="Times New Roman" w:eastAsia="Times New Roman" w:cs="Times New Roman"/>
          <w:sz w:val="24"/>
        </w:rPr>
        <w:t>agent. The Power of Attorney should be available so a copy may be given to your</w:t>
      </w:r>
    </w:p>
    <w:p>
      <w:pPr/>
      <w:r>
        <w:rPr>
          <w:rFonts w:ascii="Times New Roman" w:hAnsi="Times New Roman" w:eastAsia="Times New Roman" w:cs="Times New Roman"/>
          <w:sz w:val="24"/>
        </w:rPr>
        <w:t>providers of health care.</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