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0"/>
        <w:jc w:val="center"/>
      </w:pPr>
      <w:r>
        <w:rPr>
          <w:rFonts w:ascii="Times New Roman" w:hAnsi="Times New Roman" w:eastAsia="Times New Roman" w:cs="Times New Roman"/>
          <w:sz w:val="24"/>
        </w:rPr>
        <w:t>NEVADA GENERAL POWER OF ATTORNEY</w:t>
      </w:r>
    </w:p>
    <w:p>
      <w:pPr>
        <w:jc w:val="center"/>
      </w:pPr>
      <w:r>
        <w:rPr>
          <w:rFonts w:ascii="Times New Roman" w:hAnsi="Times New Roman" w:eastAsia="Times New Roman" w:cs="Times New Roman"/>
          <w:sz w:val="24"/>
        </w:rPr>
        <w:t>OF</w:t>
      </w:r>
    </w:p>
    <w:p>
      <w:pPr>
        <w:jc w:val="center"/>
      </w:pPr>
      <w:r>
        <w:rPr>
          <w:rFonts w:ascii="Times New Roman" w:hAnsi="Times New Roman" w:eastAsia="Times New Roman" w:cs="Times New Roman"/>
          <w:sz w:val="24"/>
        </w:rPr>
        <w:t>___________________________________</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[street address],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hereby designate</w:t>
      </w:r>
      <w:r>
        <w:rPr>
          <w:rFonts w:ascii="Times New Roman" w:hAnsi="Times New Roman" w:eastAsia="Times New Roman" w:cs="Times New Roman"/>
          <w:sz w:val="24"/>
        </w:rPr>
        <w:t>[NAME]</w:t>
      </w:r>
      <w:r>
        <w:rPr>
          <w:rFonts w:ascii="Times New Roman" w:hAnsi="Times New Roman" w:eastAsia="Times New Roman" w:cs="Times New Roman"/>
          <w:sz w:val="24"/>
        </w:rPr>
        <w:t xml:space="preserve"> [attorney-in-fact’s name],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[street address],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my attorney-in-fact (hereinafter my “attorney-in-fact”), to act as set forth below, in my name, in my stead and for my benefit, hereby revoking any and all powers of attorney I may have executed in the past.</w:t>
      </w:r>
    </w:p>
    <w:p>
      <w:pPr/>
      <w:r>
        <w:rPr>
          <w:rFonts w:ascii="Times New Roman" w:hAnsi="Times New Roman" w:eastAsia="Times New Roman" w:cs="Times New Roman"/>
          <w:b/>
          <w:sz w:val="24"/>
        </w:rPr>
        <w:t>I. POWERS</w:t>
      </w:r>
    </w:p>
    <w:p>
      <w:pPr/>
      <w:r>
        <w:rPr>
          <w:rFonts w:ascii="Times New Roman" w:hAnsi="Times New Roman" w:eastAsia="Times New Roman" w:cs="Times New Roman"/>
          <w:sz w:val="24"/>
        </w:rPr>
        <w:t xml:space="preserve">I confer upon my attorney-in-fact the power to act on my behalf and in my stead, as if I were present, and to exercise or perform the acts or powers I have designated with my initials as set forth below.  </w:t>
      </w:r>
    </w:p>
    <w:p>
      <w:pPr/>
      <w:r>
        <w:rPr>
          <w:rFonts w:ascii="Times New Roman" w:hAnsi="Times New Roman" w:eastAsia="Times New Roman" w:cs="Times New Roman"/>
          <w:sz w:val="24"/>
        </w:rPr>
        <w:t>My attorney-in-fact, shall NOT have the power to act on my behalf if I have not so designated with my initials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w:t>
        <w:tab/>
      </w:r>
      <w:r>
        <w:rPr>
          <w:rFonts w:ascii="Times New Roman" w:hAnsi="Times New Roman" w:eastAsia="Times New Roman" w:cs="Times New Roman"/>
          <w:b/>
          <w:sz w:val="24"/>
        </w:rPr>
        <w:t>Power to Make Payments or Collect Monies Owed</w:t>
      </w:r>
      <w:r>
        <w:rPr>
          <w:rFonts w:ascii="Times New Roman" w:hAnsi="Times New Roman" w:eastAsia="Times New Roman" w:cs="Times New Roman"/>
          <w:sz w:val="24"/>
        </w:rPr>
        <w:t>. My attorney-in-fact has the power to make any payments on any accounts I may owe and to hold, collect and request any sums that may be due, owing or payable to me or in which I may hereinafter acquire an interest, in whatever form, whether liquidated or un-liquidated, to have, use, and take all lawful means in my name for the collection and recovery thereof, and to adjust, sell, compromise, and agree for the same and to execute and deliver for me, on my behalf, and in my name, all endorsements, releases, receipts, or other sufficient discharges for the same;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2.</w:t>
        <w:tab/>
      </w:r>
      <w:r>
        <w:rPr>
          <w:rFonts w:ascii="Times New Roman" w:hAnsi="Times New Roman" w:eastAsia="Times New Roman" w:cs="Times New Roman"/>
          <w:b/>
          <w:sz w:val="24"/>
        </w:rPr>
        <w:t>Power to Acquire, Lease and Sell Personal Property</w:t>
      </w:r>
      <w:r>
        <w:rPr>
          <w:rFonts w:ascii="Times New Roman" w:hAnsi="Times New Roman" w:eastAsia="Times New Roman" w:cs="Times New Roman"/>
          <w:sz w:val="24"/>
        </w:rPr>
        <w:t>.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3.   </w:t>
      </w:r>
      <w:r>
        <w:rPr>
          <w:rFonts w:ascii="Times New Roman" w:hAnsi="Times New Roman" w:eastAsia="Times New Roman" w:cs="Times New Roman"/>
          <w:b/>
          <w:sz w:val="24"/>
        </w:rPr>
        <w:t>Power to Acquire, Lease and Sell Real Property</w:t>
      </w:r>
      <w:r>
        <w:rPr>
          <w:rFonts w:ascii="Times New Roman" w:hAnsi="Times New Roman" w:eastAsia="Times New Roman" w:cs="Times New Roman"/>
          <w:sz w:val="24"/>
        </w:rPr>
        <w:t xml:space="preserve">.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 </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4.</w:t>
        <w:tab/>
      </w:r>
      <w:r>
        <w:rPr>
          <w:rFonts w:ascii="Times New Roman" w:hAnsi="Times New Roman" w:eastAsia="Times New Roman" w:cs="Times New Roman"/>
          <w:b/>
          <w:sz w:val="24"/>
        </w:rPr>
        <w:t>Management Powers</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5.</w:t>
        <w:tab/>
      </w:r>
      <w:r>
        <w:rPr>
          <w:rFonts w:ascii="Times New Roman" w:hAnsi="Times New Roman" w:eastAsia="Times New Roman" w:cs="Times New Roman"/>
          <w:b/>
          <w:sz w:val="24"/>
        </w:rPr>
        <w:t>Banking Powers</w:t>
      </w:r>
      <w:r>
        <w:rPr>
          <w:rFonts w:ascii="Times New Roman" w:hAnsi="Times New Roman" w:eastAsia="Times New Roman" w:cs="Times New Roman"/>
          <w:sz w:val="24"/>
        </w:rPr>
        <w:t>. To open and close accounts, make, receive, and endorse checks and drafts, deposit and withdraw funds, acquire and redeem certificates of deposit, in banks, savings and loan associations, and other institutions, execute or release such deeds of trust or other security agreements as may be necessary or proper in the exercise of the rights and powers herein granted;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6.</w:t>
        <w:tab/>
      </w:r>
      <w:r>
        <w:rPr>
          <w:rFonts w:ascii="Times New Roman" w:hAnsi="Times New Roman" w:eastAsia="Times New Roman" w:cs="Times New Roman"/>
          <w:b/>
          <w:sz w:val="24"/>
        </w:rPr>
        <w:t>Motor Vehicles</w:t>
      </w:r>
      <w:r>
        <w:rPr>
          <w:rFonts w:ascii="Times New Roman" w:hAnsi="Times New Roman" w:eastAsia="Times New Roman" w:cs="Times New Roman"/>
          <w:sz w:val="24"/>
        </w:rPr>
        <w:t>. To apply for a Certificate of Title upon, and endorse and transfer title thereto, for any automobile, truck, pickup truck, van, motorcycle, or other motor vehicle, and to represent in such transfer or assignment that the title to said motor vehicle is free and clear of all liens and encumbrances except those specifically set forth in such transfer or assignment;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7.</w:t>
        <w:tab/>
      </w:r>
      <w:r>
        <w:rPr>
          <w:rFonts w:ascii="Times New Roman" w:hAnsi="Times New Roman" w:eastAsia="Times New Roman" w:cs="Times New Roman"/>
          <w:b/>
          <w:sz w:val="24"/>
        </w:rPr>
        <w:t>Tax Powers</w:t>
      </w:r>
      <w:r>
        <w:rPr>
          <w:rFonts w:ascii="Times New Roman" w:hAnsi="Times New Roman" w:eastAsia="Times New Roman" w:cs="Times New Roman"/>
          <w:sz w:val="24"/>
        </w:rPr>
        <w:t>. To act without limitation on my behalf with regard to federal income taxes (Forms 1040, 1040EZ, 1040X, etc.), state and local income taxes, estate, gift (Form 709) and other tax returns of all sorts, whether federal or state and local, including where appropriate joint returns, FICA returns, payroll tax returns, claims for refunds, requests for extensions of time to file returns or pay taxes, extensions and waivers of applicable periods of limitation, protests and petitions to administrative agencies or courts, including the tax court, regarding tax matters, and any and all other tax related documents, including but not limited to consents and agreements under Section 2032A of the Internal Revenue Code or any successor section thereto and consents to split gifts and closing agreements, for all tax periods from 1980 through 2050, and for all jurisdictions; to complete Internal Revenue Service Form 2848, Power of Attorney and Declaration of Representative (or other prescribed form) on my behalf as well as to perform all other functions contemplated by that form whether they are required or merely permissible; to consent to any gift and to utilize any gift-splitting provisions or other tax election; and to prepare, sign, and file any claims for refund of any tax; to post bonds, receive confidential information and contest deficiencies determined by the Internal Revenue Service or any state or local taxing authority; to exercise any and all elections that I may have under federal, state or local tax laws including without limitation the allocation of any generation-skipping tax exemption to which I may be entitled; to the extent that I may have omitted some power or discretion, some tax period, some form or some jurisdiction, I hereby grant to my attorney-in-fact the power to amend the Internal Revenue Service form power of attorney (presently Form 2848 or Form 2848-D) in my name;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8.</w:t>
        <w:tab/>
      </w:r>
      <w:r>
        <w:rPr>
          <w:rFonts w:ascii="Times New Roman" w:hAnsi="Times New Roman" w:eastAsia="Times New Roman" w:cs="Times New Roman"/>
          <w:b/>
          <w:sz w:val="24"/>
        </w:rPr>
        <w:t>Safe-Deposit Boxes</w:t>
      </w:r>
      <w:r>
        <w:rPr>
          <w:rFonts w:ascii="Times New Roman" w:hAnsi="Times New Roman" w:eastAsia="Times New Roman" w:cs="Times New Roman"/>
          <w:sz w:val="24"/>
        </w:rPr>
        <w:t>. To have access at any time or times to any safe-deposit box rented by me or to which I may have access, where so 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9.</w:t>
        <w:tab/>
      </w:r>
      <w:r>
        <w:rPr>
          <w:rFonts w:ascii="Times New Roman" w:hAnsi="Times New Roman" w:eastAsia="Times New Roman" w:cs="Times New Roman"/>
          <w:b/>
          <w:sz w:val="24"/>
        </w:rPr>
        <w:t xml:space="preserve">Gift Making Powers. </w:t>
      </w:r>
      <w:r>
        <w:rPr>
          <w:rFonts w:ascii="Times New Roman" w:hAnsi="Times New Roman" w:eastAsia="Times New Roman" w:cs="Times New Roman"/>
          <w:sz w:val="24"/>
        </w:rPr>
        <w:t>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10. </w:t>
      </w:r>
      <w:r>
        <w:rPr>
          <w:rFonts w:ascii="Times New Roman" w:hAnsi="Times New Roman" w:eastAsia="Times New Roman" w:cs="Times New Roman"/>
          <w:b/>
          <w:sz w:val="24"/>
        </w:rPr>
        <w:t>Lending and Borrowing</w:t>
      </w:r>
      <w:r>
        <w:rPr>
          <w:rFonts w:ascii="Times New Roman" w:hAnsi="Times New Roman" w:eastAsia="Times New Roman" w:cs="Times New Roman"/>
          <w:sz w:val="24"/>
        </w:rPr>
        <w:t>.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11. </w:t>
      </w:r>
      <w:r>
        <w:rPr>
          <w:rFonts w:ascii="Times New Roman" w:hAnsi="Times New Roman" w:eastAsia="Times New Roman" w:cs="Times New Roman"/>
          <w:b/>
          <w:sz w:val="24"/>
        </w:rPr>
        <w:t>Contracts</w:t>
      </w:r>
      <w:r>
        <w:rPr>
          <w:rFonts w:ascii="Times New Roman" w:hAnsi="Times New Roman" w:eastAsia="Times New Roman" w:cs="Times New Roman"/>
          <w:sz w:val="24"/>
        </w:rPr>
        <w:t>. To enter into contracts of whatever nature or kind in my name;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12. </w:t>
      </w:r>
      <w:r>
        <w:rPr>
          <w:rFonts w:ascii="Times New Roman" w:hAnsi="Times New Roman" w:eastAsia="Times New Roman" w:cs="Times New Roman"/>
          <w:b/>
          <w:sz w:val="24"/>
        </w:rPr>
        <w:t>Health Care</w:t>
      </w:r>
      <w:r>
        <w:rPr>
          <w:rFonts w:ascii="Times New Roman" w:hAnsi="Times New Roman" w:eastAsia="Times New Roman" w:cs="Times New Roman"/>
          <w:sz w:val="24"/>
        </w:rPr>
        <w:t>. To take any and all steps necessary to arrange for my admission to any type of health care facility, including, without limitation, a hospital, rehabilitation facility, skilled nursing facility, or hospice, and to authorize the release of my medical records in the discretion of my attorney-in-fact;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13. </w:t>
      </w:r>
      <w:r>
        <w:rPr>
          <w:rFonts w:ascii="Times New Roman" w:hAnsi="Times New Roman" w:eastAsia="Times New Roman" w:cs="Times New Roman"/>
          <w:b/>
          <w:sz w:val="24"/>
        </w:rPr>
        <w:t>HIPAA</w:t>
      </w:r>
      <w:r>
        <w:rPr>
          <w:rFonts w:ascii="Times New Roman" w:hAnsi="Times New Roman" w:eastAsia="Times New Roman" w:cs="Times New Roman"/>
          <w:sz w:val="24"/>
        </w:rPr>
        <w:t>. To have the power and authority as my personal representative for all purposes of the Health Insurance Portability and Accountability Act of 1996 (Pub. L. No. 104-191);</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14. </w:t>
      </w:r>
      <w:r>
        <w:rPr>
          <w:rFonts w:ascii="Times New Roman" w:hAnsi="Times New Roman" w:eastAsia="Times New Roman" w:cs="Times New Roman"/>
          <w:b/>
          <w:sz w:val="24"/>
        </w:rPr>
        <w:t>Power to Hire and Pay for Services</w:t>
      </w:r>
      <w:r>
        <w:rPr>
          <w:rFonts w:ascii="Times New Roman" w:hAnsi="Times New Roman" w:eastAsia="Times New Roman" w:cs="Times New Roman"/>
          <w:sz w:val="24"/>
        </w:rPr>
        <w:t>. To retain such accountants, attorneys, social workers, consultants, clerks, employees, workers, or other persons as my agent shall deem appropriate in connection with the management of my property and affairs and to make payments from my assets for the fees of such persons so employed;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15. </w:t>
      </w: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To reimburse my attorney-in-fact for any reasonable expenses incurred in connection with such services; and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16. </w:t>
      </w:r>
      <w:r>
        <w:rPr>
          <w:rFonts w:ascii="Times New Roman" w:hAnsi="Times New Roman" w:eastAsia="Times New Roman" w:cs="Times New Roman"/>
          <w:b/>
          <w:sz w:val="24"/>
        </w:rPr>
        <w:t>Power to Sue Third Parties Who Fail to Act Pursuant to Power of Attorney</w:t>
      </w:r>
      <w:r>
        <w:rPr>
          <w:rFonts w:ascii="Times New Roman" w:hAnsi="Times New Roman" w:eastAsia="Times New Roman" w:cs="Times New Roman"/>
          <w:sz w:val="24"/>
        </w:rPr>
        <w:t>. If any third party (including stock transfer agents, title insurance companies, banks, credit unions, and savings and loan associations) with whom my attorney-in-fact seeks to transact refuses to recognize my attorney-in-fact’s authority to act on my behalf pursuant to this Power of Attorney, I authorize my attorney-in-fact to sue and recover from such third party all resulting damages, costs, expenses, and attorney’s fees incurred because of such failure to act. The costs, expenses, and attorney’s fees incurred in bringing such action shall be charged against my general assets, to the extent that they are not recovered from said third party.</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17.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 Power to conduct the following </w:t>
      </w:r>
      <w:r>
        <w:rPr>
          <w:rFonts w:ascii="Times New Roman" w:hAnsi="Times New Roman" w:eastAsia="Times New Roman" w:cs="Times New Roman"/>
          <w:sz w:val="24"/>
        </w:rPr>
        <w:t>[DETAILS]</w:t>
      </w:r>
    </w:p>
    <w:p>
      <w:pPr/>
      <w:r>
        <w:rPr>
          <w:rFonts w:ascii="Times New Roman" w:hAnsi="Times New Roman" w:eastAsia="Times New Roman" w:cs="Times New Roman"/>
          <w:b/>
          <w:sz w:val="24"/>
        </w:rPr>
        <w:t xml:space="preserve">II. </w:t>
      </w:r>
      <w:r>
        <w:rPr>
          <w:rFonts w:ascii="Times New Roman" w:hAnsi="Times New Roman" w:eastAsia="Times New Roman" w:cs="Times New Roman"/>
          <w:b/>
          <w:sz w:val="24"/>
        </w:rPr>
        <w:t>INTERPRETATION AND GOVERNING LAW</w:t>
      </w:r>
    </w:p>
    <w:p>
      <w:pPr/>
      <w:r>
        <w:rPr>
          <w:rFonts w:ascii="Times New Roman" w:hAnsi="Times New Roman" w:eastAsia="Times New Roman" w:cs="Times New Roman"/>
          <w:sz w:val="24"/>
        </w:rPr>
        <w:t>This instrument is to be construed and interpreted as a general non-durable power of attorney. The enumeration of specific powers herein is not intended to, nor does it, limit or restrict the general powers herein granted to my attorney-in-fact. For a third party to construe otherwise would be contrary to my intent. This instrument is executed and delivered in the State of Nevada and the laws of such state shall govern all questions as to the validity of this power and the construction of its provisions. Nevertheless, I intend that this instrument be given full force and effect in any state or country in which I may find myself or in which I may own property, whether real or personal. I direct that my attorney-in-fact not be required to give bond and, if any bond is required, that no sureties be required. I direct that photocopies of this instrument shall have the same power and effect as the original.</w:t>
      </w:r>
    </w:p>
    <w:p>
      <w:pPr/>
      <w:r>
        <w:rPr>
          <w:rFonts w:ascii="Times New Roman" w:hAnsi="Times New Roman" w:eastAsia="Times New Roman" w:cs="Times New Roman"/>
          <w:b/>
          <w:sz w:val="24"/>
        </w:rPr>
        <w:t xml:space="preserve">III. </w:t>
      </w:r>
      <w:r>
        <w:rPr>
          <w:rFonts w:ascii="Times New Roman" w:hAnsi="Times New Roman" w:eastAsia="Times New Roman" w:cs="Times New Roman"/>
          <w:b/>
          <w:sz w:val="24"/>
        </w:rPr>
        <w:t>EFFECTIVE DATE AND TERMINATION</w:t>
      </w:r>
    </w:p>
    <w:p>
      <w:pPr/>
      <w:r>
        <w:rPr>
          <w:rFonts w:ascii="Times New Roman" w:hAnsi="Times New Roman" w:eastAsia="Times New Roman" w:cs="Times New Roman"/>
          <w:sz w:val="24"/>
        </w:rPr>
        <w:t>To indicate when this document shall become effective, initial one of the following:</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Upon the date of this document with my authorization.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The following date </w:t>
      </w:r>
      <w:r>
        <w:rPr>
          <w:rFonts w:ascii="Times New Roman" w:hAnsi="Times New Roman" w:eastAsia="Times New Roman" w:cs="Times New Roman"/>
          <w:sz w:val="24"/>
        </w:rPr>
        <w:t>[DATE]</w:t>
      </w:r>
    </w:p>
    <w:p>
      <w:pPr/>
      <w:r>
        <w:rPr>
          <w:rFonts w:ascii="Times New Roman" w:hAnsi="Times New Roman" w:eastAsia="Times New Roman" w:cs="Times New Roman"/>
          <w:sz w:val="24"/>
        </w:rPr>
        <w:t>To indicate when this document shall become terminated, initial all of the following that apply (termination is effective at which of the following occurs first):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On the following date </w:t>
      </w:r>
      <w:r>
        <w:rPr>
          <w:rFonts w:ascii="Times New Roman" w:hAnsi="Times New Roman" w:eastAsia="Times New Roman" w:cs="Times New Roman"/>
          <w:sz w:val="24"/>
        </w:rPr>
        <w:t>[DATE]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I have made a written revocation.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and if I become incapacitated and unable to make decisions as determined by a physician.</w:t>
      </w:r>
    </w:p>
    <w:p>
      <w:pPr/>
      <w:r>
        <w:rPr>
          <w:rFonts w:ascii="Times New Roman" w:hAnsi="Times New Roman" w:eastAsia="Times New Roman" w:cs="Times New Roman"/>
          <w:b/>
          <w:sz w:val="24"/>
        </w:rPr>
        <w:t xml:space="preserve">IV. </w:t>
      </w:r>
      <w:r>
        <w:rPr>
          <w:rFonts w:ascii="Times New Roman" w:hAnsi="Times New Roman" w:eastAsia="Times New Roman" w:cs="Times New Roman"/>
          <w:b/>
          <w:sz w:val="24"/>
        </w:rPr>
        <w:t>THIRD PARTY RELIANCE</w:t>
      </w:r>
    </w:p>
    <w:p>
      <w:pPr/>
      <w:r>
        <w:rPr>
          <w:rFonts w:ascii="Times New Roman" w:hAnsi="Times New Roman" w:eastAsia="Times New Roman" w:cs="Times New Roman"/>
          <w:sz w:val="24"/>
        </w:rPr>
        <w:t xml:space="preserve">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Any gift of property made by my attorney-in-fact in the proper exercise of the gift-making powers specifically granted in section I (9) herein shall be a full and complete delivery of title upon which third-party purchasers for value may rely. My attorney-in-fact is authorized as he or she deems necessary to bring an action in court so </w:t>
      </w:r>
      <w:r>
        <w:rPr>
          <w:rFonts w:ascii="Times New Roman" w:hAnsi="Times New Roman" w:eastAsia="Times New Roman" w:cs="Times New Roman"/>
          <w:sz w:val="24"/>
        </w:rPr>
        <w:t>that this instrument shall be given the full power and effect that I intend on by executing it.</w:t>
      </w:r>
    </w:p>
    <w:p>
      <w:pPr/>
      <w:r>
        <w:rPr>
          <w:rFonts w:ascii="Times New Roman" w:hAnsi="Times New Roman" w:eastAsia="Times New Roman" w:cs="Times New Roman"/>
          <w:sz w:val="24"/>
        </w:rPr>
        <w:tab/>
        <w:t xml:space="preserve">IN WITNESS WHEREOF, I have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executed this General Non-Durable Power of Attorney.</w:t>
      </w:r>
    </w:p>
    <w:p>
      <w:pPr/>
      <w:r>
        <w:rPr>
          <w:rFonts w:ascii="Times New Roman" w:hAnsi="Times New Roman" w:eastAsia="Times New Roman" w:cs="Times New Roman"/>
          <w:b/>
          <w:sz w:val="24"/>
        </w:rPr>
        <w:t>Principal’s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Principal’s Printed Name</w:t>
      </w:r>
    </w:p>
    <w:p>
      <w:pPr/>
      <w:r>
        <w:rPr>
          <w:rFonts w:ascii="Times New Roman" w:hAnsi="Times New Roman" w:eastAsia="Times New Roman" w:cs="Times New Roman"/>
          <w:sz w:val="24"/>
        </w:rPr>
        <w:t>[NAME]</w:t>
      </w:r>
    </w:p>
    <w:p>
      <w:pPr/>
    </w:p>
    <w:p>
      <w:pPr/>
    </w:p>
    <w:p>
      <w:pPr/>
    </w:p>
    <w:p>
      <w:pPr/>
    </w:p>
    <w:p>
      <w:pPr/>
      <w:r>
        <w:rPr>
          <w:rFonts w:ascii="Times New Roman" w:hAnsi="Times New Roman" w:eastAsia="Times New Roman" w:cs="Times New Roman"/>
          <w:b/>
          <w:sz w:val="24"/>
        </w:rPr>
        <w:t>ACCEPTANCE OF APPOINTMENT</w:t>
      </w:r>
    </w:p>
    <w:p>
      <w:pPr/>
      <w:r>
        <w:rPr>
          <w:rFonts w:ascii="Times New Roman" w:hAnsi="Times New Roman" w:eastAsia="Times New Roman" w:cs="Times New Roman"/>
          <w:sz w:val="24"/>
        </w:rPr>
        <w:tab/>
        <w:t xml:space="preserve">I, </w:t>
      </w:r>
      <w:r>
        <w:rPr>
          <w:rFonts w:ascii="Times New Roman" w:hAnsi="Times New Roman" w:eastAsia="Times New Roman" w:cs="Times New Roman"/>
          <w:sz w:val="24"/>
        </w:rPr>
        <w:t>[NAME]</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 attorney-in-fact named above, hereby accept appointment as attorney-in-fact in accordance with the foregoing instrument.</w:t>
      </w:r>
    </w:p>
    <w:p>
      <w:pPr/>
      <w:r>
        <w:rPr>
          <w:rFonts w:ascii="Times New Roman" w:hAnsi="Times New Roman" w:eastAsia="Times New Roman" w:cs="Times New Roman"/>
          <w:b/>
          <w:sz w:val="24"/>
        </w:rPr>
        <w:t>Attorney-in-Fact’s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Attorney-in-Fact’s Printed Name</w:t>
      </w:r>
    </w:p>
    <w:p>
      <w:pPr/>
      <w:r>
        <w:rPr>
          <w:rFonts w:ascii="Times New Roman" w:hAnsi="Times New Roman" w:eastAsia="Times New Roman" w:cs="Times New Roman"/>
          <w:sz w:val="24"/>
        </w:rPr>
        <w:t>[NAME]</w:t>
      </w:r>
    </w:p>
    <w:p>
      <w:pPr/>
    </w:p>
    <w:p>
      <w:pPr/>
      <w:r>
        <w:rPr>
          <w:rFonts w:ascii="Times New Roman" w:hAnsi="Times New Roman" w:eastAsia="Times New Roman" w:cs="Times New Roman"/>
          <w:b/>
          <w:sz w:val="24"/>
        </w:rPr>
        <w:t>WITNESS</w:t>
      </w:r>
    </w:p>
    <w:p>
      <w:pPr/>
      <w:r>
        <w:rPr>
          <w:rFonts w:ascii="Times New Roman" w:hAnsi="Times New Roman" w:eastAsia="Times New Roman" w:cs="Times New Roman"/>
          <w:sz w:val="24"/>
        </w:rPr>
        <w:t>We, the witnesses, each do hereby declare in the presence of the principal that the principal signed and executed this instrument as his Power of Attorney in the presence of each of us, that he signed it willingly, that each of us hereby signs this Power of Attorney as witness at the request of the principal and in his presence, and that, to the best of our knowledge, the principal is eighteen years of age or over, of sound mind, and under no constraint or undue influence.</w:t>
      </w: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ab/>
        <w:tab/>
        <w:tab/>
      </w:r>
      <w:r>
        <w:rPr>
          <w:rFonts w:ascii="Times New Roman" w:hAnsi="Times New Roman" w:eastAsia="Times New Roman" w:cs="Times New Roman"/>
          <w:sz w:val="24"/>
        </w:rPr>
        <w:t>[ADDRESS]</w:t>
      </w:r>
      <w:r>
        <w:rPr>
          <w:rFonts w:ascii="Times New Roman" w:hAnsi="Times New Roman" w:eastAsia="Times New Roman" w:cs="Times New Roman"/>
          <w:sz w:val="24"/>
        </w:rPr>
        <w:br/>
      </w:r>
      <w:r>
        <w:rPr>
          <w:rFonts w:ascii="Times New Roman" w:hAnsi="Times New Roman" w:eastAsia="Times New Roman" w:cs="Times New Roman"/>
          <w:sz w:val="24"/>
        </w:rPr>
        <w:t>Witness</w:t>
        <w:tab/>
        <w:tab/>
        <w:tab/>
        <w:tab/>
        <w:tab/>
        <w:t>Address</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ab/>
        <w:tab/>
        <w:tab/>
      </w:r>
      <w:r>
        <w:rPr>
          <w:rFonts w:ascii="Times New Roman" w:hAnsi="Times New Roman" w:eastAsia="Times New Roman" w:cs="Times New Roman"/>
          <w:sz w:val="24"/>
        </w:rPr>
        <w:t>[ADDRESS]</w:t>
      </w:r>
      <w:r>
        <w:rPr>
          <w:rFonts w:ascii="Times New Roman" w:hAnsi="Times New Roman" w:eastAsia="Times New Roman" w:cs="Times New Roman"/>
          <w:sz w:val="24"/>
        </w:rPr>
        <w:br/>
      </w:r>
      <w:r>
        <w:rPr>
          <w:rFonts w:ascii="Times New Roman" w:hAnsi="Times New Roman" w:eastAsia="Times New Roman" w:cs="Times New Roman"/>
          <w:sz w:val="24"/>
        </w:rPr>
        <w:t>Witness</w:t>
        <w:tab/>
        <w:tab/>
        <w:tab/>
        <w:tab/>
        <w:tab/>
        <w:t>Address</w:t>
      </w:r>
    </w:p>
    <w:p>
      <w:pPr/>
      <w:r>
        <w:rPr>
          <w:rFonts w:ascii="Times New Roman" w:hAnsi="Times New Roman" w:eastAsia="Times New Roman" w:cs="Times New Roman"/>
          <w:sz w:val="24"/>
        </w:rPr>
        <w:tab/>
        <w:tab/>
        <w:tab/>
        <w:tab/>
        <w:tab/>
        <w:tab/>
      </w:r>
    </w:p>
    <w:p>
      <w:pPr>
        <w:keepNext/>
      </w:pPr>
    </w:p>
    <w:p>
      <w:pPr>
        <w:keepNext/>
      </w:pPr>
      <w:r>
        <w:rPr>
          <w:rFonts w:ascii="Times New Roman" w:hAnsi="Times New Roman" w:eastAsia="Times New Roman" w:cs="Times New Roman"/>
          <w:b/>
          <w:sz w:val="24"/>
        </w:rPr>
        <w:t>ACKNOWLEDGMENT OF NOTARY PUBLIC</w:t>
      </w:r>
    </w:p>
    <w:p>
      <w:pPr>
        <w:keepNext/>
      </w:pPr>
      <w:r>
        <w:rPr>
          <w:rFonts w:ascii="Times New Roman" w:hAnsi="Times New Roman" w:eastAsia="Times New Roman" w:cs="Times New Roman"/>
          <w:sz w:val="24"/>
        </w:rPr>
        <w:t>STATE OF NEVADA</w:t>
      </w: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 xml:space="preserve">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foregoing instrument and acknowledged that he executed the same as his free act and deed.</w:t>
      </w: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br/>
      </w:r>
      <w:r>
        <w:rPr>
          <w:rFonts w:ascii="Times New Roman" w:hAnsi="Times New Roman" w:eastAsia="Times New Roman" w:cs="Times New Roman"/>
          <w:sz w:val="24"/>
        </w:rPr>
        <w:tab/>
        <w:tab/>
        <w:tab/>
        <w:tab/>
        <w:tab/>
        <w:tab/>
        <w:t>Notary Public</w:t>
        <w:tab/>
        <w:br/>
        <w:tab/>
        <w:tab/>
        <w:tab/>
        <w:tab/>
        <w:tab/>
        <w:tab/>
        <w:t xml:space="preserve">My commission expires </w:t>
      </w:r>
      <w:r>
        <w:rPr>
          <w:rFonts w:ascii="Times New Roman" w:hAnsi="Times New Roman" w:eastAsia="Times New Roman" w:cs="Times New Roman"/>
          <w:sz w:val="24"/>
        </w:rPr>
        <w:t>[DATE]</w:t>
      </w:r>
    </w:p>
    <w:p>
      <w:pPr/>
      <w:r>
        <w:rPr>
          <w:rFonts w:ascii="Times New Roman" w:hAnsi="Times New Roman" w:eastAsia="Times New Roman" w:cs="Times New Roman"/>
          <w:sz w:val="24"/>
        </w:rPr>
        <w:t>Pursuant to Nevada Power of Attorney (Uniform Act)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