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NEVADA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 County, State of Nevada,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NEVADA</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