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before="100" w:after="100"/>
        <w:jc w:val="center"/>
      </w:pPr>
      <w:r>
        <w:rPr>
          <w:rFonts w:ascii="Times New Roman" w:hAnsi="Times New Roman" w:eastAsia="Times New Roman" w:cs="Times New Roman"/>
          <w:sz w:val="24"/>
        </w:rPr>
        <w:t>NEW HAMPSHIRE ESTATE PLANNING CHECKLIST</w:t>
      </w:r>
    </w:p>
    <w:p>
      <w:pPr/>
    </w:p>
    <w:p>
      <w:pPr/>
      <w:r>
        <w:rPr>
          <w:rFonts w:ascii="Times New Roman" w:hAnsi="Times New Roman" w:eastAsia="Times New Roman" w:cs="Times New Roman"/>
          <w:sz w:val="24"/>
        </w:rPr>
        <w:t xml:space="preserve">Before executing any of these documents, a prudent individual would seek legal counsel or hire an attorney who specializes in estate planning. There may be forms or documents that suit one person’s needs but not another. The most important thing is to make sure all aspects of a person’s life are covered when creating an estate plan. </w:t>
      </w:r>
    </w:p>
    <w:p>
      <w:pPr/>
    </w:p>
    <w:p>
      <w:pPr/>
      <w:r>
        <w:rPr>
          <w:rFonts w:ascii="Times New Roman" w:hAnsi="Times New Roman" w:eastAsia="Times New Roman" w:cs="Times New Roman"/>
          <w:sz w:val="24"/>
        </w:rPr>
        <w:t>Step 1 - Health Care Agent</w:t>
      </w:r>
    </w:p>
    <w:p>
      <w:pPr/>
    </w:p>
    <w:p>
      <w:pPr/>
      <w:r>
        <w:rPr>
          <w:rFonts w:ascii="Times New Roman" w:hAnsi="Times New Roman" w:eastAsia="Times New Roman" w:cs="Times New Roman"/>
          <w:b w:val="0"/>
          <w:sz w:val="24"/>
        </w:rPr>
        <w:t xml:space="preserve">Selecting a </w:t>
      </w:r>
      <w:r>
        <w:rPr>
          <w:rFonts w:ascii="Times New Roman" w:hAnsi="Times New Roman" w:eastAsia="Times New Roman" w:cs="Times New Roman"/>
          <w:sz w:val="24"/>
        </w:rPr>
        <w:t>health care agent</w:t>
      </w:r>
      <w:r>
        <w:rPr>
          <w:rFonts w:ascii="Times New Roman" w:hAnsi="Times New Roman" w:eastAsia="Times New Roman" w:cs="Times New Roman"/>
          <w:b w:val="0"/>
          <w:sz w:val="24"/>
        </w:rPr>
        <w:t xml:space="preserve"> is a major component of an estate plan. A health care agent will be appointed as the principal’s representative in situations where the principal requires medical treatment but is unable to make decisions for themselves. An agent should be a trustworthy, honest individual – most likely someone close to the principal – who will effectively communicate with medical professionals and health care providers on behalf of the principal. </w:t>
      </w:r>
    </w:p>
    <w:p>
      <w:pPr/>
      <w:r>
        <w:rPr>
          <w:rFonts w:ascii="Times New Roman" w:hAnsi="Times New Roman" w:eastAsia="Times New Roman" w:cs="Times New Roman"/>
          <w:sz w:val="24"/>
        </w:rPr>
        <w:t>Advance Directive</w:t>
      </w:r>
      <w:r>
        <w:rPr>
          <w:rFonts w:ascii="Times New Roman" w:hAnsi="Times New Roman" w:eastAsia="Times New Roman" w:cs="Times New Roman"/>
          <w:b w:val="0"/>
          <w:sz w:val="24"/>
        </w:rPr>
        <w:t xml:space="preserve"> – This form is comprised of two sections; a Durable Power of Attorney (POA) for Health Care section and a Living Will section. The principal can choose to complete one (1) or both of these sections. The POA appoints a health care agent to make medical decisions for the principal. The principal is given the opportunity to include specific instructions regarding different types of treatment for different situations in the POA. The Living Will portion of the form contains the principal’s wishes regarding life-sustaining treatment and similar health care options. Without the POA section, and therefore with no agent appointed, health care professionals will refer directly to the Living Will. </w:t>
      </w:r>
    </w:p>
    <w:p>
      <w:pPr/>
      <w:r>
        <w:rPr>
          <w:rFonts w:ascii="Times New Roman" w:hAnsi="Times New Roman" w:eastAsia="Times New Roman" w:cs="Times New Roman"/>
          <w:sz w:val="24"/>
        </w:rPr>
        <w:t>Signing</w:t>
      </w:r>
      <w:r>
        <w:rPr>
          <w:rFonts w:ascii="Times New Roman" w:hAnsi="Times New Roman" w:eastAsia="Times New Roman" w:cs="Times New Roman"/>
          <w:b w:val="0"/>
          <w:sz w:val="24"/>
        </w:rPr>
        <w:t xml:space="preserve"> </w:t>
      </w:r>
      <w:r>
        <w:rPr>
          <w:rFonts w:ascii="Times New Roman" w:hAnsi="Times New Roman" w:eastAsia="Times New Roman" w:cs="Times New Roman"/>
          <w:sz w:val="24"/>
        </w:rPr>
        <w:t>Requirements</w:t>
      </w:r>
      <w:r>
        <w:rPr>
          <w:rFonts w:ascii="Times New Roman" w:hAnsi="Times New Roman" w:eastAsia="Times New Roman" w:cs="Times New Roman"/>
          <w:b w:val="0"/>
          <w:sz w:val="24"/>
        </w:rPr>
        <w:t xml:space="preserve"> (</w:t>
      </w:r>
      <w:r>
        <w:rPr>
          <w:rFonts w:ascii="Times New Roman" w:hAnsi="Times New Roman" w:eastAsia="Times New Roman" w:cs="Times New Roman"/>
          <w:sz w:val="24"/>
        </w:rPr>
        <w:t>§ 137-J:14</w:t>
      </w:r>
      <w:r>
        <w:rPr>
          <w:rFonts w:ascii="Times New Roman" w:hAnsi="Times New Roman" w:eastAsia="Times New Roman" w:cs="Times New Roman"/>
          <w:b w:val="0"/>
          <w:sz w:val="24"/>
        </w:rPr>
        <w:t xml:space="preserve">) – Principal’s signature must be acknowledged by either two (2) witnesses OR a notary public (or Justice of the Peace). </w:t>
      </w:r>
    </w:p>
    <w:p>
      <w:pPr/>
    </w:p>
    <w:p>
      <w:pPr/>
      <w:r>
        <w:rPr>
          <w:rFonts w:ascii="Times New Roman" w:hAnsi="Times New Roman" w:eastAsia="Times New Roman" w:cs="Times New Roman"/>
          <w:b/>
          <w:sz w:val="24"/>
        </w:rPr>
        <w:t>Step 2 - Financial Agent</w:t>
      </w:r>
    </w:p>
    <w:p>
      <w:pPr/>
    </w:p>
    <w:p>
      <w:pPr/>
      <w:r>
        <w:rPr>
          <w:rFonts w:ascii="Times New Roman" w:hAnsi="Times New Roman" w:eastAsia="Times New Roman" w:cs="Times New Roman"/>
          <w:sz w:val="24"/>
        </w:rPr>
        <w:t xml:space="preserve">Whereas a health care agent is authorized to make medical decisions for the principal, a </w:t>
      </w:r>
      <w:r>
        <w:rPr>
          <w:rFonts w:ascii="Times New Roman" w:hAnsi="Times New Roman" w:eastAsia="Times New Roman" w:cs="Times New Roman"/>
          <w:b/>
          <w:sz w:val="24"/>
        </w:rPr>
        <w:t>financial</w:t>
      </w:r>
      <w:r>
        <w:rPr>
          <w:rFonts w:ascii="Times New Roman" w:hAnsi="Times New Roman" w:eastAsia="Times New Roman" w:cs="Times New Roman"/>
          <w:sz w:val="24"/>
        </w:rPr>
        <w:t xml:space="preserve"> </w:t>
      </w:r>
      <w:r>
        <w:rPr>
          <w:rFonts w:ascii="Times New Roman" w:hAnsi="Times New Roman" w:eastAsia="Times New Roman" w:cs="Times New Roman"/>
          <w:b/>
          <w:sz w:val="24"/>
        </w:rPr>
        <w:t>agent</w:t>
      </w:r>
      <w:r>
        <w:rPr>
          <w:rFonts w:ascii="Times New Roman" w:hAnsi="Times New Roman" w:eastAsia="Times New Roman" w:cs="Times New Roman"/>
          <w:sz w:val="24"/>
        </w:rPr>
        <w:t xml:space="preserve"> is authorized to handle al the principal’s financial matters. Unless otherwise indicated, a financial agent will be given these powers whether or not the principal is incapacitated. The benefit of such an agent is that if the principal is incapable of making important financial decisions, the agent is there to make sure the estate is running smoothly. </w:t>
      </w:r>
    </w:p>
    <w:p>
      <w:pPr/>
      <w:r>
        <w:rPr>
          <w:rFonts w:ascii="Times New Roman" w:hAnsi="Times New Roman" w:eastAsia="Times New Roman" w:cs="Times New Roman"/>
          <w:sz w:val="24"/>
        </w:rPr>
        <w:t>Durable (Financial) Power of Attorney</w:t>
      </w:r>
      <w:r>
        <w:rPr>
          <w:rFonts w:ascii="Times New Roman" w:hAnsi="Times New Roman" w:eastAsia="Times New Roman" w:cs="Times New Roman"/>
          <w:sz w:val="24"/>
        </w:rPr>
        <w:t xml:space="preserve"> – A legal document that appoints a financial agent and conveys the principal’s wishes regarding the type(s) of power the agent wields. </w:t>
      </w:r>
    </w:p>
    <w:p>
      <w:pPr/>
      <w:r>
        <w:rPr>
          <w:rFonts w:ascii="Times New Roman" w:hAnsi="Times New Roman" w:eastAsia="Times New Roman" w:cs="Times New Roman"/>
          <w:b/>
          <w:sz w:val="24"/>
        </w:rPr>
        <w:t>Signing Requirements</w:t>
      </w:r>
      <w:r>
        <w:rPr>
          <w:rFonts w:ascii="Times New Roman" w:hAnsi="Times New Roman" w:eastAsia="Times New Roman" w:cs="Times New Roman"/>
          <w:sz w:val="24"/>
        </w:rPr>
        <w:t xml:space="preserve"> (</w:t>
      </w:r>
      <w:r>
        <w:rPr>
          <w:rFonts w:ascii="Times New Roman" w:hAnsi="Times New Roman" w:eastAsia="Times New Roman" w:cs="Times New Roman"/>
          <w:sz w:val="24"/>
        </w:rPr>
        <w:t>§ 564-E:105</w:t>
      </w:r>
      <w:r>
        <w:rPr>
          <w:rFonts w:ascii="Times New Roman" w:hAnsi="Times New Roman" w:eastAsia="Times New Roman" w:cs="Times New Roman"/>
          <w:sz w:val="24"/>
        </w:rPr>
        <w:t xml:space="preserve">) – Principal must sign in the presence of a notary public or other authorized individual. </w:t>
      </w:r>
    </w:p>
    <w:p>
      <w:pPr/>
      <w:r>
        <w:rPr>
          <w:rFonts w:ascii="Times New Roman" w:hAnsi="Times New Roman" w:eastAsia="Times New Roman" w:cs="Times New Roman"/>
          <w:sz w:val="24"/>
        </w:rPr>
        <w:t>Financial Powers Allowed</w:t>
      </w:r>
      <w:r>
        <w:rPr>
          <w:rFonts w:ascii="Times New Roman" w:hAnsi="Times New Roman" w:eastAsia="Times New Roman" w:cs="Times New Roman"/>
          <w:sz w:val="24"/>
        </w:rPr>
        <w:t>:</w:t>
      </w:r>
    </w:p>
    <w:p>
      <w:pPr>
        <w:spacing w:before="280" w:after="0"/>
      </w:pPr>
      <w:r>
        <w:rPr>
          <w:rFonts w:ascii="Times New Roman" w:hAnsi="Times New Roman" w:eastAsia="Times New Roman" w:cs="Times New Roman"/>
          <w:sz w:val="24"/>
        </w:rPr>
        <w:t>Real property (</w:t>
      </w:r>
      <w:r>
        <w:rPr>
          <w:rFonts w:ascii="Times New Roman" w:hAnsi="Times New Roman" w:eastAsia="Times New Roman" w:cs="Times New Roman"/>
          <w:sz w:val="24"/>
        </w:rPr>
        <w:t>§ 564-E:204</w:t>
      </w:r>
      <w:r>
        <w:rPr>
          <w:rFonts w:ascii="Times New Roman" w:hAnsi="Times New Roman" w:eastAsia="Times New Roman" w:cs="Times New Roman"/>
          <w:sz w:val="24"/>
        </w:rPr>
        <w:t>);</w:t>
      </w:r>
    </w:p>
    <w:p>
      <w:pPr>
        <w:spacing w:before="0" w:after="0"/>
      </w:pPr>
      <w:r>
        <w:rPr>
          <w:rFonts w:ascii="Times New Roman" w:hAnsi="Times New Roman" w:eastAsia="Times New Roman" w:cs="Times New Roman"/>
          <w:sz w:val="24"/>
        </w:rPr>
        <w:t>Tangible personal property (</w:t>
      </w:r>
      <w:r>
        <w:rPr>
          <w:rFonts w:ascii="Times New Roman" w:hAnsi="Times New Roman" w:eastAsia="Times New Roman" w:cs="Times New Roman"/>
          <w:sz w:val="24"/>
        </w:rPr>
        <w:t>§ 564-E:205</w:t>
      </w:r>
      <w:r>
        <w:rPr>
          <w:rFonts w:ascii="Times New Roman" w:hAnsi="Times New Roman" w:eastAsia="Times New Roman" w:cs="Times New Roman"/>
          <w:sz w:val="24"/>
        </w:rPr>
        <w:t>);</w:t>
      </w:r>
    </w:p>
    <w:p>
      <w:pPr>
        <w:spacing w:before="0" w:after="0"/>
      </w:pPr>
      <w:r>
        <w:rPr>
          <w:rFonts w:ascii="Times New Roman" w:hAnsi="Times New Roman" w:eastAsia="Times New Roman" w:cs="Times New Roman"/>
          <w:sz w:val="24"/>
        </w:rPr>
        <w:t>Stocks and bonds (</w:t>
      </w:r>
      <w:r>
        <w:rPr>
          <w:rFonts w:ascii="Times New Roman" w:hAnsi="Times New Roman" w:eastAsia="Times New Roman" w:cs="Times New Roman"/>
          <w:sz w:val="24"/>
        </w:rPr>
        <w:t>§ 564-E:206</w:t>
      </w:r>
      <w:r>
        <w:rPr>
          <w:rFonts w:ascii="Times New Roman" w:hAnsi="Times New Roman" w:eastAsia="Times New Roman" w:cs="Times New Roman"/>
          <w:sz w:val="24"/>
        </w:rPr>
        <w:t>);</w:t>
      </w:r>
    </w:p>
    <w:p>
      <w:pPr>
        <w:spacing w:before="0" w:after="0"/>
      </w:pPr>
      <w:r>
        <w:rPr>
          <w:rFonts w:ascii="Times New Roman" w:hAnsi="Times New Roman" w:eastAsia="Times New Roman" w:cs="Times New Roman"/>
          <w:sz w:val="24"/>
        </w:rPr>
        <w:t>Commodities and options (</w:t>
      </w:r>
      <w:r>
        <w:rPr>
          <w:rFonts w:ascii="Times New Roman" w:hAnsi="Times New Roman" w:eastAsia="Times New Roman" w:cs="Times New Roman"/>
          <w:sz w:val="24"/>
        </w:rPr>
        <w:t>§ 564-E:207</w:t>
      </w:r>
      <w:r>
        <w:rPr>
          <w:rFonts w:ascii="Times New Roman" w:hAnsi="Times New Roman" w:eastAsia="Times New Roman" w:cs="Times New Roman"/>
          <w:sz w:val="24"/>
        </w:rPr>
        <w:t>);</w:t>
      </w:r>
    </w:p>
    <w:p>
      <w:pPr>
        <w:spacing w:before="0" w:after="0"/>
      </w:pPr>
      <w:r>
        <w:rPr>
          <w:rFonts w:ascii="Times New Roman" w:hAnsi="Times New Roman" w:eastAsia="Times New Roman" w:cs="Times New Roman"/>
          <w:sz w:val="24"/>
        </w:rPr>
        <w:t>Banks and other financial institutions (</w:t>
      </w:r>
      <w:r>
        <w:rPr>
          <w:rFonts w:ascii="Times New Roman" w:hAnsi="Times New Roman" w:eastAsia="Times New Roman" w:cs="Times New Roman"/>
          <w:sz w:val="24"/>
        </w:rPr>
        <w:t>§ 564-E:208</w:t>
      </w:r>
      <w:r>
        <w:rPr>
          <w:rFonts w:ascii="Times New Roman" w:hAnsi="Times New Roman" w:eastAsia="Times New Roman" w:cs="Times New Roman"/>
          <w:sz w:val="24"/>
        </w:rPr>
        <w:t>);</w:t>
      </w:r>
    </w:p>
    <w:p>
      <w:pPr>
        <w:spacing w:before="0" w:after="0"/>
      </w:pPr>
      <w:r>
        <w:rPr>
          <w:rFonts w:ascii="Times New Roman" w:hAnsi="Times New Roman" w:eastAsia="Times New Roman" w:cs="Times New Roman"/>
          <w:sz w:val="24"/>
        </w:rPr>
        <w:t>Operation of entity or business (</w:t>
      </w:r>
      <w:r>
        <w:rPr>
          <w:rFonts w:ascii="Times New Roman" w:hAnsi="Times New Roman" w:eastAsia="Times New Roman" w:cs="Times New Roman"/>
          <w:sz w:val="24"/>
        </w:rPr>
        <w:t>§ 564-E:209</w:t>
      </w:r>
      <w:r>
        <w:rPr>
          <w:rFonts w:ascii="Times New Roman" w:hAnsi="Times New Roman" w:eastAsia="Times New Roman" w:cs="Times New Roman"/>
          <w:sz w:val="24"/>
        </w:rPr>
        <w:t>);</w:t>
      </w:r>
    </w:p>
    <w:p>
      <w:pPr>
        <w:spacing w:before="0" w:after="0"/>
      </w:pPr>
      <w:r>
        <w:rPr>
          <w:rFonts w:ascii="Times New Roman" w:hAnsi="Times New Roman" w:eastAsia="Times New Roman" w:cs="Times New Roman"/>
          <w:sz w:val="24"/>
        </w:rPr>
        <w:t>Insurance and annuities (</w:t>
      </w:r>
      <w:r>
        <w:rPr>
          <w:rFonts w:ascii="Times New Roman" w:hAnsi="Times New Roman" w:eastAsia="Times New Roman" w:cs="Times New Roman"/>
          <w:sz w:val="24"/>
        </w:rPr>
        <w:t>§ 564-E:210</w:t>
      </w:r>
      <w:r>
        <w:rPr>
          <w:rFonts w:ascii="Times New Roman" w:hAnsi="Times New Roman" w:eastAsia="Times New Roman" w:cs="Times New Roman"/>
          <w:sz w:val="24"/>
        </w:rPr>
        <w:t>);</w:t>
      </w:r>
    </w:p>
    <w:p>
      <w:pPr>
        <w:spacing w:before="0" w:after="0"/>
      </w:pPr>
      <w:r>
        <w:rPr>
          <w:rFonts w:ascii="Times New Roman" w:hAnsi="Times New Roman" w:eastAsia="Times New Roman" w:cs="Times New Roman"/>
          <w:sz w:val="24"/>
        </w:rPr>
        <w:t>Estates, trusts, and other beneficial interests (</w:t>
      </w:r>
      <w:r>
        <w:rPr>
          <w:rFonts w:ascii="Times New Roman" w:hAnsi="Times New Roman" w:eastAsia="Times New Roman" w:cs="Times New Roman"/>
          <w:sz w:val="24"/>
        </w:rPr>
        <w:t>§ 564-E:211</w:t>
      </w:r>
      <w:r>
        <w:rPr>
          <w:rFonts w:ascii="Times New Roman" w:hAnsi="Times New Roman" w:eastAsia="Times New Roman" w:cs="Times New Roman"/>
          <w:sz w:val="24"/>
        </w:rPr>
        <w:t>);</w:t>
      </w:r>
    </w:p>
    <w:p>
      <w:pPr>
        <w:spacing w:before="0" w:after="0"/>
      </w:pPr>
      <w:r>
        <w:rPr>
          <w:rFonts w:ascii="Times New Roman" w:hAnsi="Times New Roman" w:eastAsia="Times New Roman" w:cs="Times New Roman"/>
          <w:sz w:val="24"/>
        </w:rPr>
        <w:t>Claims and litigation (</w:t>
      </w:r>
      <w:r>
        <w:rPr>
          <w:rFonts w:ascii="Times New Roman" w:hAnsi="Times New Roman" w:eastAsia="Times New Roman" w:cs="Times New Roman"/>
          <w:sz w:val="24"/>
        </w:rPr>
        <w:t>§ 564-E:212</w:t>
      </w:r>
      <w:r>
        <w:rPr>
          <w:rFonts w:ascii="Times New Roman" w:hAnsi="Times New Roman" w:eastAsia="Times New Roman" w:cs="Times New Roman"/>
          <w:sz w:val="24"/>
        </w:rPr>
        <w:t>);</w:t>
      </w:r>
    </w:p>
    <w:p>
      <w:pPr>
        <w:spacing w:before="0" w:after="0"/>
      </w:pPr>
      <w:r>
        <w:rPr>
          <w:rFonts w:ascii="Times New Roman" w:hAnsi="Times New Roman" w:eastAsia="Times New Roman" w:cs="Times New Roman"/>
          <w:sz w:val="24"/>
        </w:rPr>
        <w:t>Personal and family maintenance (</w:t>
      </w:r>
      <w:r>
        <w:rPr>
          <w:rFonts w:ascii="Times New Roman" w:hAnsi="Times New Roman" w:eastAsia="Times New Roman" w:cs="Times New Roman"/>
          <w:sz w:val="24"/>
        </w:rPr>
        <w:t>§ 564-E:213</w:t>
      </w:r>
      <w:r>
        <w:rPr>
          <w:rFonts w:ascii="Times New Roman" w:hAnsi="Times New Roman" w:eastAsia="Times New Roman" w:cs="Times New Roman"/>
          <w:sz w:val="24"/>
        </w:rPr>
        <w:t>);</w:t>
      </w:r>
    </w:p>
    <w:p>
      <w:pPr>
        <w:spacing w:before="0" w:after="0"/>
      </w:pPr>
      <w:r>
        <w:rPr>
          <w:rFonts w:ascii="Times New Roman" w:hAnsi="Times New Roman" w:eastAsia="Times New Roman" w:cs="Times New Roman"/>
          <w:sz w:val="24"/>
        </w:rPr>
        <w:t>Benefits from governmental programs or civil or military service (</w:t>
      </w:r>
      <w:r>
        <w:rPr>
          <w:rFonts w:ascii="Times New Roman" w:hAnsi="Times New Roman" w:eastAsia="Times New Roman" w:cs="Times New Roman"/>
          <w:sz w:val="24"/>
        </w:rPr>
        <w:t>§ 564-E:214</w:t>
      </w:r>
      <w:r>
        <w:rPr>
          <w:rFonts w:ascii="Times New Roman" w:hAnsi="Times New Roman" w:eastAsia="Times New Roman" w:cs="Times New Roman"/>
          <w:sz w:val="24"/>
        </w:rPr>
        <w:t>);</w:t>
      </w:r>
    </w:p>
    <w:p>
      <w:pPr>
        <w:spacing w:before="0" w:after="0"/>
      </w:pPr>
      <w:r>
        <w:rPr>
          <w:rFonts w:ascii="Times New Roman" w:hAnsi="Times New Roman" w:eastAsia="Times New Roman" w:cs="Times New Roman"/>
          <w:sz w:val="24"/>
        </w:rPr>
        <w:t>Retirement plans (</w:t>
      </w:r>
      <w:r>
        <w:rPr>
          <w:rFonts w:ascii="Times New Roman" w:hAnsi="Times New Roman" w:eastAsia="Times New Roman" w:cs="Times New Roman"/>
          <w:sz w:val="24"/>
        </w:rPr>
        <w:t>§ 564-E:215</w:t>
      </w:r>
      <w:r>
        <w:rPr>
          <w:rFonts w:ascii="Times New Roman" w:hAnsi="Times New Roman" w:eastAsia="Times New Roman" w:cs="Times New Roman"/>
          <w:sz w:val="24"/>
        </w:rPr>
        <w:t>);</w:t>
      </w:r>
    </w:p>
    <w:p>
      <w:pPr>
        <w:spacing w:before="0" w:after="0"/>
      </w:pPr>
      <w:r>
        <w:rPr>
          <w:rFonts w:ascii="Times New Roman" w:hAnsi="Times New Roman" w:eastAsia="Times New Roman" w:cs="Times New Roman"/>
          <w:sz w:val="24"/>
        </w:rPr>
        <w:t>Taxes (</w:t>
      </w:r>
      <w:r>
        <w:rPr>
          <w:rFonts w:ascii="Times New Roman" w:hAnsi="Times New Roman" w:eastAsia="Times New Roman" w:cs="Times New Roman"/>
          <w:sz w:val="24"/>
        </w:rPr>
        <w:t>§ 564-E:216</w:t>
      </w:r>
      <w:r>
        <w:rPr>
          <w:rFonts w:ascii="Times New Roman" w:hAnsi="Times New Roman" w:eastAsia="Times New Roman" w:cs="Times New Roman"/>
          <w:sz w:val="24"/>
        </w:rPr>
        <w:t>); and</w:t>
      </w:r>
    </w:p>
    <w:p>
      <w:pPr>
        <w:spacing w:before="0" w:after="280"/>
      </w:pPr>
      <w:r>
        <w:rPr>
          <w:rFonts w:ascii="Times New Roman" w:hAnsi="Times New Roman" w:eastAsia="Times New Roman" w:cs="Times New Roman"/>
          <w:sz w:val="24"/>
        </w:rPr>
        <w:t>Gifts (</w:t>
      </w:r>
      <w:r>
        <w:rPr>
          <w:rFonts w:ascii="Times New Roman" w:hAnsi="Times New Roman" w:eastAsia="Times New Roman" w:cs="Times New Roman"/>
          <w:sz w:val="24"/>
        </w:rPr>
        <w:t>§ 564-E:217</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Step 3 - List of Assets</w:t>
      </w:r>
    </w:p>
    <w:p>
      <w:pPr/>
    </w:p>
    <w:p>
      <w:pPr/>
      <w:r>
        <w:rPr>
          <w:rFonts w:ascii="Times New Roman" w:hAnsi="Times New Roman" w:eastAsia="Times New Roman" w:cs="Times New Roman"/>
          <w:sz w:val="24"/>
        </w:rPr>
        <w:t xml:space="preserve">Before continuing to the estate distribution documents (Step 5), a principal might want to create a list of assets. This should include any outstanding debts and liabilities that will inevitably need to be taken care of before property is bestowed upon the named beneficiaries. A </w:t>
      </w:r>
      <w:r>
        <w:rPr>
          <w:rFonts w:ascii="Times New Roman" w:hAnsi="Times New Roman" w:eastAsia="Times New Roman" w:cs="Times New Roman"/>
          <w:sz w:val="24"/>
        </w:rPr>
        <w:t>Current Assets List</w:t>
      </w:r>
      <w:r>
        <w:rPr>
          <w:rFonts w:ascii="Times New Roman" w:hAnsi="Times New Roman" w:eastAsia="Times New Roman" w:cs="Times New Roman"/>
          <w:sz w:val="24"/>
        </w:rPr>
        <w:t xml:space="preserve"> can be a helpful organizational tool for this segment of the proceedings. </w:t>
      </w:r>
    </w:p>
    <w:p>
      <w:pPr/>
    </w:p>
    <w:p>
      <w:pPr/>
      <w:r>
        <w:rPr>
          <w:rFonts w:ascii="Times New Roman" w:hAnsi="Times New Roman" w:eastAsia="Times New Roman" w:cs="Times New Roman"/>
          <w:b/>
          <w:sz w:val="24"/>
        </w:rPr>
        <w:t>Step 4 - Beneficiaries</w:t>
      </w:r>
    </w:p>
    <w:p>
      <w:pPr/>
    </w:p>
    <w:p>
      <w:pPr/>
      <w:r>
        <w:rPr>
          <w:rFonts w:ascii="Times New Roman" w:hAnsi="Times New Roman" w:eastAsia="Times New Roman" w:cs="Times New Roman"/>
          <w:b/>
          <w:sz w:val="24"/>
        </w:rPr>
        <w:t>Beneficiaries</w:t>
      </w:r>
      <w:r>
        <w:rPr>
          <w:rFonts w:ascii="Times New Roman" w:hAnsi="Times New Roman" w:eastAsia="Times New Roman" w:cs="Times New Roman"/>
          <w:sz w:val="24"/>
        </w:rPr>
        <w:t xml:space="preserve"> are the individuals who will benefit from or receive a portion of the principal’s estate after their death. Dividing up an estate can be a complicated process and deciding who gets what is a very personal decision as it will greatly affect the lives of those closest to the principal. Aside from family members, close friends, and colleagues, a beneficiary can also be a company or other entity. </w:t>
      </w:r>
    </w:p>
    <w:p>
      <w:pPr/>
    </w:p>
    <w:p>
      <w:pPr/>
      <w:r>
        <w:rPr>
          <w:rFonts w:ascii="Times New Roman" w:hAnsi="Times New Roman" w:eastAsia="Times New Roman" w:cs="Times New Roman"/>
          <w:b/>
          <w:sz w:val="24"/>
        </w:rPr>
        <w:t>Step 5 - Last Will and Testament / Living Trust</w:t>
      </w:r>
    </w:p>
    <w:p>
      <w:pPr/>
    </w:p>
    <w:p>
      <w:pPr/>
      <w:r>
        <w:rPr>
          <w:rFonts w:ascii="Times New Roman" w:hAnsi="Times New Roman" w:eastAsia="Times New Roman" w:cs="Times New Roman"/>
          <w:b w:val="0"/>
          <w:sz w:val="24"/>
        </w:rPr>
        <w:t>At this juncture, a principal must decide which document they will use to distribute their assets after death. The instruments mentioned below serve different purposes, and a principal might not need to execute both of them to cover all bases. This portion of the estate planning process should be gone over with an attorney to ensure nothing has been overlooked.</w:t>
      </w:r>
    </w:p>
    <w:p>
      <w:pPr/>
      <w:r>
        <w:rPr>
          <w:rFonts w:ascii="Times New Roman" w:hAnsi="Times New Roman" w:eastAsia="Times New Roman" w:cs="Times New Roman"/>
          <w:b w:val="0"/>
          <w:sz w:val="24"/>
        </w:rPr>
        <w:t>Last Will and Testament</w:t>
      </w:r>
      <w:r>
        <w:rPr>
          <w:rFonts w:ascii="Times New Roman" w:hAnsi="Times New Roman" w:eastAsia="Times New Roman" w:cs="Times New Roman"/>
          <w:b w:val="0"/>
          <w:sz w:val="24"/>
        </w:rPr>
        <w:t xml:space="preserve"> – Most people will execute a Last Will and Testament well before they die so that their affairs are in order in case something unexpected happens to them. A Will includes instructions written by the testator (principal) to an executor outlining which asset goes to which beneficiary after the testator’s death. This document can be modified throughout the testator’s lifetime to include any recent amendments in regard to new property or other assets. After the testator dies, the Will must be validated by probate court to confirm its authenticity. This process can be time-consuming depending on the size of the estate and the amount of debt incurred. </w:t>
      </w:r>
    </w:p>
    <w:p>
      <w:pPr/>
      <w:r>
        <w:rPr>
          <w:rFonts w:ascii="Times New Roman" w:hAnsi="Times New Roman" w:eastAsia="Times New Roman" w:cs="Times New Roman"/>
          <w:sz w:val="24"/>
        </w:rPr>
        <w:t>Signing</w:t>
      </w:r>
      <w:r>
        <w:rPr>
          <w:rFonts w:ascii="Times New Roman" w:hAnsi="Times New Roman" w:eastAsia="Times New Roman" w:cs="Times New Roman"/>
          <w:b w:val="0"/>
          <w:sz w:val="24"/>
        </w:rPr>
        <w:t xml:space="preserve"> </w:t>
      </w:r>
      <w:r>
        <w:rPr>
          <w:rFonts w:ascii="Times New Roman" w:hAnsi="Times New Roman" w:eastAsia="Times New Roman" w:cs="Times New Roman"/>
          <w:sz w:val="24"/>
        </w:rPr>
        <w:t>Requirements</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 551:2</w:t>
      </w:r>
      <w:r>
        <w:rPr>
          <w:rFonts w:ascii="Times New Roman" w:hAnsi="Times New Roman" w:eastAsia="Times New Roman" w:cs="Times New Roman"/>
          <w:b w:val="0"/>
          <w:sz w:val="24"/>
        </w:rPr>
        <w:t>) – Principal and two (2) or more witnesses.</w:t>
      </w:r>
    </w:p>
    <w:p>
      <w:pPr/>
      <w:r>
        <w:rPr>
          <w:rFonts w:ascii="Times New Roman" w:hAnsi="Times New Roman" w:eastAsia="Times New Roman" w:cs="Times New Roman"/>
          <w:b w:val="0"/>
          <w:sz w:val="24"/>
        </w:rPr>
        <w:t>(Revocable) Living Trust</w:t>
      </w:r>
      <w:r>
        <w:rPr>
          <w:rFonts w:ascii="Times New Roman" w:hAnsi="Times New Roman" w:eastAsia="Times New Roman" w:cs="Times New Roman"/>
          <w:b w:val="0"/>
          <w:sz w:val="24"/>
        </w:rPr>
        <w:t xml:space="preserve"> – The creation of a Revocable Living Trust involves the transfer of ownership of assets from the grantor (principal) to the Trust. Once the document is executed, the Living Trust becomes an entity into which assets are placed so the grantor may benefit from them during their lifetime and so a successor trustee may handle the Trust after they die. Beneficiaries will be named in the Trust to inherit the assets after the grantor’s death. Unlike a Will, a Living Trust avoids the probate process after the grantor’s death and remains out of public record. What a Trust does not include is instructions regarding guardianship for the grantor’s children and how taxes and debts should be paid; these elements can be covered by a Last Will and Testament. </w:t>
      </w:r>
    </w:p>
    <w:p>
      <w:pPr/>
      <w:r>
        <w:rPr>
          <w:rFonts w:ascii="Times New Roman" w:hAnsi="Times New Roman" w:eastAsia="Times New Roman" w:cs="Times New Roman"/>
          <w:sz w:val="24"/>
        </w:rPr>
        <w:t>Signing</w:t>
      </w:r>
      <w:r>
        <w:rPr>
          <w:rFonts w:ascii="Times New Roman" w:hAnsi="Times New Roman" w:eastAsia="Times New Roman" w:cs="Times New Roman"/>
          <w:b w:val="0"/>
          <w:sz w:val="24"/>
        </w:rPr>
        <w:t xml:space="preserve"> </w:t>
      </w:r>
      <w:r>
        <w:rPr>
          <w:rFonts w:ascii="Times New Roman" w:hAnsi="Times New Roman" w:eastAsia="Times New Roman" w:cs="Times New Roman"/>
          <w:sz w:val="24"/>
        </w:rPr>
        <w:t>Requirements</w:t>
      </w:r>
      <w:r>
        <w:rPr>
          <w:rFonts w:ascii="Times New Roman" w:hAnsi="Times New Roman" w:eastAsia="Times New Roman" w:cs="Times New Roman"/>
          <w:b w:val="0"/>
          <w:sz w:val="24"/>
        </w:rPr>
        <w:t xml:space="preserve"> – Although it is not specifically mentioned in State law, a Revocable Living Trust will be easier to validate if it is acknowledged by witnesses and/or a notary public. </w:t>
      </w:r>
    </w:p>
    <w:p>
      <w:pPr/>
    </w:p>
    <w:p>
      <w:pPr/>
      <w:r>
        <w:rPr>
          <w:rFonts w:ascii="Times New Roman" w:hAnsi="Times New Roman" w:eastAsia="Times New Roman" w:cs="Times New Roman"/>
          <w:b/>
          <w:sz w:val="24"/>
        </w:rPr>
        <w:t>Step 6 - Store Documents</w:t>
      </w:r>
    </w:p>
    <w:p>
      <w:pPr/>
    </w:p>
    <w:p>
      <w:pPr/>
      <w:r>
        <w:rPr>
          <w:rFonts w:ascii="Times New Roman" w:hAnsi="Times New Roman" w:eastAsia="Times New Roman" w:cs="Times New Roman"/>
          <w:sz w:val="24"/>
        </w:rPr>
        <w:t xml:space="preserve">The original copies of all estate planning documents should be kept in a safe place at the principal’s home or office; a waterproof/fireproof safe or cabinet is ideal. The principal’s attorney, executor, successor trustee(s), and/or a spouse/family member should have copies of these documents as well. A safety deposit box should be avoided as a court order is needed if anyone but eh account holder requires access. </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