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HAMPSHIRE NOTICE TO QUIT</w:t>
      </w:r>
    </w:p>
    <w:p>
      <w:pPr>
        <w:jc w:val="center"/>
      </w:pPr>
    </w:p>
    <w:p>
      <w:pPr/>
      <w:r>
        <w:rPr>
          <w:rFonts w:ascii="Times New Roman" w:hAnsi="Times New Roman" w:eastAsia="Times New Roman" w:cs="Times New Roman"/>
          <w:sz w:val="24"/>
        </w:rPr>
        <w:t>To: _____________________________________________________________________</w:t>
      </w:r>
    </w:p>
    <w:p>
      <w:pPr/>
    </w:p>
    <w:p>
      <w:pPr/>
      <w:r>
        <w:rPr>
          <w:rFonts w:ascii="Times New Roman" w:hAnsi="Times New Roman" w:eastAsia="Times New Roman" w:cs="Times New Roman"/>
          <w:sz w:val="24"/>
        </w:rPr>
        <w:t>If to the Tenant, this notice is directed towards all residents (tenants and subtenants) in possession and all other in possession</w:t>
      </w:r>
    </w:p>
    <w:p>
      <w:pPr/>
    </w:p>
    <w:p>
      <w:pPr>
        <w:spacing w:line="360" w:lineRule="auto"/>
      </w:pPr>
      <w:r>
        <w:rPr>
          <w:rFonts w:ascii="Times New Roman" w:hAnsi="Times New Roman" w:eastAsia="Times New Roman" w:cs="Times New Roman"/>
          <w:sz w:val="24"/>
        </w:rPr>
        <w:t>The premises herein referred to is located in the City of __________________________,</w:t>
      </w:r>
    </w:p>
    <w:p>
      <w:pPr>
        <w:spacing w:line="360" w:lineRule="auto"/>
      </w:pPr>
      <w:r>
        <w:rPr>
          <w:rFonts w:ascii="Times New Roman" w:hAnsi="Times New Roman" w:eastAsia="Times New Roman" w:cs="Times New Roman"/>
          <w:sz w:val="24"/>
        </w:rPr>
        <w:t>County of __________________ State of New Hampshire, Zip Code __________ designated by the number and street as ________________________________________</w:t>
      </w:r>
    </w:p>
    <w:p>
      <w:pPr>
        <w:spacing w:line="360" w:lineRule="auto"/>
      </w:pPr>
      <w:r>
        <w:rPr>
          <w:rFonts w:ascii="Times New Roman" w:hAnsi="Times New Roman" w:eastAsia="Times New Roman" w:cs="Times New Roman"/>
          <w:sz w:val="24"/>
        </w:rPr>
        <w:t>Apt.______.</w:t>
      </w:r>
    </w:p>
    <w:p>
      <w:pPr>
        <w:spacing w:line="360" w:lineRule="auto"/>
      </w:pPr>
      <w:r>
        <w:rPr>
          <w:rFonts w:ascii="Times New Roman" w:hAnsi="Times New Roman" w:eastAsia="Times New Roman" w:cs="Times New Roman"/>
          <w:sz w:val="24"/>
        </w:rPr>
        <w:t xml:space="preserve">In accordance with your lease agreement signed on the ____ day of ____________________, 20____ and the laws in the State of New Hampshire after service on you of this notice, you are hereby required: </w:t>
      </w:r>
    </w:p>
    <w:p>
      <w:pPr>
        <w:spacing w:line="360" w:lineRule="auto"/>
      </w:pPr>
    </w:p>
    <w:p>
      <w:pPr>
        <w:spacing w:line="360" w:lineRule="auto"/>
      </w:pPr>
      <w:r>
        <w:rPr>
          <w:rFonts w:ascii="Times New Roman" w:hAnsi="Times New Roman" w:eastAsia="Times New Roman" w:cs="Times New Roman"/>
          <w:b/>
          <w:sz w:val="24"/>
        </w:rPr>
        <w:t>(</w:t>
      </w:r>
      <w:r>
        <w:rPr>
          <w:rFonts w:ascii="Times New Roman" w:hAnsi="Times New Roman" w:eastAsia="Times New Roman" w:cs="Times New Roman"/>
          <w:b/>
          <w:sz w:val="24"/>
        </w:rPr>
        <w:t>Check Appropriate Box</w:t>
      </w:r>
      <w:r>
        <w:rPr>
          <w:rFonts w:ascii="Times New Roman" w:hAnsi="Times New Roman" w:eastAsia="Times New Roman" w:cs="Times New Roman"/>
          <w:b/>
          <w:sz w:val="24"/>
        </w:rPr>
        <w:t>)</w:t>
      </w:r>
    </w:p>
    <w:p>
      <w:pPr>
        <w:spacing w:line="360" w:lineRule="auto"/>
      </w:pPr>
    </w:p>
    <w:p>
      <w:pPr>
        <w:spacing w:line="360"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xml:space="preserve"> - Within seven (7) days you shall pay to the undersigned or __________________________ an authorized agent, the rent of the premises hereinafter described, of which you now hold possession amounting to the sum of: ______________________________ Dollars ($______________________) enumerated as follows:</w:t>
      </w:r>
    </w:p>
    <w:p>
      <w:pPr>
        <w:spacing w:line="360" w:lineRule="auto"/>
      </w:pPr>
      <w:r>
        <w:rPr>
          <w:rFonts w:ascii="Times New Roman" w:hAnsi="Times New Roman" w:eastAsia="Times New Roman" w:cs="Times New Roman"/>
          <w:b/>
          <w:sz w:val="24"/>
        </w:rPr>
        <w:t>$________________ Due from ______________, 20____ To ______________, 20____</w:t>
      </w:r>
    </w:p>
    <w:p>
      <w:pPr>
        <w:spacing w:line="360" w:lineRule="auto"/>
      </w:pPr>
      <w:r>
        <w:rPr>
          <w:rFonts w:ascii="Times New Roman" w:hAnsi="Times New Roman" w:eastAsia="Times New Roman" w:cs="Times New Roman"/>
          <w:sz w:val="24"/>
        </w:rPr>
        <w:t>or quit and deliver up the possession of the premises.</w:t>
      </w:r>
    </w:p>
    <w:p>
      <w:pPr>
        <w:spacing w:line="360" w:lineRule="auto"/>
      </w:pPr>
    </w:p>
    <w:p>
      <w:pPr>
        <w:spacing w:line="360"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 Within thirty (30) days to remedy the violation described as ________________________________________________________________________ This is in non-compliance with your lease agreement. You shall notify the landlord by the end of the notice period that the violation has been cured or quit and deliver the possession of the premises at the end of thirty (30) days.</w:t>
      </w:r>
    </w:p>
    <w:p>
      <w:pPr>
        <w:spacing w:line="360" w:lineRule="auto"/>
      </w:pPr>
    </w:p>
    <w:p>
      <w:pPr>
        <w:spacing w:line="360"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 TO MONTH TENANCY</w:t>
      </w:r>
      <w:r>
        <w:rPr>
          <w:rFonts w:ascii="Times New Roman" w:hAnsi="Times New Roman" w:eastAsia="Times New Roman" w:cs="Times New Roman"/>
          <w:sz w:val="24"/>
        </w:rPr>
        <w:t xml:space="preserve"> - I am your </w:t>
      </w:r>
      <w:r>
        <w:rPr>
          <w:rFonts w:ascii="Times New Roman" w:hAnsi="Times New Roman" w:eastAsia="Times New Roman" w:cs="Times New Roman"/>
          <w:b/>
          <w:sz w:val="24"/>
        </w:rPr>
        <w:t>Landlord</w:t>
      </w:r>
      <w:r>
        <w:rPr>
          <w:rFonts w:ascii="Times New Roman" w:hAnsi="Times New Roman" w:eastAsia="Times New Roman" w:cs="Times New Roman"/>
          <w:sz w:val="24"/>
        </w:rPr>
        <w:t xml:space="preserve"> and this is the Tenant’s official notice that their lease shall be terminated on the ____ day of __________________, 20___. Termination must be at least thirty (30) days from the next payment date.</w:t>
      </w:r>
    </w:p>
    <w:p>
      <w:pPr>
        <w:spacing w:line="360" w:lineRule="auto"/>
      </w:pPr>
    </w:p>
    <w:p>
      <w:pPr>
        <w:spacing w:line="360"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MONTH TO MONTH TENANCY </w:t>
      </w:r>
      <w:r>
        <w:rPr>
          <w:rFonts w:ascii="Times New Roman" w:hAnsi="Times New Roman" w:eastAsia="Times New Roman" w:cs="Times New Roman"/>
          <w:sz w:val="24"/>
        </w:rPr>
        <w:t xml:space="preserve">- I am your </w:t>
      </w:r>
      <w:r>
        <w:rPr>
          <w:rFonts w:ascii="Times New Roman" w:hAnsi="Times New Roman" w:eastAsia="Times New Roman" w:cs="Times New Roman"/>
          <w:b/>
          <w:sz w:val="24"/>
        </w:rPr>
        <w:t>Tenant</w:t>
      </w:r>
      <w:r>
        <w:rPr>
          <w:rFonts w:ascii="Times New Roman" w:hAnsi="Times New Roman" w:eastAsia="Times New Roman" w:cs="Times New Roman"/>
          <w:sz w:val="24"/>
        </w:rPr>
        <w:t xml:space="preserve"> and this is the Landlord’s official notice that their lease shall be terminated on the ____ day of __________________, 20___. Termination must be at least thirty (30) days from the next payment date.</w:t>
      </w:r>
    </w:p>
    <w:p>
      <w:pPr>
        <w:spacing w:line="360" w:lineRule="auto"/>
      </w:pPr>
    </w:p>
    <w:p>
      <w:pPr/>
      <w:r>
        <w:rPr>
          <w:rFonts w:ascii="Times New Roman" w:hAnsi="Times New Roman" w:eastAsia="Times New Roman" w:cs="Times New Roman"/>
          <w:b/>
          <w:sz w:val="24"/>
        </w:rPr>
        <w:t xml:space="preserve">YOU ARE FURTHER NOTIFIED THAT, </w:t>
      </w:r>
      <w:r>
        <w:rPr>
          <w:rFonts w:ascii="Times New Roman" w:hAnsi="Times New Roman" w:eastAsia="Times New Roman" w:cs="Times New Roman"/>
          <w:sz w:val="24"/>
        </w:rPr>
        <w:t xml:space="preserve">the owner/landlord does hereby elect to declare that forfeiture of your lease or rental agreement under which you hold possession of the above described premises if you fail to perform or otherwise comply, will institute legal proceedings to recover rent and possession of said premises which would result in a judgment against you including costs and necessary disbursements together with possible statutory damages as allowed by law for such unlawful detention. </w:t>
      </w:r>
    </w:p>
    <w:p>
      <w:pPr/>
    </w:p>
    <w:p>
      <w:pPr/>
    </w:p>
    <w:p>
      <w:pPr/>
      <w:r>
        <w:rPr>
          <w:rFonts w:ascii="Times New Roman" w:hAnsi="Times New Roman" w:eastAsia="Times New Roman" w:cs="Times New Roman"/>
          <w:sz w:val="24"/>
        </w:rPr>
        <w:t xml:space="preserve">Landlord/Agent Signature </w:t>
      </w:r>
      <w:r>
        <w:rPr>
          <w:rFonts w:ascii="Times New Roman" w:hAnsi="Times New Roman" w:eastAsia="Times New Roman" w:cs="Times New Roman"/>
          <w:sz w:val="24"/>
        </w:rPr>
        <w:t>___________________________</w:t>
      </w:r>
    </w:p>
    <w:p>
      <w:pPr/>
    </w:p>
    <w:p>
      <w:pPr>
        <w:jc w:val="center"/>
      </w:pPr>
    </w:p>
    <w:p>
      <w:pPr>
        <w:jc w:val="center"/>
      </w:pPr>
      <w:r>
        <w:rPr>
          <w:rFonts w:ascii="Times New Roman" w:hAnsi="Times New Roman" w:eastAsia="Times New Roman" w:cs="Times New Roman"/>
          <w:b/>
          <w:sz w:val="24"/>
        </w:rPr>
        <w:t>CERTIFICATE OF SERVICE</w:t>
      </w:r>
    </w:p>
    <w:p>
      <w:pPr>
        <w:jc w:val="center"/>
      </w:pPr>
    </w:p>
    <w:p>
      <w:pPr/>
    </w:p>
    <w:p>
      <w:pPr/>
      <w:r>
        <w:rPr>
          <w:rFonts w:ascii="Times New Roman" w:hAnsi="Times New Roman" w:eastAsia="Times New Roman" w:cs="Times New Roman"/>
          <w:sz w:val="24"/>
        </w:rPr>
        <w:t xml:space="preserve">I certify that on the _____ day of ____________________, 20_____ I served this notice to </w:t>
      </w:r>
    </w:p>
    <w:p>
      <w:pPr/>
    </w:p>
    <w:p>
      <w:pPr/>
      <w:r>
        <w:rPr>
          <w:rFonts w:ascii="Times New Roman" w:hAnsi="Times New Roman" w:eastAsia="Times New Roman" w:cs="Times New Roman"/>
          <w:sz w:val="24"/>
        </w:rPr>
        <w:t xml:space="preserve">__________________________ by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delivering it personally to the person in possession.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delivering it on the premises to a member of his/her family or household or an employee of suitable age and discretion with a request that it be delivered to the person in possession.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first-class mail addressed to the person in possession.</w:t>
      </w: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