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NEW HAMPSHIRE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 County, State of New Hampshire,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NEW HAMPSHIRE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