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HAMPSHIRE</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New Hampshire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New Hampshire.</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