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eastAsia="Times New Roman" w:cs="Times New Roman"/>
          <w:b/>
          <w:sz w:val="24"/>
        </w:rPr>
        <w:t xml:space="preserve">NEW JERSEY EVICTION NOTICE </w:t>
      </w:r>
    </w:p>
    <w:p>
      <w:pPr>
        <w:jc w:val="center"/>
      </w:pPr>
      <w:r>
        <w:rPr>
          <w:rFonts w:ascii="Times New Roman" w:hAnsi="Times New Roman" w:eastAsia="Times New Roman" w:cs="Times New Roman"/>
          <w:b/>
          <w:sz w:val="24"/>
        </w:rPr>
        <w:t>(NOTICE TO QUIT)</w:t>
      </w:r>
    </w:p>
    <w:p>
      <w:pPr/>
    </w:p>
    <w:p>
      <w:pPr/>
      <w:r>
        <w:rPr>
          <w:rFonts w:ascii="Times New Roman" w:hAnsi="Times New Roman" w:eastAsia="Times New Roman" w:cs="Times New Roman"/>
          <w:sz w:val="24"/>
        </w:rPr>
        <w:t xml:space="preserve">Date: </w:t>
      </w:r>
      <w:r>
        <w:rPr>
          <w:rFonts w:ascii="Times New Roman" w:hAnsi="Times New Roman" w:eastAsia="Times New Roman" w:cs="Times New Roman"/>
          <w:sz w:val="24"/>
        </w:rPr>
        <w:t>[DATE]</w:t>
      </w:r>
    </w:p>
    <w:p>
      <w:pPr/>
    </w:p>
    <w:p>
      <w:pPr/>
      <w:r>
        <w:rPr>
          <w:rFonts w:ascii="Times New Roman" w:hAnsi="Times New Roman" w:eastAsia="Times New Roman" w:cs="Times New Roman"/>
          <w:sz w:val="24"/>
        </w:rPr>
        <w:t xml:space="preserve">This notice is sent to </w:t>
      </w:r>
      <w:r>
        <w:rPr>
          <w:rFonts w:ascii="Times New Roman" w:hAnsi="Times New Roman" w:eastAsia="Times New Roman" w:cs="Times New Roman"/>
          <w:sz w:val="24"/>
        </w:rPr>
        <w:t>[TENANT'S NAME]</w:t>
      </w:r>
      <w:r>
        <w:rPr>
          <w:rFonts w:ascii="Times New Roman" w:hAnsi="Times New Roman" w:eastAsia="Times New Roman" w:cs="Times New Roman"/>
          <w:sz w:val="24"/>
        </w:rPr>
        <w:t xml:space="preserve"> (“Tenant”) and further directed to all residents, occupants, subtenants, and any others in possession of the Premises.</w:t>
      </w:r>
    </w:p>
    <w:p>
      <w:pPr/>
    </w:p>
    <w:p>
      <w:pPr/>
      <w:r>
        <w:rPr>
          <w:rFonts w:ascii="Times New Roman" w:hAnsi="Times New Roman" w:eastAsia="Times New Roman" w:cs="Times New Roman"/>
          <w:sz w:val="24"/>
        </w:rPr>
        <w:t>Property Address</w:t>
      </w:r>
      <w:r>
        <w:rPr>
          <w:rFonts w:ascii="Times New Roman" w:hAnsi="Times New Roman" w:eastAsia="Times New Roman" w:cs="Times New Roman"/>
          <w:sz w:val="24"/>
        </w:rPr>
        <w:t xml:space="preserve">: </w:t>
      </w:r>
      <w:r>
        <w:rPr>
          <w:rFonts w:ascii="Times New Roman" w:hAnsi="Times New Roman" w:eastAsia="Times New Roman" w:cs="Times New Roman"/>
          <w:sz w:val="24"/>
        </w:rPr>
        <w:t>[PROPERTY ADDRESS]</w:t>
      </w:r>
      <w:r>
        <w:rPr>
          <w:rFonts w:ascii="Times New Roman" w:hAnsi="Times New Roman" w:eastAsia="Times New Roman" w:cs="Times New Roman"/>
          <w:sz w:val="24"/>
        </w:rPr>
        <w:t xml:space="preserve"> (“Premises”)</w:t>
      </w:r>
    </w:p>
    <w:p>
      <w:pPr/>
    </w:p>
    <w:p>
      <w:pPr/>
      <w:r>
        <w:rPr>
          <w:rFonts w:ascii="Times New Roman" w:hAnsi="Times New Roman" w:eastAsia="Times New Roman" w:cs="Times New Roman"/>
          <w:sz w:val="24"/>
        </w:rPr>
        <w:t>Lease Start Date</w:t>
      </w:r>
      <w:r>
        <w:rPr>
          <w:rFonts w:ascii="Times New Roman" w:hAnsi="Times New Roman" w:eastAsia="Times New Roman" w:cs="Times New Roman"/>
          <w:sz w:val="24"/>
        </w:rPr>
        <w:t xml:space="preserve">: </w:t>
      </w:r>
      <w:r>
        <w:rPr>
          <w:rFonts w:ascii="Times New Roman" w:hAnsi="Times New Roman" w:eastAsia="Times New Roman" w:cs="Times New Roman"/>
          <w:sz w:val="24"/>
        </w:rPr>
        <w:t>[LEASE START DATE]</w:t>
      </w:r>
      <w:r>
        <w:rPr>
          <w:rFonts w:ascii="Times New Roman" w:hAnsi="Times New Roman" w:eastAsia="Times New Roman" w:cs="Times New Roman"/>
          <w:sz w:val="24"/>
        </w:rPr>
        <w:t xml:space="preserve"> (“Lease”)</w:t>
      </w:r>
    </w:p>
    <w:p>
      <w:pPr/>
    </w:p>
    <w:p>
      <w:pPr/>
      <w:r>
        <w:rPr>
          <w:rFonts w:ascii="Times New Roman" w:hAnsi="Times New Roman" w:eastAsia="Times New Roman" w:cs="Times New Roman"/>
          <w:sz w:val="24"/>
        </w:rPr>
        <w:t xml:space="preserve">In accordance with your Lease and the laws of New Jersey, after service on you of this notice, you are hereby given the following instructions: </w:t>
      </w:r>
    </w:p>
    <w:p>
      <w:pPr/>
    </w:p>
    <w:p>
      <w:pPr/>
      <w:r>
        <w:rPr>
          <w:rFonts w:ascii="Times New Roman" w:hAnsi="Times New Roman" w:eastAsia="Times New Roman" w:cs="Times New Roman"/>
          <w:sz w:val="24"/>
        </w:rPr>
        <w:t>(</w:t>
      </w:r>
      <w:r>
        <w:rPr>
          <w:rFonts w:ascii="Times New Roman" w:hAnsi="Times New Roman" w:eastAsia="Times New Roman" w:cs="Times New Roman"/>
          <w:sz w:val="24"/>
        </w:rPr>
        <w:t>Check the Appropriate Box</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NONPAYMENT</w:t>
      </w:r>
      <w:r>
        <w:rPr>
          <w:rFonts w:ascii="Times New Roman" w:hAnsi="Times New Roman" w:eastAsia="Times New Roman" w:cs="Times New Roman"/>
          <w:sz w:val="24"/>
        </w:rPr>
        <w:t>. Within 30 days, the Landlord demands the total amount due: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Past Rent</w:t>
      </w:r>
      <w:r>
        <w:rPr>
          <w:rFonts w:ascii="Times New Roman" w:hAnsi="Times New Roman" w:eastAsia="Times New Roman" w:cs="Times New Roman"/>
          <w:sz w:val="24"/>
        </w:rPr>
        <w:t>: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For the period of: </w:t>
      </w:r>
      <w:r>
        <w:rPr>
          <w:rFonts w:ascii="Times New Roman" w:hAnsi="Times New Roman" w:eastAsia="Times New Roman" w:cs="Times New Roman"/>
          <w:sz w:val="24"/>
        </w:rPr>
        <w:t>[RENT PERIOD]</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Late Fees</w:t>
      </w:r>
      <w:r>
        <w:rPr>
          <w:rFonts w:ascii="Times New Roman" w:hAnsi="Times New Roman" w:eastAsia="Times New Roman" w:cs="Times New Roman"/>
          <w:sz w:val="24"/>
        </w:rPr>
        <w:t>: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Details: </w:t>
      </w:r>
      <w:r>
        <w:rPr>
          <w:rFonts w:ascii="Times New Roman" w:hAnsi="Times New Roman" w:eastAsia="Times New Roman" w:cs="Times New Roman"/>
          <w:sz w:val="24"/>
        </w:rPr>
        <w:t>[DETAILS]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Other Fees</w:t>
      </w:r>
      <w:r>
        <w:rPr>
          <w:rFonts w:ascii="Times New Roman" w:hAnsi="Times New Roman" w:eastAsia="Times New Roman" w:cs="Times New Roman"/>
          <w:sz w:val="24"/>
        </w:rPr>
        <w:t>: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Details: </w:t>
      </w:r>
      <w:r>
        <w:rPr>
          <w:rFonts w:ascii="Times New Roman" w:hAnsi="Times New Roman" w:eastAsia="Times New Roman" w:cs="Times New Roman"/>
          <w:sz w:val="24"/>
        </w:rPr>
        <w:t>[DETAILS]</w:t>
      </w:r>
    </w:p>
    <w:p>
      <w:pPr/>
    </w:p>
    <w:p>
      <w:pPr/>
      <w:r>
        <w:rPr>
          <w:rFonts w:ascii="Times New Roman" w:hAnsi="Times New Roman" w:eastAsia="Times New Roman" w:cs="Times New Roman"/>
          <w:sz w:val="24"/>
        </w:rPr>
        <w:t>Total Amount Due</w:t>
      </w:r>
      <w:r>
        <w:rPr>
          <w:rFonts w:ascii="Times New Roman" w:hAnsi="Times New Roman" w:eastAsia="Times New Roman" w:cs="Times New Roman"/>
          <w:sz w:val="24"/>
        </w:rPr>
        <w:t>: $</w:t>
      </w:r>
      <w:r>
        <w:rPr>
          <w:rFonts w:ascii="Times New Roman" w:hAnsi="Times New Roman" w:eastAsia="Times New Roman" w:cs="Times New Roman"/>
          <w:sz w:val="24"/>
        </w:rPr>
        <w:t>[TOTAL AMOUNT DUE]</w:t>
      </w:r>
    </w:p>
    <w:p>
      <w:pPr/>
    </w:p>
    <w:p>
      <w:pPr/>
      <w:r>
        <w:rPr>
          <w:rFonts w:ascii="Times New Roman" w:hAnsi="Times New Roman" w:eastAsia="Times New Roman" w:cs="Times New Roman"/>
          <w:sz w:val="24"/>
        </w:rPr>
        <w:t>Payment Instructions</w:t>
      </w:r>
      <w:r>
        <w:rPr>
          <w:rFonts w:ascii="Times New Roman" w:hAnsi="Times New Roman" w:eastAsia="Times New Roman" w:cs="Times New Roman"/>
          <w:sz w:val="24"/>
        </w:rPr>
        <w:t xml:space="preserve">: </w:t>
      </w:r>
      <w:r>
        <w:rPr>
          <w:rFonts w:ascii="Times New Roman" w:hAnsi="Times New Roman" w:eastAsia="Times New Roman" w:cs="Times New Roman"/>
          <w:sz w:val="24"/>
        </w:rPr>
        <w:t>[PAYMENT INSTRUCTIONS]</w:t>
      </w:r>
    </w:p>
    <w:p>
      <w:pPr/>
    </w:p>
    <w:p>
      <w:pPr/>
      <w:r>
        <w:rPr>
          <w:rFonts w:ascii="Times New Roman" w:hAnsi="Times New Roman" w:eastAsia="Times New Roman" w:cs="Times New Roman"/>
          <w:sz w:val="24"/>
        </w:rPr>
        <w:t>If the above payment is not made within the required timeframe, the Tenant will be required to quit and deliver possession of the Premises.</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NONCOMPLIANCE</w:t>
      </w:r>
      <w:r>
        <w:rPr>
          <w:rFonts w:ascii="Times New Roman" w:hAnsi="Times New Roman" w:eastAsia="Times New Roman" w:cs="Times New Roman"/>
          <w:sz w:val="24"/>
        </w:rPr>
        <w:t xml:space="preserve">. Within 30 days, you are hereby required to remedy the following violation of your Lease: </w:t>
      </w:r>
      <w:r>
        <w:rPr>
          <w:rFonts w:ascii="Times New Roman" w:hAnsi="Times New Roman" w:eastAsia="Times New Roman" w:cs="Times New Roman"/>
          <w:sz w:val="24"/>
        </w:rPr>
        <w:t>[DESCRIBE THE LEASE VIOLATION]</w:t>
      </w:r>
    </w:p>
    <w:p>
      <w:pPr/>
    </w:p>
    <w:p>
      <w:pPr/>
      <w:r>
        <w:rPr>
          <w:rFonts w:ascii="Times New Roman" w:hAnsi="Times New Roman" w:eastAsia="Times New Roman" w:cs="Times New Roman"/>
          <w:sz w:val="24"/>
        </w:rPr>
        <w:t>This is out of compliance with your Lease. You are hereby obligated to notify the Landlord by the end of the notice period that the violation has been cured or quit and deliver possession of the Premises.</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DISORDERLY CONDUCT</w:t>
      </w:r>
      <w:r>
        <w:rPr>
          <w:rFonts w:ascii="Times New Roman" w:hAnsi="Times New Roman" w:eastAsia="Times New Roman" w:cs="Times New Roman"/>
          <w:sz w:val="24"/>
        </w:rPr>
        <w:t xml:space="preserve">. You are engaging in the following conduct that destroys the peace and quiet of others on the premises or neighborhood: </w:t>
      </w:r>
      <w:r>
        <w:rPr>
          <w:rFonts w:ascii="Times New Roman" w:hAnsi="Times New Roman" w:eastAsia="Times New Roman" w:cs="Times New Roman"/>
          <w:sz w:val="24"/>
        </w:rPr>
        <w:t>[DESCRIBE THE CONDUCT]</w:t>
      </w:r>
      <w:r>
        <w:rPr>
          <w:rFonts w:ascii="Times New Roman" w:hAnsi="Times New Roman" w:eastAsia="Times New Roman" w:cs="Times New Roman"/>
          <w:sz w:val="24"/>
        </w:rPr>
        <w:br/>
        <w:br/>
        <w:t>If you do not cease the conduct immediately, the Landlord may issue a second notice and then initiate eviction proceedings within 3 days.</w:t>
      </w:r>
    </w:p>
    <w:p>
      <w:pP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MONTH-TO-MONTH TENANCY</w:t>
      </w:r>
      <w:r>
        <w:rPr>
          <w:rFonts w:ascii="Times New Roman" w:hAnsi="Times New Roman" w:eastAsia="Times New Roman" w:cs="Times New Roman"/>
          <w:sz w:val="24"/>
        </w:rPr>
        <w:t>. Within 30 days of the next payment date, you are hereby required to quit and deliver possession of the Premises in accordance with your Lease.</w:t>
      </w:r>
    </w:p>
    <w:p>
      <w:pPr/>
    </w:p>
    <w:p>
      <w:pPr/>
      <w:r>
        <w:rPr>
          <w:rFonts w:ascii="Times New Roman" w:hAnsi="Times New Roman" w:eastAsia="Times New Roman" w:cs="Times New Roman"/>
          <w:b/>
          <w:sz w:val="24"/>
        </w:rPr>
        <w:t>YOU ARE FURTHER NOTIFIED</w:t>
      </w:r>
      <w:r>
        <w:rPr>
          <w:rFonts w:ascii="Times New Roman" w:hAnsi="Times New Roman" w:eastAsia="Times New Roman" w:cs="Times New Roman"/>
          <w:sz w:val="24"/>
        </w:rPr>
        <w:t xml:space="preserve"> that the Landlord hereby elects to declare that forfeiture of your Lease under which you hold possession of the Premises if you fail to perform or otherwise </w:t>
      </w:r>
      <w:r>
        <w:rPr>
          <w:rFonts w:ascii="Times New Roman" w:hAnsi="Times New Roman" w:eastAsia="Times New Roman" w:cs="Times New Roman"/>
          <w:sz w:val="24"/>
        </w:rPr>
        <w:t>comply. Such noncompliance will institute legal proceedings to recover rent and possession of said Premises which shall result in a judgment against you including costs and necessary disbursements together with possible statutory damages as allowed by law for such unlawful detention.</w:t>
      </w:r>
    </w:p>
    <w:p>
      <w:pPr/>
    </w:p>
    <w:p>
      <w:pPr/>
    </w:p>
    <w:p>
      <w:pPr/>
      <w:r>
        <w:rPr>
          <w:rFonts w:ascii="Times New Roman" w:hAnsi="Times New Roman" w:eastAsia="Times New Roman" w:cs="Times New Roman"/>
          <w:b/>
          <w:sz w:val="24"/>
        </w:rPr>
        <w:t>Landlord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w:t>
      </w:r>
      <w:r>
        <w:rPr>
          <w:rFonts w:ascii="Times New Roman" w:hAnsi="Times New Roman" w:eastAsia="Times New Roman" w:cs="Times New Roman"/>
          <w:sz w:val="24"/>
        </w:rPr>
        <w:t xml:space="preserve"> Date: ______________</w:t>
      </w:r>
    </w:p>
    <w:p>
      <w:pPr/>
      <w:r>
        <w:rPr>
          <w:rFonts w:ascii="Times New Roman" w:hAnsi="Times New Roman" w:eastAsia="Times New Roman" w:cs="Times New Roman"/>
          <w:sz w:val="24"/>
        </w:rPr>
        <w:t>Print Name: ________________________</w:t>
      </w:r>
    </w:p>
    <w:p>
      <w:pPr/>
      <w:r>
        <w:rPr>
          <w:rFonts w:ascii="Times New Roman" w:hAnsi="Times New Roman" w:eastAsia="Times New Roman" w:cs="Times New Roman"/>
          <w:sz w:val="24"/>
        </w:rPr>
        <w:t>Address: ________________________</w:t>
      </w:r>
    </w:p>
    <w:p>
      <w:pPr/>
      <w:r>
        <w:rPr>
          <w:rFonts w:ascii="Times New Roman" w:hAnsi="Times New Roman" w:eastAsia="Times New Roman" w:cs="Times New Roman"/>
          <w:sz w:val="24"/>
        </w:rPr>
        <w:t>Telephone: (____) ____-______</w:t>
      </w:r>
    </w:p>
    <w:p>
      <w:pPr/>
      <w:r>
        <w:rPr>
          <w:rFonts w:ascii="Times New Roman" w:hAnsi="Times New Roman" w:eastAsia="Times New Roman" w:cs="Times New Roman"/>
          <w:sz w:val="24"/>
        </w:rPr>
        <w:t>E-Mail: ________________________</w:t>
      </w:r>
    </w:p>
    <w:p>
      <w:pPr/>
    </w:p>
    <w:p>
      <w:pPr>
        <w:spacing w:before="0" w:after="0"/>
        <w:jc w:val="center"/>
      </w:pPr>
      <w:r>
        <w:rPr>
          <w:rFonts w:ascii="Times New Roman" w:hAnsi="Times New Roman" w:eastAsia="Times New Roman" w:cs="Times New Roman"/>
          <w:b/>
          <w:sz w:val="24"/>
        </w:rPr>
        <w:t>AFFIDAVIT OF SERVICE</w:t>
      </w:r>
    </w:p>
    <w:p>
      <w:pPr/>
    </w:p>
    <w:p>
      <w:pPr/>
      <w:r>
        <w:rPr>
          <w:rFonts w:ascii="Times New Roman" w:hAnsi="Times New Roman" w:eastAsia="Times New Roman" w:cs="Times New Roman"/>
          <w:sz w:val="24"/>
        </w:rPr>
        <w:t xml:space="preserve">County of </w:t>
      </w:r>
      <w:r>
        <w:rPr>
          <w:rFonts w:ascii="Times New Roman" w:hAnsi="Times New Roman" w:eastAsia="Times New Roman" w:cs="Times New Roman"/>
          <w:sz w:val="24"/>
        </w:rPr>
        <w:t>[COUNTY]</w:t>
      </w:r>
    </w:p>
    <w:p>
      <w:pPr/>
      <w:r>
        <w:rPr>
          <w:rFonts w:ascii="Times New Roman" w:hAnsi="Times New Roman" w:eastAsia="Times New Roman" w:cs="Times New Roman"/>
          <w:sz w:val="24"/>
        </w:rPr>
        <w:t xml:space="preserve">State of </w:t>
      </w:r>
      <w:r>
        <w:rPr>
          <w:rFonts w:ascii="Times New Roman" w:hAnsi="Times New Roman" w:eastAsia="Times New Roman" w:cs="Times New Roman"/>
          <w:sz w:val="24"/>
        </w:rPr>
        <w:t>[STATE]</w:t>
      </w:r>
    </w:p>
    <w:p>
      <w:pPr/>
    </w:p>
    <w:p>
      <w:pPr/>
      <w:r>
        <w:rPr>
          <w:rFonts w:ascii="Times New Roman" w:hAnsi="Times New Roman" w:eastAsia="Times New Roman" w:cs="Times New Roman"/>
          <w:sz w:val="24"/>
        </w:rPr>
        <w:t xml:space="preserve">Date: </w:t>
      </w:r>
      <w:r>
        <w:rPr>
          <w:rFonts w:ascii="Times New Roman" w:hAnsi="Times New Roman" w:eastAsia="Times New Roman" w:cs="Times New Roman"/>
          <w:sz w:val="24"/>
        </w:rPr>
        <w:t>[DATE]</w:t>
      </w:r>
    </w:p>
    <w:p>
      <w:pPr/>
    </w:p>
    <w:p>
      <w:pPr/>
      <w:r>
        <w:rPr>
          <w:rFonts w:ascii="Times New Roman" w:hAnsi="Times New Roman" w:eastAsia="Times New Roman" w:cs="Times New Roman"/>
          <w:b/>
          <w:sz w:val="24"/>
        </w:rPr>
        <w:t>I. SERVER</w:t>
      </w:r>
      <w:r>
        <w:rPr>
          <w:rFonts w:ascii="Times New Roman" w:hAnsi="Times New Roman" w:eastAsia="Times New Roman" w:cs="Times New Roman"/>
          <w:sz w:val="24"/>
        </w:rPr>
        <w:t xml:space="preserve">. I, </w:t>
      </w:r>
      <w:r>
        <w:rPr>
          <w:rFonts w:ascii="Times New Roman" w:hAnsi="Times New Roman" w:eastAsia="Times New Roman" w:cs="Times New Roman"/>
          <w:sz w:val="24"/>
        </w:rPr>
        <w:t>[SERVER'S NAME]</w:t>
      </w:r>
      <w:r>
        <w:rPr>
          <w:rFonts w:ascii="Times New Roman" w:hAnsi="Times New Roman" w:eastAsia="Times New Roman" w:cs="Times New Roman"/>
          <w:sz w:val="24"/>
        </w:rPr>
        <w:t xml:space="preserve"> (“Server”), declare under penalty of perjury that a notice for eviction was delivered and served in the following manner:</w:t>
      </w:r>
    </w:p>
    <w:p>
      <w:pPr/>
    </w:p>
    <w:p>
      <w:pPr/>
      <w:r>
        <w:rPr>
          <w:rFonts w:ascii="Times New Roman" w:hAnsi="Times New Roman" w:eastAsia="Times New Roman" w:cs="Times New Roman"/>
          <w:b/>
          <w:sz w:val="24"/>
        </w:rPr>
        <w:t>II. RECIPIENT</w:t>
      </w:r>
      <w:r>
        <w:rPr>
          <w:rFonts w:ascii="Times New Roman" w:hAnsi="Times New Roman" w:eastAsia="Times New Roman" w:cs="Times New Roman"/>
          <w:sz w:val="24"/>
        </w:rPr>
        <w:t>. The notice for eviction was delivered to:</w:t>
      </w:r>
    </w:p>
    <w:p>
      <w:pPr/>
      <w:r>
        <w:rPr>
          <w:rFonts w:ascii="Times New Roman" w:hAnsi="Times New Roman" w:eastAsia="Times New Roman" w:cs="Times New Roman"/>
          <w:sz w:val="24"/>
        </w:rPr>
        <w:t xml:space="preserve">Defendant/Respondent: </w:t>
      </w:r>
      <w:r>
        <w:rPr>
          <w:rFonts w:ascii="Times New Roman" w:hAnsi="Times New Roman" w:eastAsia="Times New Roman" w:cs="Times New Roman"/>
          <w:sz w:val="24"/>
        </w:rPr>
        <w:t>[RECIPIENT'S NAME]</w:t>
      </w:r>
      <w:r>
        <w:rPr>
          <w:rFonts w:ascii="Times New Roman" w:hAnsi="Times New Roman" w:eastAsia="Times New Roman" w:cs="Times New Roman"/>
          <w:sz w:val="24"/>
        </w:rPr>
        <w:t xml:space="preserve"> (“Recipient”)</w:t>
      </w:r>
    </w:p>
    <w:p>
      <w:pPr/>
      <w:r>
        <w:rPr>
          <w:rFonts w:ascii="Times New Roman" w:hAnsi="Times New Roman" w:eastAsia="Times New Roman" w:cs="Times New Roman"/>
          <w:sz w:val="24"/>
        </w:rPr>
        <w:t xml:space="preserve">Address/Location: </w:t>
      </w:r>
      <w:r>
        <w:rPr>
          <w:rFonts w:ascii="Times New Roman" w:hAnsi="Times New Roman" w:eastAsia="Times New Roman" w:cs="Times New Roman"/>
          <w:sz w:val="24"/>
        </w:rPr>
        <w:t>[ADDRESS/LOCATION]</w:t>
      </w:r>
    </w:p>
    <w:p>
      <w:pPr/>
      <w:r>
        <w:rPr>
          <w:rFonts w:ascii="Times New Roman" w:hAnsi="Times New Roman" w:eastAsia="Times New Roman" w:cs="Times New Roman"/>
          <w:sz w:val="24"/>
        </w:rPr>
        <w:t xml:space="preserve">Date &amp; Time: </w:t>
      </w:r>
      <w:r>
        <w:rPr>
          <w:rFonts w:ascii="Times New Roman" w:hAnsi="Times New Roman" w:eastAsia="Times New Roman" w:cs="Times New Roman"/>
          <w:sz w:val="24"/>
        </w:rPr>
        <w:t>[DATE]</w:t>
      </w:r>
      <w:r>
        <w:rPr>
          <w:rFonts w:ascii="Times New Roman" w:hAnsi="Times New Roman" w:eastAsia="Times New Roman" w:cs="Times New Roman"/>
          <w:sz w:val="24"/>
        </w:rPr>
        <w:t xml:space="preserve"> Time: </w:t>
      </w:r>
      <w:r>
        <w:rPr>
          <w:rFonts w:ascii="Times New Roman" w:hAnsi="Times New Roman" w:eastAsia="Times New Roman" w:cs="Times New Roman"/>
          <w:sz w:val="24"/>
        </w:rPr>
        <w:t>[TIME]</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AM </w:t>
      </w:r>
      <w:r>
        <w:rPr>
          <w:rFonts w:ascii="Times New Roman" w:hAnsi="Times New Roman" w:eastAsia="Times New Roman" w:cs="Times New Roman"/>
          <w:sz w:val="24"/>
        </w:rPr>
        <w:t xml:space="preserve"> PM</w:t>
      </w:r>
    </w:p>
    <w:p>
      <w:pPr/>
    </w:p>
    <w:p>
      <w:pPr/>
      <w:r>
        <w:rPr>
          <w:rFonts w:ascii="Times New Roman" w:hAnsi="Times New Roman" w:eastAsia="Times New Roman" w:cs="Times New Roman"/>
          <w:b/>
          <w:sz w:val="24"/>
        </w:rPr>
        <w:t>III. DELIVERY</w:t>
      </w:r>
      <w:r>
        <w:rPr>
          <w:rFonts w:ascii="Times New Roman" w:hAnsi="Times New Roman" w:eastAsia="Times New Roman" w:cs="Times New Roman"/>
          <w:sz w:val="24"/>
        </w:rPr>
        <w:t>. The Recipient received the eviction notice by: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Mail</w:t>
      </w:r>
      <w:r>
        <w:rPr>
          <w:rFonts w:ascii="Times New Roman" w:hAnsi="Times New Roman" w:eastAsia="Times New Roman" w:cs="Times New Roman"/>
          <w:sz w:val="24"/>
        </w:rPr>
        <w:t>. The Server sent the eviction notice in the mail by: (check one)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Standard Mail</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Certified Mail (with return receipt)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FedEx</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UPS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Other</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Direct Service</w:t>
      </w:r>
      <w:r>
        <w:rPr>
          <w:rFonts w:ascii="Times New Roman" w:hAnsi="Times New Roman" w:eastAsia="Times New Roman" w:cs="Times New Roman"/>
          <w:sz w:val="24"/>
        </w:rPr>
        <w:t>. The Server handed the eviction notice to a person identified as the Recipient.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Someone at the Residence</w:t>
      </w:r>
      <w:r>
        <w:rPr>
          <w:rFonts w:ascii="Times New Roman" w:hAnsi="Times New Roman" w:eastAsia="Times New Roman" w:cs="Times New Roman"/>
          <w:sz w:val="24"/>
        </w:rPr>
        <w:t xml:space="preserve">. The Server handed the eviction notice to someone who identified as living at the residence and stated their name is: </w:t>
      </w:r>
      <w:r>
        <w:rPr>
          <w:rFonts w:ascii="Times New Roman" w:hAnsi="Times New Roman" w:eastAsia="Times New Roman" w:cs="Times New Roman"/>
          <w:sz w:val="24"/>
        </w:rPr>
        <w:t>[INDIVIDUAL'S NAME]</w:t>
      </w:r>
      <w:r>
        <w:rPr>
          <w:rFonts w:ascii="Times New Roman" w:hAnsi="Times New Roman" w:eastAsia="Times New Roman" w:cs="Times New Roman"/>
          <w:sz w:val="24"/>
        </w:rPr>
        <w: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Someone at the Workplace</w:t>
      </w:r>
      <w:r>
        <w:rPr>
          <w:rFonts w:ascii="Times New Roman" w:hAnsi="Times New Roman" w:eastAsia="Times New Roman" w:cs="Times New Roman"/>
          <w:sz w:val="24"/>
        </w:rPr>
        <w:t xml:space="preserve">. The Server handed the eviction notice to someone who identified to be the Recipient’s co-worker and stated their name is: </w:t>
      </w:r>
      <w:r>
        <w:rPr>
          <w:rFonts w:ascii="Times New Roman" w:hAnsi="Times New Roman" w:eastAsia="Times New Roman" w:cs="Times New Roman"/>
          <w:sz w:val="24"/>
        </w:rPr>
        <w:t>[INDIVIDUAL'S NAME]</w:t>
      </w:r>
      <w:r>
        <w:rPr>
          <w:rFonts w:ascii="Times New Roman" w:hAnsi="Times New Roman" w:eastAsia="Times New Roman" w:cs="Times New Roman"/>
          <w:sz w:val="24"/>
        </w:rPr>
        <w: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Leaving at the Residence</w:t>
      </w:r>
      <w:r>
        <w:rPr>
          <w:rFonts w:ascii="Times New Roman" w:hAnsi="Times New Roman" w:eastAsia="Times New Roman" w:cs="Times New Roman"/>
          <w:sz w:val="24"/>
        </w:rPr>
        <w:t xml:space="preserve">. The Server left the eviction notice in the following area: </w:t>
      </w:r>
      <w:r>
        <w:rPr>
          <w:rFonts w:ascii="Times New Roman" w:hAnsi="Times New Roman" w:eastAsia="Times New Roman" w:cs="Times New Roman"/>
          <w:sz w:val="24"/>
        </w:rPr>
        <w:t>[INDIVIDUAL'S NAME]</w:t>
      </w:r>
      <w:r>
        <w:rPr>
          <w:rFonts w:ascii="Times New Roman" w:hAnsi="Times New Roman" w:eastAsia="Times New Roman" w:cs="Times New Roman"/>
          <w:sz w:val="24"/>
        </w:rPr>
        <w: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Recipient Rejected Delivery</w:t>
      </w:r>
      <w:r>
        <w:rPr>
          <w:rFonts w:ascii="Times New Roman" w:hAnsi="Times New Roman" w:eastAsia="Times New Roman" w:cs="Times New Roman"/>
          <w:sz w:val="24"/>
        </w:rPr>
        <w:t>. The Server delivered the eviction notice to the Recipient in-person and did not accept delivery.</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Other</w:t>
      </w:r>
      <w:r>
        <w:rPr>
          <w:rFonts w:ascii="Times New Roman" w:hAnsi="Times New Roman" w:eastAsia="Times New Roman" w:cs="Times New Roman"/>
          <w:sz w:val="24"/>
        </w:rPr>
        <w:t xml:space="preserve">. </w:t>
      </w:r>
      <w:r>
        <w:rPr>
          <w:rFonts w:ascii="Times New Roman" w:hAnsi="Times New Roman" w:eastAsia="Times New Roman" w:cs="Times New Roman"/>
          <w:sz w:val="24"/>
        </w:rPr>
        <w:t>[OTHER METHOD OF DELIVERY]</w:t>
      </w:r>
      <w:r>
        <w:rPr>
          <w:rFonts w:ascii="Times New Roman" w:hAnsi="Times New Roman" w:eastAsia="Times New Roman" w:cs="Times New Roman"/>
          <w:sz w:val="24"/>
        </w:rPr>
        <w:t>.</w:t>
      </w:r>
    </w:p>
    <w:p>
      <w:pPr/>
    </w:p>
    <w:p>
      <w:pPr/>
      <w:r>
        <w:rPr>
          <w:rFonts w:ascii="Times New Roman" w:hAnsi="Times New Roman" w:eastAsia="Times New Roman" w:cs="Times New Roman"/>
          <w:b/>
          <w:sz w:val="24"/>
        </w:rPr>
        <w:t>IV. VERIFICATION</w:t>
      </w:r>
      <w:r>
        <w:rPr>
          <w:rFonts w:ascii="Times New Roman" w:hAnsi="Times New Roman" w:eastAsia="Times New Roman" w:cs="Times New Roman"/>
          <w:sz w:val="24"/>
        </w:rPr>
        <w:t>. I declare under penalty of perjury under the laws located in this State that the foregoing is true and correct.</w:t>
      </w:r>
    </w:p>
    <w:p>
      <w:pPr/>
    </w:p>
    <w:p>
      <w:pPr/>
    </w:p>
    <w:p>
      <w:pPr/>
      <w:r>
        <w:rPr>
          <w:rFonts w:ascii="Times New Roman" w:hAnsi="Times New Roman" w:eastAsia="Times New Roman" w:cs="Times New Roman"/>
          <w:b/>
          <w:sz w:val="24"/>
        </w:rPr>
        <w:t>Server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w:t>
      </w:r>
      <w:r>
        <w:rPr>
          <w:rFonts w:ascii="Times New Roman" w:hAnsi="Times New Roman" w:eastAsia="Times New Roman" w:cs="Times New Roman"/>
          <w:sz w:val="24"/>
        </w:rPr>
        <w:t xml:space="preserve"> Date: ______________</w:t>
      </w:r>
    </w:p>
    <w:p>
      <w:pPr/>
      <w:r>
        <w:rPr>
          <w:rFonts w:ascii="Times New Roman" w:hAnsi="Times New Roman" w:eastAsia="Times New Roman" w:cs="Times New Roman"/>
          <w:sz w:val="24"/>
        </w:rPr>
        <w:t>Print Name: ________________________</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