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38" w:after="0" w:line="480" w:lineRule="auto"/>
        <w:jc w:val="center"/>
      </w:pPr>
      <w:r>
        <w:rPr>
          <w:rFonts w:ascii="Times New Roman" w:hAnsi="Times New Roman" w:eastAsia="Times New Roman" w:cs="Times New Roman"/>
          <w:b/>
          <w:sz w:val="24"/>
        </w:rPr>
        <w:t>NEW JERSEY NOTICE TO QUIT FORM</w:t>
      </w:r>
    </w:p>
    <w:p>
      <w:pPr>
        <w:spacing w:line="480" w:lineRule="auto"/>
        <w:jc w:val="center"/>
      </w:pPr>
      <w:r>
        <w:rPr>
          <w:rFonts w:ascii="Times New Roman" w:hAnsi="Times New Roman" w:eastAsia="Times New Roman" w:cs="Times New Roman"/>
          <w:sz w:val="24"/>
        </w:rPr>
        <w:t>In Accordance with § 2A:18-61.2</w:t>
      </w:r>
    </w:p>
    <w:p>
      <w:pPr>
        <w:spacing w:line="480" w:lineRule="auto"/>
      </w:pPr>
    </w:p>
    <w:p>
      <w:pPr>
        <w:spacing w:line="480" w:lineRule="auto"/>
      </w:pPr>
      <w:r>
        <w:rPr>
          <w:rFonts w:ascii="Times New Roman" w:hAnsi="Times New Roman" w:eastAsia="Times New Roman" w:cs="Times New Roman"/>
          <w:sz w:val="24"/>
        </w:rPr>
        <w:t>Date: __________________ Property/Landlord’s Name: __________________</w:t>
      </w:r>
    </w:p>
    <w:p>
      <w:pPr>
        <w:spacing w:line="480" w:lineRule="auto"/>
      </w:pPr>
      <w:r>
        <w:rPr>
          <w:rFonts w:ascii="Times New Roman" w:hAnsi="Times New Roman" w:eastAsia="Times New Roman" w:cs="Times New Roman"/>
          <w:sz w:val="24"/>
        </w:rPr>
        <w:t>Contact Name: __________________ Phone #: __________________</w:t>
      </w:r>
    </w:p>
    <w:p>
      <w:pPr>
        <w:spacing w:line="480" w:lineRule="auto"/>
      </w:pPr>
      <w:r>
        <w:rPr>
          <w:rFonts w:ascii="Times New Roman" w:hAnsi="Times New Roman" w:eastAsia="Times New Roman" w:cs="Times New Roman"/>
          <w:sz w:val="24"/>
        </w:rPr>
        <w:t>Landlord Contact Email Address: ____________________________________</w:t>
      </w:r>
    </w:p>
    <w:p>
      <w:pPr>
        <w:spacing w:line="480" w:lineRule="auto"/>
      </w:pPr>
      <w:r>
        <w:rPr>
          <w:rFonts w:ascii="Times New Roman" w:hAnsi="Times New Roman" w:eastAsia="Times New Roman" w:cs="Times New Roman"/>
          <w:sz w:val="24"/>
        </w:rPr>
        <w:t>Tenant’s Full Name: ____________________________________</w:t>
      </w:r>
    </w:p>
    <w:p>
      <w:pPr>
        <w:spacing w:line="480" w:lineRule="auto"/>
      </w:pPr>
      <w:r>
        <w:rPr>
          <w:rFonts w:ascii="Times New Roman" w:hAnsi="Times New Roman" w:eastAsia="Times New Roman" w:cs="Times New Roman"/>
          <w:sz w:val="24"/>
        </w:rPr>
        <w:t xml:space="preserve">Tenant’s Address: ____________________________________ Apt: ______ </w:t>
      </w:r>
    </w:p>
    <w:p>
      <w:pPr>
        <w:spacing w:line="480" w:lineRule="auto"/>
      </w:pPr>
      <w:r>
        <w:rPr>
          <w:rFonts w:ascii="Times New Roman" w:hAnsi="Times New Roman" w:eastAsia="Times New Roman" w:cs="Times New Roman"/>
          <w:sz w:val="24"/>
        </w:rPr>
        <w:t>City: __________________ State: __________________ Zip Code: __________</w:t>
      </w:r>
    </w:p>
    <w:p>
      <w:pPr>
        <w:spacing w:line="480" w:lineRule="auto"/>
        <w:jc w:val="center"/>
      </w:pPr>
      <w:r>
        <w:rPr>
          <w:rFonts w:ascii="Times New Roman" w:hAnsi="Times New Roman" w:eastAsia="Times New Roman" w:cs="Times New Roman"/>
          <w:sz w:val="24"/>
        </w:rPr>
        <w:t xml:space="preserve">- - - - - - - - - - - - - - - - - - - - - - - - - - - - - - - - - - - - - - - - - - - - - - - - - - - - - - - - - - - - - - - - </w:t>
      </w:r>
    </w:p>
    <w:p>
      <w:pPr>
        <w:spacing w:line="480" w:lineRule="auto"/>
      </w:pPr>
      <w:r>
        <w:rPr>
          <w:rFonts w:ascii="Times New Roman" w:hAnsi="Times New Roman" w:eastAsia="Times New Roman" w:cs="Times New Roman"/>
          <w:sz w:val="24"/>
        </w:rPr>
        <w:t xml:space="preserve">This </w:t>
      </w:r>
      <w:r>
        <w:rPr>
          <w:rFonts w:ascii="Times New Roman" w:hAnsi="Times New Roman" w:eastAsia="Times New Roman" w:cs="Times New Roman"/>
          <w:b/>
          <w:sz w:val="24"/>
        </w:rPr>
        <w:t>Notice to Quit</w:t>
      </w:r>
      <w:r>
        <w:rPr>
          <w:rFonts w:ascii="Times New Roman" w:hAnsi="Times New Roman" w:eastAsia="Times New Roman" w:cs="Times New Roman"/>
          <w:sz w:val="24"/>
        </w:rPr>
        <w:t xml:space="preserve"> is provided to the tenant for the following reason:</w:t>
      </w:r>
    </w:p>
    <w:p>
      <w:pPr>
        <w:spacing w:line="480" w:lineRule="auto"/>
      </w:pPr>
    </w:p>
    <w:p>
      <w:pPr>
        <w:spacing w:line="480" w:lineRule="auto"/>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Non-Payment of Rent </w:t>
      </w:r>
      <w:r>
        <w:rPr>
          <w:rFonts w:ascii="Times New Roman" w:hAnsi="Times New Roman" w:eastAsia="Times New Roman" w:cs="Times New Roman"/>
          <w:sz w:val="24"/>
        </w:rPr>
        <w:t xml:space="preserve">- According to § 2A:18-61.2 the landlord has the right to cancel the lease immediately if rent Is late. </w:t>
      </w:r>
    </w:p>
    <w:p>
      <w:pPr>
        <w:spacing w:line="480" w:lineRule="auto"/>
      </w:pPr>
      <w:r>
        <w:rPr>
          <w:rFonts w:ascii="Times New Roman" w:hAnsi="Times New Roman" w:eastAsia="Times New Roman" w:cs="Times New Roman"/>
          <w:sz w:val="24"/>
        </w:rPr>
        <w:t xml:space="preserve">Although if the landlord has received late rent at any time period during tenancy, the tenant is allowed up to </w:t>
      </w:r>
      <w:r>
        <w:rPr>
          <w:rFonts w:ascii="Times New Roman" w:hAnsi="Times New Roman" w:eastAsia="Times New Roman" w:cs="Times New Roman"/>
          <w:b/>
          <w:sz w:val="24"/>
        </w:rPr>
        <w:t>thirty (30) days</w:t>
      </w:r>
      <w:r>
        <w:rPr>
          <w:rFonts w:ascii="Times New Roman" w:hAnsi="Times New Roman" w:eastAsia="Times New Roman" w:cs="Times New Roman"/>
          <w:sz w:val="24"/>
        </w:rPr>
        <w:t xml:space="preserve"> to pay the landlord in full along with any additional charges or penalties. If this is the case rent must be paid on ______________________, 20____.</w:t>
      </w:r>
    </w:p>
    <w:p>
      <w:pPr>
        <w:spacing w:line="480" w:lineRule="auto"/>
      </w:pPr>
    </w:p>
    <w:p>
      <w:pPr>
        <w:spacing w:line="480" w:lineRule="auto"/>
      </w:pPr>
      <w:r>
        <w:rPr>
          <w:rFonts w:ascii="Times New Roman" w:hAnsi="Times New Roman" w:eastAsia="Times New Roman" w:cs="Times New Roman"/>
          <w:sz w:val="24"/>
        </w:rPr>
        <w:t xml:space="preserve"> </w:t>
      </w:r>
      <w:r>
        <w:rPr>
          <w:rFonts w:ascii="Times New Roman" w:hAnsi="Times New Roman" w:eastAsia="Times New Roman" w:cs="Times New Roman"/>
          <w:b/>
          <w:sz w:val="24"/>
        </w:rPr>
        <w:t>Violation of Lease/Rules and Regulations</w:t>
      </w:r>
      <w:r>
        <w:rPr>
          <w:rFonts w:ascii="Times New Roman" w:hAnsi="Times New Roman" w:eastAsia="Times New Roman" w:cs="Times New Roman"/>
          <w:sz w:val="24"/>
        </w:rPr>
        <w:t xml:space="preserve"> - (If this reason is selected there will be an attached copy of your lease) The violation is described by the landlord as ______________________________________________________________________. If the above described violation is not cured within </w:t>
      </w:r>
      <w:r>
        <w:rPr>
          <w:rFonts w:ascii="Times New Roman" w:hAnsi="Times New Roman" w:eastAsia="Times New Roman" w:cs="Times New Roman"/>
          <w:b/>
          <w:sz w:val="24"/>
        </w:rPr>
        <w:t>thirty (30) days</w:t>
      </w:r>
      <w:r>
        <w:rPr>
          <w:rFonts w:ascii="Times New Roman" w:hAnsi="Times New Roman" w:eastAsia="Times New Roman" w:cs="Times New Roman"/>
          <w:sz w:val="24"/>
        </w:rPr>
        <w:t>, the tenant must move-out by the thirtieth (30</w:t>
      </w:r>
      <w:r>
        <w:rPr>
          <w:rFonts w:ascii="Times New Roman" w:hAnsi="Times New Roman" w:eastAsia="Times New Roman" w:cs="Times New Roman"/>
          <w:sz w:val="24"/>
        </w:rPr>
        <w:t>th</w:t>
      </w:r>
      <w:r>
        <w:rPr>
          <w:rFonts w:ascii="Times New Roman" w:hAnsi="Times New Roman" w:eastAsia="Times New Roman" w:cs="Times New Roman"/>
          <w:sz w:val="24"/>
        </w:rPr>
        <w:t>) day on ______________________, 20____.</w:t>
      </w:r>
    </w:p>
    <w:p>
      <w:pPr>
        <w:spacing w:line="480" w:lineRule="auto"/>
      </w:pPr>
    </w:p>
    <w:p>
      <w:pPr>
        <w:spacing w:line="480" w:lineRule="auto"/>
      </w:pPr>
    </w:p>
    <w:p>
      <w:pPr>
        <w:spacing w:line="480" w:lineRule="auto"/>
      </w:pPr>
      <w:r>
        <w:rPr>
          <w:rFonts w:ascii="Times New Roman" w:hAnsi="Times New Roman" w:eastAsia="Times New Roman" w:cs="Times New Roman"/>
          <w:sz w:val="24"/>
        </w:rPr>
        <w:t xml:space="preserve"> </w:t>
      </w:r>
      <w:r>
        <w:rPr>
          <w:rFonts w:ascii="Times New Roman" w:hAnsi="Times New Roman" w:eastAsia="Times New Roman" w:cs="Times New Roman"/>
          <w:b/>
          <w:sz w:val="24"/>
        </w:rPr>
        <w:t>Disorderly Conduct</w:t>
      </w:r>
      <w:r>
        <w:rPr>
          <w:rFonts w:ascii="Times New Roman" w:hAnsi="Times New Roman" w:eastAsia="Times New Roman" w:cs="Times New Roman"/>
          <w:sz w:val="24"/>
        </w:rPr>
        <w:t xml:space="preserve"> - The tenant is destroying the peace and enjoyment of other tenants. Specify the dates and times of the complaints from other tenants and the nature of the compliant(s). Attached may be copies of complaints from some of the tenants. The tenant has </w:t>
      </w:r>
      <w:r>
        <w:rPr>
          <w:rFonts w:ascii="Times New Roman" w:hAnsi="Times New Roman" w:eastAsia="Times New Roman" w:cs="Times New Roman"/>
          <w:b/>
          <w:sz w:val="24"/>
        </w:rPr>
        <w:t>3 days</w:t>
      </w:r>
      <w:r>
        <w:rPr>
          <w:rFonts w:ascii="Times New Roman" w:hAnsi="Times New Roman" w:eastAsia="Times New Roman" w:cs="Times New Roman"/>
          <w:sz w:val="24"/>
        </w:rPr>
        <w:t xml:space="preserve"> to vacate the property on ___________________, 20____.</w:t>
      </w:r>
    </w:p>
    <w:p>
      <w:pPr>
        <w:spacing w:line="480" w:lineRule="auto"/>
      </w:pPr>
    </w:p>
    <w:p>
      <w:pPr>
        <w:spacing w:line="480" w:lineRule="auto"/>
      </w:pPr>
      <w:r>
        <w:rPr>
          <w:rFonts w:ascii="Times New Roman" w:hAnsi="Times New Roman" w:eastAsia="Times New Roman" w:cs="Times New Roman"/>
          <w:sz w:val="24"/>
        </w:rPr>
        <w:t xml:space="preserve">Landlord Signature </w:t>
      </w:r>
      <w:r>
        <w:rPr>
          <w:rFonts w:ascii="Times New Roman" w:hAnsi="Times New Roman" w:eastAsia="Times New Roman" w:cs="Times New Roman"/>
          <w:sz w:val="24"/>
        </w:rPr>
        <w:t>___________________________</w:t>
      </w:r>
    </w:p>
    <w:p>
      <w:pPr>
        <w:jc w:val="center"/>
      </w:pPr>
    </w:p>
    <w:p>
      <w:pPr>
        <w:jc w:val="center"/>
      </w:pPr>
      <w:r>
        <w:rPr>
          <w:rFonts w:ascii="Times New Roman" w:hAnsi="Times New Roman" w:eastAsia="Times New Roman" w:cs="Times New Roman"/>
          <w:b/>
          <w:sz w:val="24"/>
        </w:rPr>
        <w:t>CERTIFICATE OF SERVICE</w:t>
      </w:r>
    </w:p>
    <w:p>
      <w:pPr>
        <w:jc w:val="center"/>
      </w:pPr>
    </w:p>
    <w:p>
      <w:pPr/>
    </w:p>
    <w:p>
      <w:pPr/>
      <w:r>
        <w:rPr>
          <w:rFonts w:ascii="Times New Roman" w:hAnsi="Times New Roman" w:eastAsia="Times New Roman" w:cs="Times New Roman"/>
          <w:sz w:val="24"/>
        </w:rPr>
        <w:t xml:space="preserve">Served Date: _______________ Time: ______________ </w:t>
      </w:r>
    </w:p>
    <w:p>
      <w:pPr/>
    </w:p>
    <w:p>
      <w:pPr/>
      <w:r>
        <w:rPr>
          <w:rFonts w:ascii="Times New Roman" w:hAnsi="Times New Roman" w:eastAsia="Times New Roman" w:cs="Times New Roman"/>
          <w:b/>
          <w:sz w:val="24"/>
        </w:rPr>
        <w:t>Type of Service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Delivered a copy to him / her personally: Signature </w:t>
      </w:r>
      <w:r>
        <w:rPr>
          <w:rFonts w:ascii="Times New Roman" w:hAnsi="Times New Roman" w:eastAsia="Times New Roman" w:cs="Times New Roman"/>
          <w:sz w:val="24"/>
        </w:rPr>
        <w:t>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Left a copy with a competent household member over 14 years of age residing therein - indicate name &amp; relationship: </w:t>
      </w:r>
    </w:p>
    <w:p>
      <w:pPr/>
    </w:p>
    <w:p>
      <w:pPr/>
      <w:r>
        <w:rPr>
          <w:rFonts w:ascii="Times New Roman" w:hAnsi="Times New Roman" w:eastAsia="Times New Roman" w:cs="Times New Roman"/>
          <w:sz w:val="24"/>
        </w:rPr>
        <w:t>______________________________________________________________________</w:t>
      </w:r>
    </w:p>
    <w:p>
      <w:pPr/>
    </w:p>
    <w:p>
      <w:pPr>
        <w:spacing w:line="480" w:lineRule="auto"/>
      </w:pPr>
      <w:r>
        <w:rPr>
          <w:rFonts w:ascii="Times New Roman" w:hAnsi="Times New Roman" w:eastAsia="Times New Roman" w:cs="Times New Roman"/>
          <w:sz w:val="24"/>
        </w:rPr>
        <w:t xml:space="preserve">Household Member’s Signature </w:t>
      </w:r>
      <w:r>
        <w:rPr>
          <w:rFonts w:ascii="Times New Roman" w:hAnsi="Times New Roman" w:eastAsia="Times New Roman" w:cs="Times New Roman"/>
          <w:sz w:val="24"/>
        </w:rPr>
        <w:t>_____________________</w:t>
      </w:r>
    </w:p>
    <w:p>
      <w:pPr>
        <w:spacing w:line="48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Delivered through Certified Mail.</w:t>
      </w:r>
    </w:p>
    <w:p>
      <w:pPr>
        <w:spacing w:line="48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Left on the property in a conspicuous place (such as under or on the front door).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