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>Prepared By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Name: 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Address: 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State: _____________ Zip Code: ________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After Recording Return To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Name: 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Address: 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State: _____________ Zip Code: ________</w:t>
      </w:r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Space Above This Line for Recorder’s Use</w:t>
      </w:r>
    </w:p>
    <w:p>
      <w:pPr/>
    </w:p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NEW JERSEY SPECIAL WARRANTY DEED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This deed made on the _______ day of ________________________, 20_______,  between _____________________________________, the “Grantor,” residing at ___________________________________________, County of _________________, State of ______________________, and ___________________________________, the “Grantee,” residing at ___________________________________________, County of ________________________, State of ________________________. 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Witnesseth</w:t>
      </w:r>
      <w:r>
        <w:rPr>
          <w:rFonts w:ascii="Times New Roman" w:hAnsi="Times New Roman" w:eastAsia="Times New Roman" w:cs="Times New Roman"/>
          <w:sz w:val="24"/>
        </w:rPr>
        <w:t>: That in consideration of __________________________________ ($_______________________), the said grantor, ___________________________, doth grant and convey unto the said grantee, ___________________________, all of the following property, situated in County of ________________________, New Jersey: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360" w:lineRule="auto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[INSERT LEGAL DESCRIPTION HERE AND/OR ATTACH EXHIBIT A]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The grantor covenants that he/she will warrant specially the property hereby conveyed.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EXECUTED AS A SEALED INSTRUMENT UNDER PENALTIES OF PERJURY ON THE ______ DAY OF __________________________, 20_____.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Grantor Signature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______________________________ Print _________________ Date _____________</w:t>
        <w:br/>
        <w:t>Grantor Signature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______________________________ Print _________________ Date _____________</w:t>
      </w:r>
    </w:p>
    <w:p>
      <w:pPr/>
      <w:r>
        <w:rPr>
          <w:rFonts w:ascii="Times New Roman" w:hAnsi="Times New Roman" w:eastAsia="Times New Roman" w:cs="Times New Roman"/>
          <w:b/>
          <w:sz w:val="24"/>
        </w:rPr>
        <w:t>Signed, sealed, and delivered in the presence of</w:t>
      </w:r>
      <w:r>
        <w:rPr>
          <w:rFonts w:ascii="Times New Roman" w:hAnsi="Times New Roman" w:eastAsia="Times New Roman" w:cs="Times New Roman"/>
          <w:sz w:val="24"/>
        </w:rPr>
        <w:t>:</w:t>
        <w:br/>
      </w:r>
    </w:p>
    <w:p>
      <w:pPr/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STATE OF NEW JERSEY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COUNTY OF ______________________________,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On the ______ day of __________________________, 20____ before me, the undersigned notary public, personally appeared ______________________________________________________________________ proved to me through satisfactory identification of __________________________, to be the person(s) whose name(s) is/are signed above who personally executed such document in my presence, acknowledged to me that he/she/they signed it voluntarily for its stated purpose and swore or affirmed to me that all statements made herein are true, accurate and complete.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_______________________________________________</w:t>
        <w:br/>
        <w:t>Notary Public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My commission expires: __________________</w:t>
      </w:r>
      <w:r>
        <w:rPr>
          <w:rFonts w:ascii="Times New Roman" w:hAnsi="Times New Roman" w:eastAsia="Times New Roman" w:cs="Times New Roman"/>
          <w:sz w:val="24"/>
        </w:rPr>
        <w:t>_________</w:t>
        <w:tab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