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" w:after="0"/>
      </w:pPr>
    </w:p>
    <w:p>
      <w:pPr>
        <w:spacing w:before="68" w:after="0" w:line="254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ADVANCE DIRECTIVE FOR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HEALTHCARE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NEW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MEXICO</w:t>
      </w:r>
    </w:p>
    <w:p>
      <w:pPr/>
    </w:p>
    <w:p>
      <w:pPr/>
    </w:p>
    <w:p>
      <w:pPr>
        <w:spacing w:before="189" w:after="0"/>
        <w:jc w:val="center"/>
      </w:pPr>
      <w:r>
        <w:rPr>
          <w:rFonts w:ascii="Times New Roman" w:hAnsi="Times New Roman" w:eastAsia="Times New Roman" w:cs="Times New Roman"/>
          <w:sz w:val="24"/>
        </w:rPr>
        <w:t>EXPLANATION</w:t>
      </w:r>
    </w:p>
    <w:p>
      <w:pPr>
        <w:spacing w:before="2" w:after="0"/>
      </w:pPr>
    </w:p>
    <w:p>
      <w:pPr>
        <w:spacing w:line="259" w:lineRule="auto"/>
        <w:jc w:val="both"/>
      </w:pP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right</w:t>
      </w:r>
      <w:r>
        <w:rPr>
          <w:rFonts w:ascii="Times New Roman" w:hAnsi="Times New Roman" w:eastAsia="Times New Roman" w:cs="Times New Roman"/>
          <w:sz w:val="24"/>
        </w:rPr>
        <w:t xml:space="preserve"> to </w:t>
      </w:r>
      <w:r>
        <w:rPr>
          <w:rFonts w:ascii="Times New Roman" w:hAnsi="Times New Roman" w:eastAsia="Times New Roman" w:cs="Times New Roman"/>
          <w:sz w:val="24"/>
        </w:rPr>
        <w:t>give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about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own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also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right</w:t>
      </w:r>
      <w:r>
        <w:rPr>
          <w:rFonts w:ascii="Times New Roman" w:hAnsi="Times New Roman" w:eastAsia="Times New Roman" w:cs="Times New Roman"/>
          <w:sz w:val="24"/>
        </w:rPr>
        <w:t xml:space="preserve"> to </w:t>
      </w:r>
      <w:r>
        <w:rPr>
          <w:rFonts w:ascii="Times New Roman" w:hAnsi="Times New Roman" w:eastAsia="Times New Roman" w:cs="Times New Roman"/>
          <w:sz w:val="24"/>
        </w:rPr>
        <w:t>name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someone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else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EITHER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BOTH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things.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also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express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your </w:t>
      </w:r>
      <w:r>
        <w:rPr>
          <w:rFonts w:ascii="Times New Roman" w:hAnsi="Times New Roman" w:eastAsia="Times New Roman" w:cs="Times New Roman"/>
          <w:sz w:val="24"/>
        </w:rPr>
        <w:t xml:space="preserve">wishes regarding </w:t>
      </w:r>
      <w:r>
        <w:rPr>
          <w:rFonts w:ascii="Times New Roman" w:hAnsi="Times New Roman" w:eastAsia="Times New Roman" w:cs="Times New Roman"/>
          <w:sz w:val="24"/>
        </w:rPr>
        <w:t xml:space="preserve">the </w:t>
      </w:r>
      <w:r>
        <w:rPr>
          <w:rFonts w:ascii="Times New Roman" w:hAnsi="Times New Roman" w:eastAsia="Times New Roman" w:cs="Times New Roman"/>
          <w:sz w:val="24"/>
        </w:rPr>
        <w:t xml:space="preserve">designation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 xml:space="preserve">your </w:t>
      </w:r>
      <w:r>
        <w:rPr>
          <w:rFonts w:ascii="Times New Roman" w:hAnsi="Times New Roman" w:eastAsia="Times New Roman" w:cs="Times New Roman"/>
          <w:sz w:val="24"/>
        </w:rPr>
        <w:t>primary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physician.</w:t>
      </w:r>
    </w:p>
    <w:p>
      <w:pPr>
        <w:spacing w:before="180" w:after="0" w:line="259" w:lineRule="auto"/>
        <w:jc w:val="both"/>
      </w:pP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OPTIONAL.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Each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paragraph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word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also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optional.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you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cross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complete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modify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free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different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already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valid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durable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and/or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right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(living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will),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statements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are </w:t>
      </w:r>
      <w:r>
        <w:rPr>
          <w:rFonts w:ascii="Times New Roman" w:hAnsi="Times New Roman" w:eastAsia="Times New Roman" w:cs="Times New Roman"/>
          <w:sz w:val="24"/>
        </w:rPr>
        <w:t xml:space="preserve">still valid.  </w:t>
      </w:r>
      <w:r>
        <w:rPr>
          <w:rFonts w:ascii="Times New Roman" w:hAnsi="Times New Roman" w:eastAsia="Times New Roman" w:cs="Times New Roman"/>
          <w:sz w:val="24"/>
        </w:rPr>
        <w:t xml:space="preserve">If </w:t>
      </w:r>
      <w:r>
        <w:rPr>
          <w:rFonts w:ascii="Times New Roman" w:hAnsi="Times New Roman" w:eastAsia="Times New Roman" w:cs="Times New Roman"/>
          <w:sz w:val="24"/>
        </w:rPr>
        <w:t xml:space="preserve">you use </w:t>
      </w:r>
      <w:r>
        <w:rPr>
          <w:rFonts w:ascii="Times New Roman" w:hAnsi="Times New Roman" w:eastAsia="Times New Roman" w:cs="Times New Roman"/>
          <w:sz w:val="24"/>
        </w:rPr>
        <w:t xml:space="preserve">this </w:t>
      </w:r>
      <w:r>
        <w:rPr>
          <w:rFonts w:ascii="Times New Roman" w:hAnsi="Times New Roman" w:eastAsia="Times New Roman" w:cs="Times New Roman"/>
          <w:sz w:val="24"/>
        </w:rPr>
        <w:t xml:space="preserve">form, </w:t>
      </w:r>
      <w:r>
        <w:rPr>
          <w:rFonts w:ascii="Times New Roman" w:hAnsi="Times New Roman" w:eastAsia="Times New Roman" w:cs="Times New Roman"/>
          <w:sz w:val="24"/>
        </w:rPr>
        <w:t xml:space="preserve">be </w:t>
      </w:r>
      <w:r>
        <w:rPr>
          <w:rFonts w:ascii="Times New Roman" w:hAnsi="Times New Roman" w:eastAsia="Times New Roman" w:cs="Times New Roman"/>
          <w:sz w:val="24"/>
        </w:rPr>
        <w:t xml:space="preserve">sure </w:t>
      </w:r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 xml:space="preserve">sign </w:t>
      </w:r>
      <w:r>
        <w:rPr>
          <w:rFonts w:ascii="Times New Roman" w:hAnsi="Times New Roman" w:eastAsia="Times New Roman" w:cs="Times New Roman"/>
          <w:sz w:val="24"/>
        </w:rPr>
        <w:t xml:space="preserve">it </w:t>
      </w:r>
      <w:r>
        <w:rPr>
          <w:rFonts w:ascii="Times New Roman" w:hAnsi="Times New Roman" w:eastAsia="Times New Roman" w:cs="Times New Roman"/>
          <w:sz w:val="24"/>
        </w:rPr>
        <w:t>and 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it.</w:t>
      </w:r>
    </w:p>
    <w:p>
      <w:pPr>
        <w:spacing w:before="180" w:after="0" w:line="259" w:lineRule="auto"/>
        <w:jc w:val="both"/>
      </w:pP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doctor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whom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someone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identify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reasonably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available),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New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Mexico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law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allows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 </w:t>
      </w:r>
      <w:r>
        <w:rPr>
          <w:rFonts w:ascii="Times New Roman" w:hAnsi="Times New Roman" w:eastAsia="Times New Roman" w:cs="Times New Roman"/>
          <w:sz w:val="24"/>
        </w:rPr>
        <w:t>family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member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reasonably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available,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Family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members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selected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following </w:t>
      </w:r>
      <w:r>
        <w:rPr>
          <w:rFonts w:ascii="Times New Roman" w:hAnsi="Times New Roman" w:eastAsia="Times New Roman" w:cs="Times New Roman"/>
          <w:sz w:val="24"/>
        </w:rPr>
        <w:t xml:space="preserve">order:  </w:t>
      </w:r>
      <w:r>
        <w:rPr>
          <w:rFonts w:ascii="Times New Roman" w:hAnsi="Times New Roman" w:eastAsia="Times New Roman" w:cs="Times New Roman"/>
          <w:sz w:val="24"/>
        </w:rPr>
        <w:t xml:space="preserve">1) </w:t>
      </w:r>
      <w:r>
        <w:rPr>
          <w:rFonts w:ascii="Times New Roman" w:hAnsi="Times New Roman" w:eastAsia="Times New Roman" w:cs="Times New Roman"/>
          <w:sz w:val="24"/>
        </w:rPr>
        <w:t xml:space="preserve">spouse, </w:t>
      </w:r>
      <w:r>
        <w:rPr>
          <w:rFonts w:ascii="Times New Roman" w:hAnsi="Times New Roman" w:eastAsia="Times New Roman" w:cs="Times New Roman"/>
          <w:sz w:val="24"/>
        </w:rPr>
        <w:t xml:space="preserve">2) </w:t>
      </w:r>
      <w:r>
        <w:rPr>
          <w:rFonts w:ascii="Times New Roman" w:hAnsi="Times New Roman" w:eastAsia="Times New Roman" w:cs="Times New Roman"/>
          <w:sz w:val="24"/>
        </w:rPr>
        <w:t xml:space="preserve">significant </w:t>
      </w:r>
      <w:r>
        <w:rPr>
          <w:rFonts w:ascii="Times New Roman" w:hAnsi="Times New Roman" w:eastAsia="Times New Roman" w:cs="Times New Roman"/>
          <w:sz w:val="24"/>
        </w:rPr>
        <w:t xml:space="preserve">other, </w:t>
      </w:r>
      <w:r>
        <w:rPr>
          <w:rFonts w:ascii="Times New Roman" w:hAnsi="Times New Roman" w:eastAsia="Times New Roman" w:cs="Times New Roman"/>
          <w:sz w:val="24"/>
        </w:rPr>
        <w:t xml:space="preserve">3) </w:t>
      </w:r>
      <w:r>
        <w:rPr>
          <w:rFonts w:ascii="Times New Roman" w:hAnsi="Times New Roman" w:eastAsia="Times New Roman" w:cs="Times New Roman"/>
          <w:sz w:val="24"/>
        </w:rPr>
        <w:t xml:space="preserve">adult child, </w:t>
      </w:r>
      <w:r>
        <w:rPr>
          <w:rFonts w:ascii="Times New Roman" w:hAnsi="Times New Roman" w:eastAsia="Times New Roman" w:cs="Times New Roman"/>
          <w:sz w:val="24"/>
        </w:rPr>
        <w:t xml:space="preserve">4) </w:t>
      </w:r>
      <w:r>
        <w:rPr>
          <w:rFonts w:ascii="Times New Roman" w:hAnsi="Times New Roman" w:eastAsia="Times New Roman" w:cs="Times New Roman"/>
          <w:sz w:val="24"/>
        </w:rPr>
        <w:t xml:space="preserve">parent, </w:t>
      </w:r>
      <w:r>
        <w:rPr>
          <w:rFonts w:ascii="Times New Roman" w:hAnsi="Times New Roman" w:eastAsia="Times New Roman" w:cs="Times New Roman"/>
          <w:sz w:val="24"/>
        </w:rPr>
        <w:t xml:space="preserve">5) </w:t>
      </w:r>
      <w:r>
        <w:rPr>
          <w:rFonts w:ascii="Times New Roman" w:hAnsi="Times New Roman" w:eastAsia="Times New Roman" w:cs="Times New Roman"/>
          <w:sz w:val="24"/>
        </w:rPr>
        <w:t xml:space="preserve">adult brother </w:t>
      </w:r>
      <w:r>
        <w:rPr>
          <w:rFonts w:ascii="Times New Roman" w:hAnsi="Times New Roman" w:eastAsia="Times New Roman" w:cs="Times New Roman"/>
          <w:sz w:val="24"/>
        </w:rPr>
        <w:t xml:space="preserve">or </w:t>
      </w:r>
      <w:r>
        <w:rPr>
          <w:rFonts w:ascii="Times New Roman" w:hAnsi="Times New Roman" w:eastAsia="Times New Roman" w:cs="Times New Roman"/>
          <w:sz w:val="24"/>
        </w:rPr>
        <w:t xml:space="preserve">sister, </w:t>
      </w:r>
      <w:r>
        <w:rPr>
          <w:rFonts w:ascii="Times New Roman" w:hAnsi="Times New Roman" w:eastAsia="Times New Roman" w:cs="Times New Roman"/>
          <w:sz w:val="24"/>
        </w:rPr>
        <w:t xml:space="preserve">6)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grandparent. </w:t>
      </w:r>
      <w:r>
        <w:rPr>
          <w:rFonts w:ascii="Times New Roman" w:hAnsi="Times New Roman" w:eastAsia="Times New Roman" w:cs="Times New Roman"/>
          <w:sz w:val="24"/>
        </w:rPr>
        <w:t xml:space="preserve">If no </w:t>
      </w:r>
      <w:r>
        <w:rPr>
          <w:rFonts w:ascii="Times New Roman" w:hAnsi="Times New Roman" w:eastAsia="Times New Roman" w:cs="Times New Roman"/>
          <w:sz w:val="24"/>
        </w:rPr>
        <w:t xml:space="preserve">family member </w:t>
      </w:r>
      <w:r>
        <w:rPr>
          <w:rFonts w:ascii="Times New Roman" w:hAnsi="Times New Roman" w:eastAsia="Times New Roman" w:cs="Times New Roman"/>
          <w:sz w:val="24"/>
        </w:rPr>
        <w:t xml:space="preserve">is </w:t>
      </w:r>
      <w:r>
        <w:rPr>
          <w:rFonts w:ascii="Times New Roman" w:hAnsi="Times New Roman" w:eastAsia="Times New Roman" w:cs="Times New Roman"/>
          <w:sz w:val="24"/>
        </w:rPr>
        <w:t xml:space="preserve">available, </w:t>
      </w:r>
      <w:r>
        <w:rPr>
          <w:rFonts w:ascii="Times New Roman" w:hAnsi="Times New Roman" w:eastAsia="Times New Roman" w:cs="Times New Roman"/>
          <w:sz w:val="24"/>
        </w:rPr>
        <w:t xml:space="preserve">a </w:t>
      </w:r>
      <w:r>
        <w:rPr>
          <w:rFonts w:ascii="Times New Roman" w:hAnsi="Times New Roman" w:eastAsia="Times New Roman" w:cs="Times New Roman"/>
          <w:sz w:val="24"/>
        </w:rPr>
        <w:t xml:space="preserve">close friend </w:t>
      </w:r>
      <w:r>
        <w:rPr>
          <w:rFonts w:ascii="Times New Roman" w:hAnsi="Times New Roman" w:eastAsia="Times New Roman" w:cs="Times New Roman"/>
          <w:sz w:val="24"/>
        </w:rPr>
        <w:t xml:space="preserve">may act </w:t>
      </w:r>
      <w:r>
        <w:rPr>
          <w:rFonts w:ascii="Times New Roman" w:hAnsi="Times New Roman" w:eastAsia="Times New Roman" w:cs="Times New Roman"/>
          <w:sz w:val="24"/>
        </w:rPr>
        <w:t xml:space="preserve">as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surrogate.</w:t>
      </w:r>
    </w:p>
    <w:p>
      <w:pPr/>
    </w:p>
    <w:p>
      <w:pPr/>
    </w:p>
    <w:p>
      <w:pPr/>
    </w:p>
    <w:p>
      <w:pPr>
        <w:spacing w:before="2" w:after="0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PART </w:t>
      </w:r>
      <w:r>
        <w:rPr>
          <w:rFonts w:ascii="Times New Roman" w:hAnsi="Times New Roman" w:eastAsia="Times New Roman" w:cs="Times New Roman"/>
          <w:b/>
          <w:sz w:val="24"/>
        </w:rPr>
        <w:t xml:space="preserve">1:  </w:t>
      </w:r>
      <w:r>
        <w:rPr>
          <w:rFonts w:ascii="Times New Roman" w:hAnsi="Times New Roman" w:eastAsia="Times New Roman" w:cs="Times New Roman"/>
          <w:b/>
          <w:sz w:val="24"/>
        </w:rPr>
        <w:t xml:space="preserve">POWER </w:t>
      </w:r>
      <w:r>
        <w:rPr>
          <w:rFonts w:ascii="Times New Roman" w:hAnsi="Times New Roman" w:eastAsia="Times New Roman" w:cs="Times New Roman"/>
          <w:b/>
          <w:sz w:val="24"/>
        </w:rPr>
        <w:t xml:space="preserve">OF </w:t>
      </w:r>
      <w:r>
        <w:rPr>
          <w:rFonts w:ascii="Times New Roman" w:hAnsi="Times New Roman" w:eastAsia="Times New Roman" w:cs="Times New Roman"/>
          <w:b/>
          <w:sz w:val="24"/>
        </w:rPr>
        <w:t xml:space="preserve">ATTORNEY </w:t>
      </w:r>
      <w:r>
        <w:rPr>
          <w:rFonts w:ascii="Times New Roman" w:hAnsi="Times New Roman" w:eastAsia="Times New Roman" w:cs="Times New Roman"/>
          <w:b/>
          <w:sz w:val="24"/>
        </w:rPr>
        <w:t>FOR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HEALTHCARE</w:t>
      </w:r>
    </w:p>
    <w:p>
      <w:pPr>
        <w:spacing w:before="207" w:after="0" w:line="254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>Part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1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power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attorney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for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healthcare</w:t>
      </w:r>
      <w:r>
        <w:rPr>
          <w:rFonts w:ascii="Times New Roman" w:hAnsi="Times New Roman" w:eastAsia="Times New Roman" w:cs="Times New Roman"/>
          <w:sz w:val="24"/>
        </w:rPr>
        <w:t>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individual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become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incapable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own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someone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else to make those decisions for you now,  even  though  you  are  still  capable.  You  may  also  name  alternate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first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choice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willing,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able,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reasonably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available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Unless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related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owner,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operator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employee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institution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which </w:t>
      </w:r>
      <w:r>
        <w:rPr>
          <w:rFonts w:ascii="Times New Roman" w:hAnsi="Times New Roman" w:eastAsia="Times New Roman" w:cs="Times New Roman"/>
          <w:sz w:val="24"/>
        </w:rPr>
        <w:t xml:space="preserve">you are </w:t>
      </w:r>
      <w:r>
        <w:rPr>
          <w:rFonts w:ascii="Times New Roman" w:hAnsi="Times New Roman" w:eastAsia="Times New Roman" w:cs="Times New Roman"/>
          <w:sz w:val="24"/>
        </w:rPr>
        <w:t xml:space="preserve">receiving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care.</w:t>
      </w:r>
    </w:p>
    <w:p>
      <w:pPr>
        <w:spacing w:before="180" w:after="0" w:line="254" w:lineRule="auto"/>
        <w:jc w:val="both"/>
      </w:pP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place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limit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limit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agent's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your agent </w:t>
      </w:r>
      <w:r>
        <w:rPr>
          <w:rFonts w:ascii="Times New Roman" w:hAnsi="Times New Roman" w:eastAsia="Times New Roman" w:cs="Times New Roman"/>
          <w:sz w:val="24"/>
        </w:rPr>
        <w:t xml:space="preserve">may  </w:t>
      </w:r>
      <w:r>
        <w:rPr>
          <w:rFonts w:ascii="Times New Roman" w:hAnsi="Times New Roman" w:eastAsia="Times New Roman" w:cs="Times New Roman"/>
          <w:sz w:val="24"/>
        </w:rPr>
        <w:t xml:space="preserve">make </w:t>
      </w:r>
      <w:r>
        <w:rPr>
          <w:rFonts w:ascii="Times New Roman" w:hAnsi="Times New Roman" w:eastAsia="Times New Roman" w:cs="Times New Roman"/>
          <w:sz w:val="24"/>
        </w:rPr>
        <w:t xml:space="preserve">all </w:t>
      </w:r>
      <w:r>
        <w:rPr>
          <w:rFonts w:ascii="Times New Roman" w:hAnsi="Times New Roman" w:eastAsia="Times New Roman" w:cs="Times New Roman"/>
          <w:sz w:val="24"/>
        </w:rPr>
        <w:t xml:space="preserve">healthcare decisions </w:t>
      </w:r>
      <w:r>
        <w:rPr>
          <w:rFonts w:ascii="Times New Roman" w:hAnsi="Times New Roman" w:eastAsia="Times New Roman" w:cs="Times New Roman"/>
          <w:sz w:val="24"/>
        </w:rPr>
        <w:t xml:space="preserve">for    </w:t>
      </w:r>
      <w:r>
        <w:rPr>
          <w:rFonts w:ascii="Times New Roman" w:hAnsi="Times New Roman" w:eastAsia="Times New Roman" w:cs="Times New Roman"/>
          <w:sz w:val="24"/>
        </w:rPr>
        <w:t>you.</w:t>
      </w:r>
    </w:p>
    <w:p>
      <w:pPr/>
    </w:p>
    <w:p>
      <w:pPr/>
    </w:p>
    <w:p>
      <w:pPr>
        <w:spacing w:before="139" w:after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DESIGNATION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 xml:space="preserve">AGENT: 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appoint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me:</w:t>
      </w:r>
    </w:p>
    <w:p>
      <w:pPr/>
    </w:p>
    <w:p>
      <w:pPr>
        <w:spacing w:before="4" w:after="0"/>
      </w:pPr>
    </w:p>
    <w:p>
      <w:pPr>
        <w:spacing w:line="20" w:lineRule="exact"/>
      </w:pPr>
    </w:p>
    <w:p>
      <w:pPr>
        <w:spacing w:before="27" w:after="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(name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agent)</w:t>
      </w:r>
    </w:p>
    <w:p>
      <w:pPr/>
    </w:p>
    <w:p>
      <w:pPr>
        <w:spacing w:before="7" w:after="0"/>
      </w:pPr>
    </w:p>
    <w:p>
      <w:pPr>
        <w:spacing w:line="20" w:lineRule="exact"/>
      </w:pPr>
    </w:p>
    <w:p>
      <w:pPr>
        <w:spacing w:before="12" w:after="0" w:line="674" w:lineRule="auto"/>
      </w:pPr>
      <w:r>
        <w:rPr>
          <w:rFonts w:ascii="Times New Roman" w:hAnsi="Times New Roman" w:eastAsia="Times New Roman" w:cs="Times New Roman"/>
          <w:sz w:val="24"/>
        </w:rPr>
        <w:t>(street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address)</w:t>
        <w:tab/>
      </w:r>
      <w:r>
        <w:rPr>
          <w:rFonts w:ascii="Times New Roman" w:hAnsi="Times New Roman" w:eastAsia="Times New Roman" w:cs="Times New Roman"/>
          <w:sz w:val="24"/>
        </w:rPr>
        <w:t>(city)</w:t>
        <w:tab/>
        <w:tab/>
      </w:r>
      <w:r>
        <w:rPr>
          <w:rFonts w:ascii="Times New Roman" w:hAnsi="Times New Roman" w:eastAsia="Times New Roman" w:cs="Times New Roman"/>
          <w:sz w:val="24"/>
        </w:rPr>
        <w:t>(state)</w:t>
        <w:tab/>
      </w:r>
      <w:r>
        <w:rPr>
          <w:rFonts w:ascii="Times New Roman" w:hAnsi="Times New Roman" w:eastAsia="Times New Roman" w:cs="Times New Roman"/>
          <w:sz w:val="24"/>
        </w:rPr>
        <w:t>(zip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code)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(home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phone)</w:t>
        <w:tab/>
        <w:tab/>
        <w:t>(work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phone)</w:t>
      </w:r>
    </w:p>
    <w:p>
      <w:pPr/>
    </w:p>
    <w:p>
      <w:pPr>
        <w:spacing w:before="49" w:after="0" w:line="254" w:lineRule="auto"/>
      </w:pP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cannot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appoint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these persons </w:t>
      </w:r>
      <w:r>
        <w:rPr>
          <w:rFonts w:ascii="Times New Roman" w:hAnsi="Times New Roman" w:eastAsia="Times New Roman" w:cs="Times New Roman"/>
          <w:sz w:val="24"/>
        </w:rPr>
        <w:t xml:space="preserve">as my </w:t>
      </w:r>
      <w:r>
        <w:rPr>
          <w:rFonts w:ascii="Times New Roman" w:hAnsi="Times New Roman" w:eastAsia="Times New Roman" w:cs="Times New Roman"/>
          <w:sz w:val="24"/>
        </w:rPr>
        <w:t xml:space="preserve">alternative agents, </w:t>
      </w:r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 xml:space="preserve">serve </w:t>
      </w:r>
      <w:r>
        <w:rPr>
          <w:rFonts w:ascii="Times New Roman" w:hAnsi="Times New Roman" w:eastAsia="Times New Roman" w:cs="Times New Roman"/>
          <w:sz w:val="24"/>
        </w:rPr>
        <w:t xml:space="preserve">as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follows:</w:t>
      </w:r>
    </w:p>
    <w:p>
      <w:pPr/>
    </w:p>
    <w:p>
      <w:pPr>
        <w:spacing w:before="1" w:after="0"/>
      </w:pPr>
    </w:p>
    <w:p>
      <w:pPr>
        <w:spacing w:line="20" w:lineRule="exact"/>
      </w:pP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27" w:after="0"/>
      </w:pPr>
      <w:r>
        <w:rPr>
          <w:rFonts w:ascii="Times New Roman" w:hAnsi="Times New Roman" w:eastAsia="Times New Roman" w:cs="Times New Roman"/>
          <w:sz w:val="24"/>
        </w:rPr>
        <w:t xml:space="preserve">(name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first alternative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agent)</w:t>
        <w:tab/>
        <w:t xml:space="preserve">(name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second alternative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agent)</w:t>
      </w:r>
    </w:p>
    <w:p>
      <w:pPr/>
    </w:p>
    <w:p>
      <w:pPr>
        <w:spacing w:before="7" w:after="0"/>
      </w:pPr>
    </w:p>
    <w:p>
      <w:pPr>
        <w:spacing w:line="20" w:lineRule="exact"/>
      </w:pP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27" w:after="0"/>
      </w:pPr>
      <w:r>
        <w:rPr>
          <w:rFonts w:ascii="Times New Roman" w:hAnsi="Times New Roman" w:eastAsia="Times New Roman" w:cs="Times New Roman"/>
          <w:sz w:val="24"/>
        </w:rPr>
        <w:t>(street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address)</w:t>
        <w:tab/>
        <w:t>(street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address)</w:t>
      </w:r>
    </w:p>
    <w:p>
      <w:pPr/>
    </w:p>
    <w:p>
      <w:pPr>
        <w:spacing w:before="7" w:after="0"/>
      </w:pPr>
    </w:p>
    <w:p>
      <w:pPr>
        <w:spacing w:line="20" w:lineRule="exact"/>
      </w:pP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27" w:after="0"/>
      </w:pPr>
      <w:r>
        <w:rPr>
          <w:rFonts w:ascii="Times New Roman" w:hAnsi="Times New Roman" w:eastAsia="Times New Roman" w:cs="Times New Roman"/>
          <w:sz w:val="24"/>
        </w:rPr>
        <w:t>(city, state,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zip)</w:t>
        <w:tab/>
        <w:t>(city, state,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zip)</w:t>
      </w:r>
    </w:p>
    <w:p>
      <w:pPr/>
    </w:p>
    <w:p>
      <w:pPr>
        <w:spacing w:before="7" w:after="0"/>
      </w:pPr>
    </w:p>
    <w:p>
      <w:pPr>
        <w:spacing w:line="20" w:lineRule="exact"/>
      </w:pP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27" w:after="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(phone numbers: home </w:t>
      </w:r>
      <w:r>
        <w:rPr>
          <w:rFonts w:ascii="Times New Roman" w:hAnsi="Times New Roman" w:eastAsia="Times New Roman" w:cs="Times New Roman"/>
          <w:sz w:val="24"/>
        </w:rPr>
        <w:t>/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work)</w:t>
        <w:tab/>
      </w:r>
      <w:r>
        <w:rPr>
          <w:rFonts w:ascii="Times New Roman" w:hAnsi="Times New Roman" w:eastAsia="Times New Roman" w:cs="Times New Roman"/>
          <w:sz w:val="24"/>
        </w:rPr>
        <w:t xml:space="preserve">(phone numbers: home </w:t>
      </w:r>
      <w:r>
        <w:rPr>
          <w:rFonts w:ascii="Times New Roman" w:hAnsi="Times New Roman" w:eastAsia="Times New Roman" w:cs="Times New Roman"/>
          <w:sz w:val="24"/>
        </w:rPr>
        <w:t>/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work)</w:t>
      </w:r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AGENT'S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 xml:space="preserve">AUTHORITY:  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limit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agent's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right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to:</w:t>
      </w:r>
    </w:p>
    <w:p>
      <w:pPr>
        <w:spacing w:before="197" w:after="0"/>
        <w:ind w:hanging="394"/>
      </w:pPr>
      <w:r>
        <w:rPr>
          <w:rFonts w:ascii="Times New Roman" w:hAnsi="Times New Roman" w:eastAsia="Times New Roman" w:cs="Times New Roman"/>
          <w:sz w:val="24"/>
        </w:rPr>
        <w:t>consent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refuse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treatment,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service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procedure,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such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as:</w:t>
      </w:r>
    </w:p>
    <w:p>
      <w:pPr>
        <w:spacing w:before="17" w:after="0"/>
      </w:pPr>
      <w:r>
        <w:rPr>
          <w:rFonts w:ascii="Times New Roman" w:hAnsi="Times New Roman" w:eastAsia="Times New Roman" w:cs="Times New Roman"/>
          <w:sz w:val="24"/>
        </w:rPr>
        <w:t xml:space="preserve">diagnostic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tests</w:t>
        <w:tab/>
        <w:t>•</w:t>
        <w:tab/>
        <w:t>orders not 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resuscitate</w:t>
      </w:r>
    </w:p>
    <w:p>
      <w:pPr>
        <w:spacing w:before="17" w:after="0"/>
        <w:ind w:hanging="360"/>
      </w:pPr>
      <w:r>
        <w:rPr>
          <w:rFonts w:ascii="Times New Roman" w:hAnsi="Times New Roman" w:eastAsia="Times New Roman" w:cs="Times New Roman"/>
          <w:sz w:val="24"/>
        </w:rPr>
        <w:t>surgery</w:t>
        <w:tab/>
      </w:r>
      <w:r>
        <w:rPr>
          <w:rFonts w:ascii="Times New Roman" w:hAnsi="Times New Roman" w:eastAsia="Times New Roman" w:cs="Times New Roman"/>
          <w:sz w:val="24"/>
        </w:rPr>
        <w:t>•</w:t>
        <w:tab/>
        <w:t>life saving and life prolonging 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treatment</w:t>
      </w:r>
    </w:p>
    <w:p>
      <w:pPr>
        <w:spacing w:before="17" w:after="0"/>
        <w:ind w:hanging="360"/>
      </w:pPr>
      <w:r>
        <w:rPr>
          <w:rFonts w:ascii="Times New Roman" w:hAnsi="Times New Roman" w:eastAsia="Times New Roman" w:cs="Times New Roman"/>
          <w:sz w:val="24"/>
        </w:rPr>
        <w:t>medication</w:t>
        <w:tab/>
        <w:t>•</w:t>
        <w:tab/>
        <w:t>the provision, withholding or withdrawal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artificial</w:t>
      </w:r>
    </w:p>
    <w:p>
      <w:pPr>
        <w:spacing w:before="17" w:after="0"/>
        <w:ind w:hanging="360"/>
      </w:pPr>
      <w:r>
        <w:rPr>
          <w:rFonts w:ascii="Times New Roman" w:hAnsi="Times New Roman" w:eastAsia="Times New Roman" w:cs="Times New Roman"/>
          <w:sz w:val="24"/>
        </w:rPr>
        <w:t>hospitalization</w:t>
        <w:tab/>
      </w:r>
      <w:r>
        <w:rPr>
          <w:rFonts w:ascii="Times New Roman" w:hAnsi="Times New Roman" w:eastAsia="Times New Roman" w:cs="Times New Roman"/>
          <w:sz w:val="24"/>
        </w:rPr>
        <w:t xml:space="preserve">nutrition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hydration</w:t>
      </w:r>
    </w:p>
    <w:p>
      <w:pPr>
        <w:spacing w:before="32" w:after="0"/>
        <w:ind w:hanging="360"/>
      </w:pPr>
      <w:r>
        <w:rPr>
          <w:rFonts w:ascii="Times New Roman" w:hAnsi="Times New Roman" w:eastAsia="Times New Roman" w:cs="Times New Roman"/>
          <w:sz w:val="24"/>
        </w:rPr>
        <w:t>nursing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  <w:tab/>
      </w:r>
      <w:r>
        <w:rPr>
          <w:rFonts w:ascii="Times New Roman" w:hAnsi="Times New Roman" w:eastAsia="Times New Roman" w:cs="Times New Roman"/>
          <w:sz w:val="24"/>
        </w:rPr>
        <w:t>•</w:t>
        <w:tab/>
        <w:t>all other forms of healthcare to keep me alive;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and</w:t>
      </w:r>
    </w:p>
    <w:p>
      <w:pPr>
        <w:spacing w:before="17" w:after="0"/>
        <w:ind w:hanging="360"/>
      </w:pPr>
      <w:r>
        <w:rPr>
          <w:rFonts w:ascii="Times New Roman" w:hAnsi="Times New Roman" w:eastAsia="Times New Roman" w:cs="Times New Roman"/>
          <w:sz w:val="24"/>
        </w:rPr>
        <w:t>home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</w:t>
      </w:r>
    </w:p>
    <w:p>
      <w:pPr>
        <w:spacing w:before="197" w:after="0"/>
        <w:ind w:hanging="333"/>
      </w:pPr>
      <w:r>
        <w:rPr>
          <w:rFonts w:ascii="Times New Roman" w:hAnsi="Times New Roman" w:eastAsia="Times New Roman" w:cs="Times New Roman"/>
          <w:sz w:val="24"/>
        </w:rPr>
        <w:t>select or change healthcare providers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institutions.</w:t>
      </w:r>
    </w:p>
    <w:p>
      <w:pPr>
        <w:spacing w:before="197" w:after="0" w:line="254" w:lineRule="auto"/>
        <w:jc w:val="both"/>
      </w:pP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obtaining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reviewing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records,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reports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information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about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except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extent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limit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agent's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follows:</w:t>
      </w:r>
    </w:p>
    <w:p>
      <w:pPr/>
    </w:p>
    <w:p>
      <w:pPr/>
    </w:p>
    <w:p>
      <w:pPr/>
    </w:p>
    <w:p>
      <w:pPr/>
    </w:p>
    <w:p>
      <w:pPr>
        <w:ind w:firstLine="7650"/>
      </w:pPr>
      <w:r>
        <w:rPr>
          <w:rFonts w:ascii="Times New Roman" w:hAnsi="Times New Roman" w:eastAsia="Times New Roman" w:cs="Times New Roman"/>
          <w:sz w:val="24"/>
        </w:rPr>
        <w:t xml:space="preserve">(Add additional pages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needed)</w:t>
      </w:r>
    </w:p>
    <w:p>
      <w:pPr>
        <w:spacing w:before="6" w:after="0"/>
      </w:pPr>
    </w:p>
    <w:p>
      <w:pPr>
        <w:spacing w:line="254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WHEN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AGENT'S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AUTHORITY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BECOMES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EFFECTIVE: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agent's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becomes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effective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primary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physician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qualified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professional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determine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own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decisions.</w:t>
      </w:r>
    </w:p>
    <w:p>
      <w:pPr>
        <w:spacing w:before="9" w:after="0"/>
      </w:pPr>
    </w:p>
    <w:p>
      <w:pPr>
        <w:spacing w:line="254" w:lineRule="auto"/>
        <w:ind w:hanging="1020"/>
      </w:pPr>
      <w:r>
        <w:rPr>
          <w:rFonts w:ascii="Times New Roman" w:hAnsi="Times New Roman" w:eastAsia="Times New Roman" w:cs="Times New Roman"/>
          <w:b/>
          <w:sz w:val="24"/>
        </w:rPr>
        <w:t>[</w:t>
        <w:tab/>
        <w:t>]</w:t>
        <w:tab/>
        <w:tab/>
        <w:t>If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I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initial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this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box,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my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agent's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authority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to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make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healthcare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decisions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for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me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takes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effect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immediately.</w:t>
      </w:r>
    </w:p>
    <w:p>
      <w:pPr>
        <w:spacing w:before="5" w:after="0"/>
      </w:pPr>
    </w:p>
    <w:p>
      <w:pPr>
        <w:spacing w:line="259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>AGENT'S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OBLIGATION: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based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power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attorney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for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healthcare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extent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known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extent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unknown,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accordance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determines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interest.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determining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interest,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consider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values </w:t>
      </w:r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 xml:space="preserve">the </w:t>
      </w:r>
      <w:r>
        <w:rPr>
          <w:rFonts w:ascii="Times New Roman" w:hAnsi="Times New Roman" w:eastAsia="Times New Roman" w:cs="Times New Roman"/>
          <w:sz w:val="24"/>
        </w:rPr>
        <w:t xml:space="preserve">extent known </w:t>
      </w:r>
      <w:r>
        <w:rPr>
          <w:rFonts w:ascii="Times New Roman" w:hAnsi="Times New Roman" w:eastAsia="Times New Roman" w:cs="Times New Roman"/>
          <w:sz w:val="24"/>
        </w:rPr>
        <w:t xml:space="preserve">to my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agent.</w:t>
      </w:r>
    </w:p>
    <w:p>
      <w:pPr/>
    </w:p>
    <w:p>
      <w:pPr>
        <w:spacing w:before="179" w:after="0" w:line="254" w:lineRule="auto"/>
      </w:pPr>
      <w:r>
        <w:rPr>
          <w:rFonts w:ascii="Times New Roman" w:hAnsi="Times New Roman" w:eastAsia="Times New Roman" w:cs="Times New Roman"/>
          <w:b/>
          <w:sz w:val="24"/>
        </w:rPr>
        <w:t>NOMINATION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 xml:space="preserve">GUARDIAN: 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guardian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needs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appointed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court,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nominate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designated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willing,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reasonably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available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guardian,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nominate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whom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order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designated.</w:t>
      </w:r>
    </w:p>
    <w:p>
      <w:pPr>
        <w:spacing w:before="41" w:after="0"/>
      </w:pPr>
      <w:r>
        <w:rPr>
          <w:rFonts w:ascii="Times New Roman" w:hAnsi="Times New Roman" w:eastAsia="Times New Roman" w:cs="Times New Roman"/>
          <w:sz w:val="24"/>
        </w:rPr>
        <w:t xml:space="preserve">PART </w:t>
      </w:r>
      <w:r>
        <w:rPr>
          <w:rFonts w:ascii="Times New Roman" w:hAnsi="Times New Roman" w:eastAsia="Times New Roman" w:cs="Times New Roman"/>
          <w:sz w:val="24"/>
        </w:rPr>
        <w:t xml:space="preserve">2:  </w:t>
      </w:r>
      <w:r>
        <w:rPr>
          <w:rFonts w:ascii="Times New Roman" w:hAnsi="Times New Roman" w:eastAsia="Times New Roman" w:cs="Times New Roman"/>
          <w:sz w:val="24"/>
        </w:rPr>
        <w:t xml:space="preserve">INSTRUCTIONS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</w:p>
    <w:p>
      <w:pPr>
        <w:spacing w:before="192" w:after="0" w:line="254" w:lineRule="auto"/>
        <w:jc w:val="both"/>
      </w:pP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satisfied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allow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determine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end-of-life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need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fill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fill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strike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wording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want.</w:t>
      </w:r>
    </w:p>
    <w:p>
      <w:pPr>
        <w:spacing w:before="4" w:after="0"/>
      </w:pPr>
    </w:p>
    <w:p>
      <w:pPr>
        <w:spacing w:line="254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>END-OF-LIFE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 xml:space="preserve">DECISIONS: 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communicate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regarding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IF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(i)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incurable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irreversible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condition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result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death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relatively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short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time,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(ii)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become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unconscious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reasonable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degree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certainty,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regain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consciousness,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(iii)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likely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risks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burdens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treatment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would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outweigh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expected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benefits,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direct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providers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involved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provide,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withhold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withdraw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treatment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accordance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choices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initialed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below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 xml:space="preserve">the </w:t>
      </w:r>
      <w:r>
        <w:rPr>
          <w:rFonts w:ascii="Times New Roman" w:hAnsi="Times New Roman" w:eastAsia="Times New Roman" w:cs="Times New Roman"/>
          <w:sz w:val="24"/>
        </w:rPr>
        <w:t xml:space="preserve">following </w:t>
      </w:r>
      <w:r>
        <w:rPr>
          <w:rFonts w:ascii="Times New Roman" w:hAnsi="Times New Roman" w:eastAsia="Times New Roman" w:cs="Times New Roman"/>
          <w:sz w:val="24"/>
        </w:rPr>
        <w:t xml:space="preserve">three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boxes:</w:t>
      </w:r>
    </w:p>
    <w:p>
      <w:pPr>
        <w:spacing w:before="4" w:after="0"/>
      </w:pPr>
    </w:p>
    <w:p>
      <w:pPr>
        <w:spacing w:before="9" w:after="0"/>
      </w:pPr>
    </w:p>
    <w:p>
      <w:pPr>
        <w:spacing w:before="75" w:after="0" w:line="254" w:lineRule="auto"/>
      </w:pPr>
      <w:r>
        <w:rPr>
          <w:rFonts w:ascii="Times New Roman" w:hAnsi="Times New Roman" w:eastAsia="Times New Roman" w:cs="Times New Roman"/>
          <w:b/>
          <w:sz w:val="24"/>
        </w:rPr>
        <w:t>ARTIFICIAL  NUTRITION  AND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HYDRATION:</w:t>
        <w:tab/>
      </w:r>
      <w:r>
        <w:rPr>
          <w:rFonts w:ascii="Times New Roman" w:hAnsi="Times New Roman" w:eastAsia="Times New Roman" w:cs="Times New Roman"/>
          <w:sz w:val="24"/>
        </w:rPr>
        <w:t xml:space="preserve">If I have chosen above  </w:t>
      </w:r>
      <w:r>
        <w:rPr>
          <w:rFonts w:ascii="Times New Roman" w:hAnsi="Times New Roman" w:eastAsia="Times New Roman" w:cs="Times New Roman"/>
          <w:b/>
          <w:sz w:val="24"/>
        </w:rPr>
        <w:t xml:space="preserve">NOT  </w:t>
      </w:r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 xml:space="preserve">prolong  </w:t>
      </w:r>
      <w:r>
        <w:rPr>
          <w:rFonts w:ascii="Times New Roman" w:hAnsi="Times New Roman" w:eastAsia="Times New Roman" w:cs="Times New Roman"/>
          <w:sz w:val="24"/>
        </w:rPr>
        <w:t xml:space="preserve">life,  </w:t>
      </w:r>
      <w:r>
        <w:rPr>
          <w:rFonts w:ascii="Times New Roman" w:hAnsi="Times New Roman" w:eastAsia="Times New Roman" w:cs="Times New Roman"/>
          <w:sz w:val="24"/>
        </w:rPr>
        <w:t xml:space="preserve">I </w:t>
      </w:r>
      <w:r>
        <w:rPr>
          <w:rFonts w:ascii="Times New Roman" w:hAnsi="Times New Roman" w:eastAsia="Times New Roman" w:cs="Times New Roman"/>
          <w:sz w:val="24"/>
        </w:rPr>
        <w:t xml:space="preserve">also  </w:t>
      </w:r>
      <w:r>
        <w:rPr>
          <w:rFonts w:ascii="Times New Roman" w:hAnsi="Times New Roman" w:eastAsia="Times New Roman" w:cs="Times New Roman"/>
          <w:sz w:val="24"/>
        </w:rPr>
        <w:t xml:space="preserve">specify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marking </w:t>
      </w:r>
      <w:r>
        <w:rPr>
          <w:rFonts w:ascii="Times New Roman" w:hAnsi="Times New Roman" w:eastAsia="Times New Roman" w:cs="Times New Roman"/>
          <w:sz w:val="24"/>
        </w:rPr>
        <w:t xml:space="preserve">my </w:t>
      </w:r>
      <w:r>
        <w:rPr>
          <w:rFonts w:ascii="Times New Roman" w:hAnsi="Times New Roman" w:eastAsia="Times New Roman" w:cs="Times New Roman"/>
          <w:sz w:val="24"/>
        </w:rPr>
        <w:t xml:space="preserve">initials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below:</w:t>
      </w:r>
    </w:p>
    <w:p>
      <w:pPr>
        <w:spacing w:before="10" w:after="0"/>
      </w:pPr>
    </w:p>
    <w:p>
      <w:pPr>
        <w:spacing w:before="4" w:after="0"/>
      </w:pPr>
    </w:p>
    <w:p>
      <w:pPr>
        <w:spacing w:before="75" w:after="0" w:line="254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RELIEF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FROM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PAIN: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Regardless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choices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except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space,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direct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possible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provided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keep</w:t>
      </w:r>
      <w:r>
        <w:rPr>
          <w:rFonts w:ascii="Times New Roman" w:hAnsi="Times New Roman" w:eastAsia="Times New Roman" w:cs="Times New Roman"/>
          <w:sz w:val="24"/>
        </w:rPr>
        <w:t xml:space="preserve"> 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clean,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comfortable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free</w:t>
      </w:r>
      <w:r>
        <w:rPr>
          <w:rFonts w:ascii="Times New Roman" w:hAnsi="Times New Roman" w:eastAsia="Times New Roman" w:cs="Times New Roman"/>
          <w:sz w:val="24"/>
        </w:rPr>
        <w:t xml:space="preserve">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discomfort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times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dignity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maintained,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even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hastens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death.</w:t>
      </w:r>
    </w:p>
    <w:p>
      <w:pPr/>
    </w:p>
    <w:p>
      <w:pPr/>
    </w:p>
    <w:p>
      <w:pPr/>
    </w:p>
    <w:p>
      <w:pPr>
        <w:spacing w:before="1" w:after="0"/>
      </w:pPr>
    </w:p>
    <w:p>
      <w:pPr>
        <w:ind w:firstLine="7650"/>
      </w:pPr>
      <w:r>
        <w:rPr>
          <w:rFonts w:ascii="Times New Roman" w:hAnsi="Times New Roman" w:eastAsia="Times New Roman" w:cs="Times New Roman"/>
          <w:sz w:val="24"/>
        </w:rPr>
        <w:t xml:space="preserve">(Add additional pages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needed)</w:t>
      </w:r>
    </w:p>
    <w:p>
      <w:pPr>
        <w:spacing w:before="83" w:after="0" w:line="254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ANATOMICAL GIFT DESIGNATION: </w:t>
      </w:r>
      <w:r>
        <w:rPr>
          <w:rFonts w:ascii="Times New Roman" w:hAnsi="Times New Roman" w:eastAsia="Times New Roman" w:cs="Times New Roman"/>
          <w:sz w:val="24"/>
        </w:rPr>
        <w:t xml:space="preserve">Upon </w:t>
      </w:r>
      <w:r>
        <w:rPr>
          <w:rFonts w:ascii="Times New Roman" w:hAnsi="Times New Roman" w:eastAsia="Times New Roman" w:cs="Times New Roman"/>
          <w:sz w:val="24"/>
        </w:rPr>
        <w:t xml:space="preserve">my </w:t>
      </w:r>
      <w:r>
        <w:rPr>
          <w:rFonts w:ascii="Times New Roman" w:hAnsi="Times New Roman" w:eastAsia="Times New Roman" w:cs="Times New Roman"/>
          <w:sz w:val="24"/>
        </w:rPr>
        <w:t xml:space="preserve">death </w:t>
      </w:r>
      <w:r>
        <w:rPr>
          <w:rFonts w:ascii="Times New Roman" w:hAnsi="Times New Roman" w:eastAsia="Times New Roman" w:cs="Times New Roman"/>
          <w:sz w:val="24"/>
        </w:rPr>
        <w:t xml:space="preserve">I </w:t>
      </w:r>
      <w:r>
        <w:rPr>
          <w:rFonts w:ascii="Times New Roman" w:hAnsi="Times New Roman" w:eastAsia="Times New Roman" w:cs="Times New Roman"/>
          <w:sz w:val="24"/>
        </w:rPr>
        <w:t xml:space="preserve">specify </w:t>
      </w:r>
      <w:r>
        <w:rPr>
          <w:rFonts w:ascii="Times New Roman" w:hAnsi="Times New Roman" w:eastAsia="Times New Roman" w:cs="Times New Roman"/>
          <w:sz w:val="24"/>
        </w:rPr>
        <w:t xml:space="preserve">as </w:t>
      </w:r>
      <w:r>
        <w:rPr>
          <w:rFonts w:ascii="Times New Roman" w:hAnsi="Times New Roman" w:eastAsia="Times New Roman" w:cs="Times New Roman"/>
          <w:sz w:val="24"/>
        </w:rPr>
        <w:t xml:space="preserve">marked below whether </w:t>
      </w:r>
      <w:r>
        <w:rPr>
          <w:rFonts w:ascii="Times New Roman" w:hAnsi="Times New Roman" w:eastAsia="Times New Roman" w:cs="Times New Roman"/>
          <w:sz w:val="24"/>
        </w:rPr>
        <w:t xml:space="preserve">I </w:t>
      </w:r>
      <w:r>
        <w:rPr>
          <w:rFonts w:ascii="Times New Roman" w:hAnsi="Times New Roman" w:eastAsia="Times New Roman" w:cs="Times New Roman"/>
          <w:sz w:val="24"/>
        </w:rPr>
        <w:t xml:space="preserve">choose </w:t>
      </w:r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>make 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anatomical </w:t>
      </w:r>
      <w:r>
        <w:rPr>
          <w:rFonts w:ascii="Times New Roman" w:hAnsi="Times New Roman" w:eastAsia="Times New Roman" w:cs="Times New Roman"/>
          <w:sz w:val="24"/>
        </w:rPr>
        <w:t xml:space="preserve">gift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 xml:space="preserve">all </w:t>
      </w:r>
      <w:r>
        <w:rPr>
          <w:rFonts w:ascii="Times New Roman" w:hAnsi="Times New Roman" w:eastAsia="Times New Roman" w:cs="Times New Roman"/>
          <w:sz w:val="24"/>
        </w:rPr>
        <w:t xml:space="preserve">or </w:t>
      </w:r>
      <w:r>
        <w:rPr>
          <w:rFonts w:ascii="Times New Roman" w:hAnsi="Times New Roman" w:eastAsia="Times New Roman" w:cs="Times New Roman"/>
          <w:sz w:val="24"/>
        </w:rPr>
        <w:t xml:space="preserve">some </w:t>
      </w:r>
      <w:r>
        <w:rPr>
          <w:rFonts w:ascii="Times New Roman" w:hAnsi="Times New Roman" w:eastAsia="Times New Roman" w:cs="Times New Roman"/>
          <w:sz w:val="24"/>
        </w:rPr>
        <w:t xml:space="preserve">of my </w:t>
      </w:r>
      <w:r>
        <w:rPr>
          <w:rFonts w:ascii="Times New Roman" w:hAnsi="Times New Roman" w:eastAsia="Times New Roman" w:cs="Times New Roman"/>
          <w:sz w:val="24"/>
        </w:rPr>
        <w:t xml:space="preserve">organs </w:t>
      </w:r>
      <w:r>
        <w:rPr>
          <w:rFonts w:ascii="Times New Roman" w:hAnsi="Times New Roman" w:eastAsia="Times New Roman" w:cs="Times New Roman"/>
          <w:sz w:val="24"/>
        </w:rPr>
        <w:t xml:space="preserve">or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tissue:</w:t>
      </w:r>
    </w:p>
    <w:p>
      <w:pPr>
        <w:spacing w:before="120" w:after="0" w:line="254" w:lineRule="auto"/>
        <w:ind w:hanging="975"/>
        <w:jc w:val="both"/>
      </w:pPr>
      <w:r>
        <w:rPr>
          <w:rFonts w:ascii="Times New Roman" w:hAnsi="Times New Roman" w:eastAsia="Times New Roman" w:cs="Times New Roman"/>
          <w:sz w:val="24"/>
        </w:rPr>
        <w:t>[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CHOOSE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anatomical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gift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organs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tissue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determined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suitability </w:t>
      </w:r>
      <w:r>
        <w:rPr>
          <w:rFonts w:ascii="Times New Roman" w:hAnsi="Times New Roman" w:eastAsia="Times New Roman" w:cs="Times New Roman"/>
          <w:sz w:val="24"/>
        </w:rPr>
        <w:t xml:space="preserve">at </w:t>
      </w:r>
      <w:r>
        <w:rPr>
          <w:rFonts w:ascii="Times New Roman" w:hAnsi="Times New Roman" w:eastAsia="Times New Roman" w:cs="Times New Roman"/>
          <w:sz w:val="24"/>
        </w:rPr>
        <w:t xml:space="preserve">the </w:t>
      </w:r>
      <w:r>
        <w:rPr>
          <w:rFonts w:ascii="Times New Roman" w:hAnsi="Times New Roman" w:eastAsia="Times New Roman" w:cs="Times New Roman"/>
          <w:sz w:val="24"/>
        </w:rPr>
        <w:t xml:space="preserve">time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 xml:space="preserve">death,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 xml:space="preserve">artificial support </w:t>
      </w:r>
      <w:r>
        <w:rPr>
          <w:rFonts w:ascii="Times New Roman" w:hAnsi="Times New Roman" w:eastAsia="Times New Roman" w:cs="Times New Roman"/>
          <w:sz w:val="24"/>
        </w:rPr>
        <w:t xml:space="preserve">may </w:t>
      </w:r>
      <w:r>
        <w:rPr>
          <w:rFonts w:ascii="Times New Roman" w:hAnsi="Times New Roman" w:eastAsia="Times New Roman" w:cs="Times New Roman"/>
          <w:sz w:val="24"/>
        </w:rPr>
        <w:t xml:space="preserve">be </w:t>
      </w:r>
      <w:r>
        <w:rPr>
          <w:rFonts w:ascii="Times New Roman" w:hAnsi="Times New Roman" w:eastAsia="Times New Roman" w:cs="Times New Roman"/>
          <w:sz w:val="24"/>
        </w:rPr>
        <w:t xml:space="preserve">maintained </w:t>
      </w:r>
      <w:r>
        <w:rPr>
          <w:rFonts w:ascii="Times New Roman" w:hAnsi="Times New Roman" w:eastAsia="Times New Roman" w:cs="Times New Roman"/>
          <w:sz w:val="24"/>
        </w:rPr>
        <w:t xml:space="preserve">long enough </w:t>
      </w:r>
      <w:r>
        <w:rPr>
          <w:rFonts w:ascii="Times New Roman" w:hAnsi="Times New Roman" w:eastAsia="Times New Roman" w:cs="Times New Roman"/>
          <w:sz w:val="24"/>
        </w:rPr>
        <w:t xml:space="preserve">for </w:t>
      </w:r>
      <w:r>
        <w:rPr>
          <w:rFonts w:ascii="Times New Roman" w:hAnsi="Times New Roman" w:eastAsia="Times New Roman" w:cs="Times New Roman"/>
          <w:sz w:val="24"/>
        </w:rPr>
        <w:t xml:space="preserve">organs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removed.</w:t>
      </w:r>
    </w:p>
    <w:p>
      <w:pPr>
        <w:spacing w:before="120" w:after="0" w:line="254" w:lineRule="auto"/>
        <w:ind w:hanging="99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[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]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CHOOSE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partial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anatomical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gift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organs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tissue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specified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below,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artificial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support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maintained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long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enough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organs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removed.</w:t>
      </w:r>
    </w:p>
    <w:p>
      <w:pPr>
        <w:spacing w:before="3" w:after="0"/>
      </w:pPr>
    </w:p>
    <w:p>
      <w:pPr>
        <w:spacing w:line="367" w:lineRule="auto"/>
      </w:pPr>
      <w:r>
        <w:rPr>
          <w:rFonts w:ascii="Times New Roman" w:hAnsi="Times New Roman" w:eastAsia="Times New Roman" w:cs="Times New Roman"/>
          <w:sz w:val="24"/>
        </w:rPr>
        <w:t>[</w:t>
        <w:tab/>
        <w:t>]</w:t>
        <w:tab/>
        <w:t xml:space="preserve">I </w:t>
      </w:r>
      <w:r>
        <w:rPr>
          <w:rFonts w:ascii="Times New Roman" w:hAnsi="Times New Roman" w:eastAsia="Times New Roman" w:cs="Times New Roman"/>
          <w:sz w:val="24"/>
        </w:rPr>
        <w:t xml:space="preserve">REFUSE </w:t>
      </w:r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 xml:space="preserve">make </w:t>
      </w:r>
      <w:r>
        <w:rPr>
          <w:rFonts w:ascii="Times New Roman" w:hAnsi="Times New Roman" w:eastAsia="Times New Roman" w:cs="Times New Roman"/>
          <w:sz w:val="24"/>
        </w:rPr>
        <w:t xml:space="preserve">anatomical </w:t>
      </w:r>
      <w:r>
        <w:rPr>
          <w:rFonts w:ascii="Times New Roman" w:hAnsi="Times New Roman" w:eastAsia="Times New Roman" w:cs="Times New Roman"/>
          <w:sz w:val="24"/>
        </w:rPr>
        <w:t xml:space="preserve">gift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 xml:space="preserve">any </w:t>
      </w:r>
      <w:r>
        <w:rPr>
          <w:rFonts w:ascii="Times New Roman" w:hAnsi="Times New Roman" w:eastAsia="Times New Roman" w:cs="Times New Roman"/>
          <w:sz w:val="24"/>
        </w:rPr>
        <w:t xml:space="preserve">of my </w:t>
      </w:r>
      <w:r>
        <w:rPr>
          <w:rFonts w:ascii="Times New Roman" w:hAnsi="Times New Roman" w:eastAsia="Times New Roman" w:cs="Times New Roman"/>
          <w:sz w:val="24"/>
        </w:rPr>
        <w:t xml:space="preserve">organs </w:t>
      </w:r>
      <w:r>
        <w:rPr>
          <w:rFonts w:ascii="Times New Roman" w:hAnsi="Times New Roman" w:eastAsia="Times New Roman" w:cs="Times New Roman"/>
          <w:sz w:val="24"/>
        </w:rPr>
        <w:t xml:space="preserve">or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tissue.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</w:t>
        <w:tab/>
        <w:t>]</w:t>
        <w:tab/>
        <w:t xml:space="preserve">I </w:t>
      </w:r>
      <w:r>
        <w:rPr>
          <w:rFonts w:ascii="Times New Roman" w:hAnsi="Times New Roman" w:eastAsia="Times New Roman" w:cs="Times New Roman"/>
          <w:sz w:val="24"/>
        </w:rPr>
        <w:t xml:space="preserve">CHOOSE </w:t>
      </w:r>
      <w:r>
        <w:rPr>
          <w:rFonts w:ascii="Times New Roman" w:hAnsi="Times New Roman" w:eastAsia="Times New Roman" w:cs="Times New Roman"/>
          <w:sz w:val="24"/>
        </w:rPr>
        <w:t xml:space="preserve">to let my </w:t>
      </w:r>
      <w:r>
        <w:rPr>
          <w:rFonts w:ascii="Times New Roman" w:hAnsi="Times New Roman" w:eastAsia="Times New Roman" w:cs="Times New Roman"/>
          <w:sz w:val="24"/>
        </w:rPr>
        <w:t xml:space="preserve">agent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decide.</w:t>
      </w:r>
    </w:p>
    <w:p>
      <w:pPr>
        <w:spacing w:before="8" w:after="0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