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NEW MEXICO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[DETAILS]</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New Mexico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keepNext/>
      </w:pPr>
      <w:r>
        <w:rPr>
          <w:rFonts w:ascii="Times New Roman" w:hAnsi="Times New Roman" w:eastAsia="Times New Roman" w:cs="Times New Roman"/>
          <w:sz w:val="24"/>
        </w:rPr>
        <w:t>[NAME]</w:t>
      </w: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NEW MEXICO</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Pursuant to New Mexico 46B-1-101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