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NEW MEXICO</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New Mexico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