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New Mexico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___________________________________</w:t>
      </w:r>
    </w:p>
    <w:p>
      <w:pPr>
        <w:spacing w:before="280" w:after="280"/>
        <w:jc w:val="center"/>
      </w:pPr>
      <w:r>
        <w:rPr>
          <w:rFonts w:ascii="Times New Roman" w:hAnsi="Times New Roman" w:eastAsia="Times New Roman" w:cs="Times New Roman"/>
          <w:sz w:val="24"/>
        </w:rPr>
        <w:t>Pursuant to Chapter 45 (Uniform Probate Code)</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resident in the City of ____________________, County of ____________________, State of New Mexico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________________________, of ___________________________, County of ________________________, State of ______________________________ as Personal Representative of my estate and I request that (he/she) be appointed temporary Personal Representative if (he/she) applies. If my Personal Representative fails or ceases to so serve, then I nominate _____________________________of __________________________, County of ____________________________, State of ______________________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 xml:space="preserve">This document shall be governed by the laws in the State of </w:t>
      </w:r>
      <w:r>
        <w:rPr>
          <w:rFonts w:ascii="Times New Roman" w:hAnsi="Times New Roman" w:eastAsia="Times New Roman" w:cs="Times New Roman"/>
          <w:sz w:val="24"/>
        </w:rPr>
        <w:t>New Mexico</w:t>
      </w:r>
      <w:r>
        <w:rPr>
          <w:rFonts w:ascii="Times New Roman" w:hAnsi="Times New Roman" w:eastAsia="Times New Roman" w:cs="Times New Roman"/>
          <w:sz w:val="24"/>
        </w:rPr>
        <w:t>.</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I, the undersigned ________________________, do hereby declare that I sign and execute this instrument as my last Will, that I sign it willingly in the presence of each of the undersigned witnesses, and that I execute it as my free and voluntary act for the purposes herein expressed, on this ____ day of ________________, 20____.</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r>
        <w:rPr>
          <w:rFonts w:ascii="Times New Roman" w:hAnsi="Times New Roman" w:eastAsia="Times New Roman" w:cs="Times New Roman"/>
          <w:sz w:val="24"/>
        </w:rPr>
        <w:t>The foregoing instrument, was on this ____ day of ________________, 20____, subscribed on each page and at the end thereof by ________________________,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r>
        <w:rPr>
          <w:rFonts w:ascii="Times New Roman" w:hAnsi="Times New Roman" w:eastAsia="Times New Roman" w:cs="Times New Roman"/>
          <w:sz w:val="24"/>
        </w:rPr>
        <w:t>STATE OF ____________________</w:t>
        <w:br/>
      </w:r>
    </w:p>
    <w:p>
      <w:pPr>
        <w:spacing w:before="0" w:after="160"/>
      </w:pPr>
      <w:r>
        <w:rPr>
          <w:rFonts w:ascii="Times New Roman" w:hAnsi="Times New Roman" w:eastAsia="Times New Roman" w:cs="Times New Roman"/>
          <w:sz w:val="24"/>
        </w:rPr>
        <w:t>COUNTY OF __________________, SS.</w:t>
      </w:r>
    </w:p>
    <w:p>
      <w:pPr>
        <w:spacing w:before="0" w:after="160"/>
      </w:pPr>
      <w:r>
        <w:rPr>
          <w:rFonts w:ascii="Times New Roman" w:hAnsi="Times New Roman" w:eastAsia="Times New Roman" w:cs="Times New Roman"/>
          <w:sz w:val="24"/>
        </w:rPr>
        <w:tab/>
        <w:t>Before me, the undersigned authority, on this day personally appeared ___________, testator, ____________________, witness and ___________________, witness, known to me to be the testator and the witnesses, respectively, whose names are signed to the attached or foregoing instrument, and, all of these persons being by me duly sworn, the testator declared to me and to the witnesses in my presence that the instrument is the testator’s last will and that the testator  has willingly signed or directed another to sign for him/her, and that the testator executed it as the testator’s free and voluntary act for the purposes therein expressed; and each of the witnesses stated to me, in the presence of the testator, that they signed the will as witnesses and that to the best of their knowledge the testator was eighteen (18) years of age or over, of sound mind and under no constraint or undue influence.</w:t>
      </w:r>
    </w:p>
    <w:p>
      <w:pPr>
        <w:spacing w:before="0" w:after="160"/>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br/>
        <w:t>Testator Signature</w:t>
        <w:tab/>
        <w:tab/>
        <w:tab/>
        <w:tab/>
        <w:t xml:space="preserve">               Witness Signature</w:t>
      </w:r>
    </w:p>
    <w:p>
      <w:pPr>
        <w:spacing w:before="0" w:after="160"/>
      </w:pPr>
      <w:r>
        <w:rPr>
          <w:rFonts w:ascii="Times New Roman" w:hAnsi="Times New Roman" w:eastAsia="Times New Roman" w:cs="Times New Roman"/>
          <w:sz w:val="24"/>
        </w:rPr>
        <w:tab/>
        <w:tab/>
        <w:tab/>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ab/>
        <w:t xml:space="preserve">                                                          Witness Signature</w:t>
      </w:r>
    </w:p>
    <w:p>
      <w:pPr>
        <w:spacing w:before="0" w:after="160"/>
      </w:pPr>
    </w:p>
    <w:p>
      <w:pPr>
        <w:spacing w:before="0" w:after="160"/>
      </w:pPr>
      <w:r>
        <w:rPr>
          <w:rFonts w:ascii="Times New Roman" w:hAnsi="Times New Roman" w:eastAsia="Times New Roman" w:cs="Times New Roman"/>
          <w:sz w:val="24"/>
        </w:rPr>
        <w:t xml:space="preserve">Subscribed and sworn to before me by the said testator and the said witnesses, this </w:t>
      </w:r>
    </w:p>
    <w:p>
      <w:pPr>
        <w:spacing w:before="0" w:after="160"/>
      </w:pPr>
      <w:r>
        <w:rPr>
          <w:rFonts w:ascii="Times New Roman" w:hAnsi="Times New Roman" w:eastAsia="Times New Roman" w:cs="Times New Roman"/>
          <w:sz w:val="24"/>
        </w:rPr>
        <w:t>____ day of ________________, 20____.</w:t>
      </w:r>
    </w:p>
    <w:p>
      <w:pPr>
        <w:spacing w:before="0" w:after="16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br/>
        <w:tab/>
        <w:tab/>
        <w:tab/>
        <w:tab/>
        <w:tab/>
        <w:tab/>
        <w:t>Notary Public</w:t>
      </w:r>
    </w:p>
    <w:p>
      <w:pPr>
        <w:spacing w:before="0" w:after="160"/>
      </w:pPr>
      <w:r>
        <w:rPr>
          <w:rFonts w:ascii="Times New Roman" w:hAnsi="Times New Roman" w:eastAsia="Times New Roman" w:cs="Times New Roman"/>
          <w:sz w:val="24"/>
        </w:rPr>
        <w:tab/>
        <w:tab/>
        <w:tab/>
        <w:tab/>
        <w:tab/>
        <w:tab/>
        <w:t>My Commission expires: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