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NEW MEXICO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 with you. In accordance with § 47-8-18, you are required to return the deposit within 30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