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York Health Care Proxy</w:t>
      </w:r>
    </w:p>
    <w:p>
      <w:pPr>
        <w:spacing w:before="6" w:after="0"/>
      </w:pPr>
    </w:p>
    <w:p>
      <w:pPr/>
    </w:p>
    <w:p>
      <w:pPr>
        <w:spacing w:before="77" w:after="0"/>
      </w:pPr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(1)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Write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selecting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(2)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selecting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(3)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 xml:space="preserve">Your </w:t>
      </w:r>
      <w:r>
        <w:rPr>
          <w:rFonts w:ascii="Times New Roman" w:hAnsi="Times New Roman" w:eastAsia="Times New Roman" w:cs="Times New Roman"/>
          <w:sz w:val="24"/>
        </w:rPr>
        <w:t>Health Care Proxy will remain valid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indefinitely unless you set an expiration date or condition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expiration.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should be filled in only if you want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 Proxy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(4)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discuss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allowed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made,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refuse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life-sustaining treatment.</w:t>
      </w:r>
    </w:p>
    <w:p>
      <w:pPr>
        <w:spacing w:before="11" w:after="0"/>
      </w:pPr>
    </w:p>
    <w:p>
      <w:pPr>
        <w:spacing w:line="247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broad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Simply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discussed my wishes with my health care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and they know my wishes 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those about artificial nutrition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hydration.</w:t>
      </w:r>
    </w:p>
    <w:p>
      <w:pPr>
        <w:spacing w:before="11" w:after="0"/>
      </w:pPr>
    </w:p>
    <w:p>
      <w:pPr>
        <w:spacing w:before="0" w:after="0" w:line="247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could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say:</w:t>
      </w:r>
    </w:p>
    <w:p>
      <w:pPr>
        <w:spacing w:before="121" w:after="0"/>
      </w:pPr>
      <w:r>
        <w:rPr>
          <w:rFonts w:ascii="Times New Roman" w:hAnsi="Times New Roman" w:eastAsia="Times New Roman" w:cs="Times New Roman"/>
          <w:sz w:val="24"/>
        </w:rPr>
        <w:t>I have discussed with my agent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</w:p>
    <w:p>
      <w:pPr>
        <w:spacing w:before="12" w:after="0" w:line="247" w:lineRule="auto"/>
      </w:pPr>
      <w:r>
        <w:rPr>
          <w:rFonts w:ascii="Times New Roman" w:hAnsi="Times New Roman" w:eastAsia="Times New Roman" w:cs="Times New Roman"/>
          <w:sz w:val="24"/>
        </w:rPr>
        <w:t xml:space="preserve">aabout </w:t>
      </w:r>
      <w:r>
        <w:rPr>
          <w:rFonts w:ascii="Times New Roman" w:hAnsi="Times New Roman" w:eastAsia="Times New Roman" w:cs="Times New Roman"/>
          <w:sz w:val="24"/>
        </w:rPr>
        <w:t>[DETAILS]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I want my agent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measures.</w:t>
      </w:r>
    </w:p>
    <w:p>
      <w:pPr>
        <w:spacing w:before="0" w:after="0" w:line="247" w:lineRule="auto"/>
      </w:pPr>
      <w:r>
        <w:rPr>
          <w:rFonts w:ascii="Times New Roman" w:hAnsi="Times New Roman" w:eastAsia="Times New Roman" w:cs="Times New Roman"/>
          <w:sz w:val="24"/>
        </w:rPr>
        <w:t>Examples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which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complete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list:</w:t>
      </w:r>
    </w:p>
    <w:p>
      <w:pPr>
        <w:spacing w:before="1" w:after="0"/>
        <w:ind w:hanging="240"/>
      </w:pPr>
      <w:r>
        <w:rPr>
          <w:rFonts w:ascii="Times New Roman" w:hAnsi="Times New Roman" w:eastAsia="Times New Roman" w:cs="Times New Roman"/>
          <w:sz w:val="24"/>
        </w:rPr>
        <w:t>artificial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respiration</w:t>
      </w:r>
    </w:p>
    <w:p>
      <w:pPr>
        <w:spacing w:before="12" w:after="0" w:line="247" w:lineRule="auto"/>
        <w:ind w:hanging="240"/>
      </w:pPr>
      <w:r>
        <w:rPr>
          <w:rFonts w:ascii="Times New Roman" w:hAnsi="Times New Roman" w:eastAsia="Times New Roman" w:cs="Times New Roman"/>
          <w:sz w:val="24"/>
        </w:rPr>
        <w:t>artificial nutrition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(nourishment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feeding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tube)</w:t>
      </w:r>
    </w:p>
    <w:p>
      <w:pPr>
        <w:spacing w:before="1" w:after="0"/>
        <w:ind w:hanging="240"/>
      </w:pPr>
      <w:r>
        <w:rPr>
          <w:rFonts w:ascii="Times New Roman" w:hAnsi="Times New Roman" w:eastAsia="Times New Roman" w:cs="Times New Roman"/>
          <w:sz w:val="24"/>
        </w:rPr>
        <w:t>cardiopulmonary resuscitation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(CPR)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antipsychotic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medication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electric shock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therapy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antibiotics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surgical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procedures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dialysis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transplantation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blood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transfusions</w:t>
      </w:r>
    </w:p>
    <w:p>
      <w:pPr>
        <w:spacing w:before="12" w:after="0"/>
        <w:ind w:hanging="240"/>
      </w:pPr>
      <w:r>
        <w:rPr>
          <w:rFonts w:ascii="Times New Roman" w:hAnsi="Times New Roman" w:eastAsia="Times New Roman" w:cs="Times New Roman"/>
          <w:sz w:val="24"/>
        </w:rPr>
        <w:t>abortion</w:t>
      </w:r>
    </w:p>
    <w:p>
      <w:pPr>
        <w:spacing w:before="12" w:after="0"/>
      </w:pPr>
      <w:r>
        <w:rPr>
          <w:rFonts w:ascii="Times New Roman" w:hAnsi="Times New Roman" w:eastAsia="Times New Roman" w:cs="Times New Roman"/>
          <w:sz w:val="24"/>
        </w:rPr>
        <w:t>sterilization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(5)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yourself,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someone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else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presence.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sure to include 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(6)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York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law does provide for certain individuals in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priority to consent to an organ and/or 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your decedent’s agent,  your spouse , if you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separated,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domestic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partner,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daughter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18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 parents, a brother or sister 18 years of 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older, </w:t>
      </w:r>
      <w:r>
        <w:rPr>
          <w:rFonts w:ascii="Times New Roman" w:hAnsi="Times New Roman" w:eastAsia="Times New Roman" w:cs="Times New Roman"/>
          <w:sz w:val="24"/>
        </w:rPr>
        <w:t>a guardian appointed by a court prior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donor’s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death.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Item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(7)</w:t>
      </w:r>
    </w:p>
    <w:p>
      <w:pPr>
        <w:spacing w:before="72" w:after="0" w:line="247" w:lineRule="auto"/>
      </w:pPr>
      <w:r>
        <w:rPr>
          <w:rFonts w:ascii="Times New Roman" w:hAnsi="Times New Roman" w:eastAsia="Times New Roman" w:cs="Times New Roman"/>
          <w:sz w:val="24"/>
        </w:rPr>
        <w:t>Two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18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appointed your agent or alternate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cannot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witness.</w:t>
      </w:r>
    </w:p>
    <w:p>
      <w:pPr/>
    </w:p>
    <w:p>
      <w:pPr>
        <w:spacing w:before="100" w:after="0"/>
        <w:ind w:hanging="460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[NAME, ADDRESS, NUMBER]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</w:t>
      </w:r>
      <w:r>
        <w:rPr>
          <w:rFonts w:ascii="Times New Roman" w:hAnsi="Times New Roman" w:eastAsia="Times New Roman" w:cs="Times New Roman"/>
          <w:sz w:val="24"/>
        </w:rPr>
        <w:t>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decisions.</w:t>
      </w:r>
    </w:p>
    <w:p>
      <w:pPr>
        <w:spacing w:before="5" w:after="0"/>
      </w:pPr>
    </w:p>
    <w:p>
      <w:pPr>
        <w:ind w:hanging="480"/>
      </w:pPr>
      <w:r>
        <w:rPr>
          <w:rFonts w:ascii="Times New Roman" w:hAnsi="Times New Roman" w:eastAsia="Times New Roman" w:cs="Times New Roman"/>
          <w:sz w:val="24"/>
        </w:rPr>
        <w:t>Optional: 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</w:p>
    <w:p>
      <w:pPr>
        <w:spacing w:before="12" w:after="0"/>
        <w:ind w:hanging="60"/>
        <w:jc w:val="both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unwilling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unavailable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</w:p>
    <w:p>
      <w:pPr>
        <w:spacing w:before="11" w:after="0"/>
      </w:pPr>
    </w:p>
    <w:p>
      <w:pPr>
        <w:spacing w:before="0" w:after="0"/>
        <w:jc w:val="both"/>
      </w:pP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[NAME, ADDRESS, NUMBER]</w:t>
      </w:r>
    </w:p>
    <w:p>
      <w:pPr>
        <w:spacing w:before="0" w:after="0"/>
        <w:jc w:val="both"/>
      </w:pPr>
    </w:p>
    <w:p>
      <w:pPr>
        <w:spacing w:before="0" w:after="0" w:line="247" w:lineRule="auto"/>
      </w:pP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otherwise.</w:t>
      </w:r>
    </w:p>
    <w:p>
      <w:pPr>
        <w:spacing w:before="5" w:after="0"/>
      </w:pPr>
    </w:p>
    <w:p>
      <w:pPr>
        <w:spacing w:line="247" w:lineRule="auto"/>
        <w:ind w:hanging="480"/>
      </w:pPr>
      <w:r>
        <w:rPr>
          <w:rFonts w:ascii="Times New Roman" w:hAnsi="Times New Roman" w:eastAsia="Times New Roman" w:cs="Times New Roman"/>
          <w:sz w:val="24"/>
        </w:rPr>
        <w:t>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circumstances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which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remain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indefinitely.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(Optional: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here.)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(specify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conditions)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47" w:lineRule="auto"/>
      </w:pPr>
    </w:p>
    <w:p>
      <w:pPr>
        <w:spacing w:line="247" w:lineRule="auto"/>
        <w:ind w:hanging="480"/>
      </w:pP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here.)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(attach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pages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necessary)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/>
    </w:p>
    <w:p>
      <w:pPr>
        <w:spacing w:line="247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before="1" w:after="0"/>
      </w:pPr>
    </w:p>
    <w:p>
      <w:pPr>
        <w:spacing w:line="247" w:lineRule="auto"/>
      </w:pP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artificial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nutrition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(nourishment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feeding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tube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intravenous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line)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must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section.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sample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language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choose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artificial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nutrition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hydration.</w:t>
      </w:r>
    </w:p>
    <w:p>
      <w:pPr>
        <w:spacing w:before="44" w:after="0"/>
        <w:ind w:hanging="480"/>
      </w:pPr>
      <w:r>
        <w:rPr>
          <w:rFonts w:ascii="Times New Roman" w:hAnsi="Times New Roman" w:eastAsia="Times New Roman" w:cs="Times New Roman"/>
          <w:b/>
          <w:sz w:val="24"/>
        </w:rPr>
        <w:t xml:space="preserve">Your </w:t>
      </w:r>
      <w:r>
        <w:rPr>
          <w:rFonts w:ascii="Times New Roman" w:hAnsi="Times New Roman" w:eastAsia="Times New Roman" w:cs="Times New Roman"/>
          <w:b/>
          <w:sz w:val="24"/>
        </w:rPr>
        <w:t xml:space="preserve">Identification </w:t>
      </w:r>
      <w:r>
        <w:rPr>
          <w:rFonts w:ascii="Times New Roman" w:hAnsi="Times New Roman" w:eastAsia="Times New Roman" w:cs="Times New Roman"/>
          <w:sz w:val="24"/>
        </w:rPr>
        <w:t>(please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print)</w:t>
      </w:r>
    </w:p>
    <w:p>
      <w:pPr>
        <w:spacing w:before="132" w:after="0"/>
      </w:pP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3" w:after="0"/>
      </w:pPr>
    </w:p>
    <w:p>
      <w:pPr>
        <w:spacing w:before="70" w:after="0"/>
        <w:ind w:hanging="432"/>
      </w:pPr>
      <w:r>
        <w:rPr>
          <w:rFonts w:ascii="Times New Roman" w:hAnsi="Times New Roman" w:eastAsia="Times New Roman" w:cs="Times New Roman"/>
          <w:sz w:val="24"/>
        </w:rPr>
        <w:t>Optional: Organ and/or 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</w:p>
    <w:p>
      <w:pPr>
        <w:spacing w:before="132" w:after="0" w:line="247" w:lineRule="auto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anatomical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gift,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(check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apply)</w:t>
      </w:r>
    </w:p>
    <w:p>
      <w:pPr>
        <w:spacing w:before="121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 needed organs 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tissues</w:t>
      </w:r>
    </w:p>
    <w:p>
      <w:pPr>
        <w:spacing w:before="192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following organs 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tissues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8" w:after="0"/>
      </w:pPr>
    </w:p>
    <w:p>
      <w:pPr>
        <w:spacing w:before="73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192" w:after="0" w:line="247" w:lineRule="auto"/>
      </w:pP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organ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tissue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prevent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</w:p>
    <w:p>
      <w:pPr>
        <w:spacing w:before="6" w:after="0"/>
      </w:pPr>
    </w:p>
    <w:p>
      <w:pPr>
        <w:spacing w:before="70" w:after="0" w:line="247" w:lineRule="auto"/>
        <w:ind w:hanging="480"/>
      </w:pPr>
      <w:r>
        <w:rPr>
          <w:rFonts w:ascii="Times New Roman" w:hAnsi="Times New Roman" w:eastAsia="Times New Roman" w:cs="Times New Roman"/>
          <w:b/>
          <w:sz w:val="24"/>
        </w:rPr>
        <w:t xml:space="preserve">Statement by Witnesses </w:t>
      </w:r>
      <w:r>
        <w:rPr>
          <w:rFonts w:ascii="Times New Roman" w:hAnsi="Times New Roman" w:eastAsia="Times New Roman" w:cs="Times New Roman"/>
          <w:sz w:val="24"/>
        </w:rPr>
        <w:t>(Witnesses must be 18 years of age or older and cannot be the 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alternate.)</w:t>
      </w:r>
    </w:p>
    <w:p>
      <w:pPr>
        <w:spacing w:before="121" w:after="0" w:line="247" w:lineRule="auto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sound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asked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her) this document in my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presence.</w:t>
      </w:r>
    </w:p>
    <w:p>
      <w:pPr>
        <w:spacing w:before="9" w:after="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8" w:after="0"/>
      </w:pPr>
    </w:p>
    <w:p>
      <w:pPr/>
    </w:p>
    <w:p>
      <w:pPr>
        <w:spacing w:before="12" w:after="0"/>
      </w:pPr>
      <w:r>
        <w:rPr>
          <w:rFonts w:ascii="Times New Roman" w:hAnsi="Times New Roman" w:eastAsia="Times New Roman" w:cs="Times New Roman"/>
          <w:sz w:val="24"/>
        </w:rPr>
        <w:t>(print)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(print)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8" w:after="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8" w:after="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</w:p>
    <w:p>
      <w:pPr/>
    </w:p>
    <w:p>
      <w:pPr>
        <w:spacing w:before="9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/>
    </w:p>
    <w:p>
      <w:pPr/>
    </w:p>
    <w:p>
      <w:pPr/>
    </w:p>
    <w:p>
      <w:pPr>
        <w:spacing w:before="76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