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YORK</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New York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New York.</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