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New York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Parent or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Parent or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[RELATIONSHIP]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(relation)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 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New York.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Only the authority to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and end on: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The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In the event of my death.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New York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  <w:jc w:val="center"/>
      </w:pPr>
    </w:p>
    <w:p>
      <w:pPr>
        <w:spacing w:before="7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</w:pPr>
    </w:p>
    <w:p>
      <w:pPr>
        <w:spacing w:before="71" w:after="0"/>
        <w:jc w:val="center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