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25"/>
        <w:jc w:val="center"/>
      </w:pPr>
      <w:r>
        <w:rPr>
          <w:rFonts w:ascii="Times New Roman" w:hAnsi="Times New Roman" w:eastAsia="Times New Roman" w:cs="Times New Roman"/>
          <w:b/>
          <w:sz w:val="24"/>
        </w:rPr>
        <w:t>NEW YORK STATE NOTARY ACKNOWLEDGMENT</w:t>
      </w:r>
    </w:p>
    <w:p>
      <w:pPr>
        <w:spacing w:before="0" w:after="225"/>
      </w:pPr>
    </w:p>
    <w:p>
      <w:pPr>
        <w:spacing w:before="0" w:after="225" w:line="480" w:lineRule="auto"/>
      </w:pPr>
      <w:r>
        <w:rPr>
          <w:rFonts w:ascii="Times New Roman" w:hAnsi="Times New Roman" w:eastAsia="Times New Roman" w:cs="Times New Roman"/>
          <w:sz w:val="24"/>
        </w:rPr>
        <w:t>THE STATE OF NEW YORK</w:t>
      </w:r>
    </w:p>
    <w:p>
      <w:pPr>
        <w:spacing w:before="0" w:after="225" w:line="480" w:lineRule="auto"/>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spacing w:before="0" w:after="225" w:line="360" w:lineRule="auto"/>
        <w:jc w:val="both"/>
      </w:pPr>
      <w:r>
        <w:rPr>
          <w:rFonts w:ascii="Times New Roman" w:hAnsi="Times New Roman" w:eastAsia="Times New Roman" w:cs="Times New Roman"/>
          <w:sz w:val="24"/>
        </w:rPr>
        <w:t xml:space="preserve">On the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the undersigned, personally appeared </w:t>
      </w:r>
      <w:r>
        <w:rPr>
          <w:rFonts w:ascii="Times New Roman" w:hAnsi="Times New Roman" w:eastAsia="Times New Roman" w:cs="Times New Roman"/>
          <w:sz w:val="24"/>
        </w:rPr>
        <w:t>[NAME OF SIGNER]</w:t>
      </w:r>
      <w:r>
        <w:rPr>
          <w:rFonts w:ascii="Times New Roman" w:hAnsi="Times New Roman" w:eastAsia="Times New Roman" w:cs="Times New Roman"/>
          <w:sz w:val="24"/>
        </w:rPr>
        <w:t xml:space="preserve">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spacing w:before="0" w:after="225"/>
        <w:jc w:val="both"/>
      </w:pPr>
      <w:r>
        <w:rPr>
          <w:rFonts w:ascii="Times New Roman" w:hAnsi="Times New Roman" w:eastAsia="Times New Roman" w:cs="Times New Roman"/>
          <w:sz w:val="24"/>
        </w:rPr>
        <w:t>____________________________________</w:t>
      </w:r>
    </w:p>
    <w:p>
      <w:pPr>
        <w:spacing w:before="0" w:after="225"/>
        <w:jc w:val="both"/>
      </w:pPr>
      <w:r>
        <w:rPr>
          <w:rFonts w:ascii="Times New Roman" w:hAnsi="Times New Roman" w:eastAsia="Times New Roman" w:cs="Times New Roman"/>
          <w:sz w:val="24"/>
        </w:rPr>
        <w:t>Notary Public Signature</w:t>
      </w:r>
    </w:p>
    <w:p>
      <w:pPr>
        <w:spacing w:before="0" w:after="225" w:line="360" w:lineRule="auto"/>
        <w:jc w:val="both"/>
      </w:pPr>
      <w:r>
        <w:rPr>
          <w:rFonts w:ascii="Times New Roman" w:hAnsi="Times New Roman" w:eastAsia="Times New Roman" w:cs="Times New Roman"/>
          <w:sz w:val="24"/>
        </w:rPr>
        <w:t>Print __________________________</w:t>
      </w:r>
    </w:p>
    <w:p>
      <w:pPr/>
    </w:p>
    <w:p>
      <w:pPr/>
      <w:r>
        <w:rPr>
          <w:rFonts w:ascii="Times New Roman" w:hAnsi="Times New Roman" w:eastAsia="Times New Roman" w:cs="Times New Roman"/>
          <w:sz w:val="24"/>
        </w:rPr>
        <w:t xml:space="preserve">Title or Office: </w:t>
      </w:r>
      <w:r>
        <w:rPr>
          <w:rFonts w:ascii="Times New Roman" w:hAnsi="Times New Roman" w:eastAsia="Times New Roman" w:cs="Times New Roman"/>
          <w:sz w:val="24"/>
        </w:rPr>
        <w:t>[TITLE/OFFICE OF NOTARY]</w:t>
      </w:r>
    </w:p>
    <w:p>
      <w:pP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spacing w:before="0" w:after="225" w:line="480" w:lineRule="auto"/>
        <w:jc w:val="both"/>
      </w:pPr>
    </w:p>
    <w:p>
      <w:pPr>
        <w:spacing w:before="0" w:after="225" w:line="480" w:lineRule="auto"/>
      </w:pPr>
      <w:r>
        <w:rPr>
          <w:rFonts w:ascii="Times New Roman" w:hAnsi="Times New Roman" w:eastAsia="Times New Roman" w:cs="Times New Roman"/>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