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NEW YORK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New York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