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NEW YORK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Section 7-108(1-a)(e), you are required to return the deposit within fourteen (14) days from the date I vacated the property.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