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jc w:val="center"/>
      </w:pPr>
    </w:p>
    <w:p>
      <w:pPr>
        <w:jc w:val="center"/>
      </w:pPr>
      <w:r>
        <w:rPr>
          <w:rFonts w:ascii="Times New Roman" w:hAnsi="Times New Roman" w:eastAsia="Times New Roman" w:cs="Times New Roman"/>
          <w:b/>
          <w:sz w:val="24"/>
        </w:rPr>
        <w:t>New York Special Warranty Deed (By Individual)</w:t>
      </w:r>
    </w:p>
    <w:p>
      <w:pPr/>
    </w:p>
    <w:p>
      <w:pPr>
        <w:spacing w:line="276" w:lineRule="auto"/>
      </w:pPr>
      <w:r>
        <w:rPr>
          <w:rFonts w:ascii="Times New Roman" w:hAnsi="Times New Roman" w:eastAsia="Times New Roman" w:cs="Times New Roman"/>
          <w:sz w:val="24"/>
        </w:rPr>
        <w:t>This indenture made the __________ day of _______________________, 20_______, between ____________________________________, the “Grantor,” party of the first part, and ____________________________________, the “Grantee,” party of the second part.</w:t>
      </w:r>
    </w:p>
    <w:p>
      <w:pPr>
        <w:spacing w:line="276" w:lineRule="auto"/>
      </w:pPr>
      <w:r>
        <w:rPr>
          <w:rFonts w:ascii="Times New Roman" w:hAnsi="Times New Roman" w:eastAsia="Times New Roman" w:cs="Times New Roman"/>
          <w:sz w:val="24"/>
        </w:rPr>
        <w:t xml:space="preserve"> </w:t>
      </w:r>
    </w:p>
    <w:p>
      <w:pPr>
        <w:spacing w:line="276" w:lineRule="auto"/>
      </w:pPr>
      <w:r>
        <w:rPr>
          <w:rFonts w:ascii="Times New Roman" w:hAnsi="Times New Roman" w:eastAsia="Times New Roman" w:cs="Times New Roman"/>
          <w:b/>
          <w:sz w:val="24"/>
        </w:rPr>
        <w:t>WITNESSETH</w:t>
      </w:r>
      <w:r>
        <w:rPr>
          <w:rFonts w:ascii="Times New Roman" w:hAnsi="Times New Roman" w:eastAsia="Times New Roman" w:cs="Times New Roman"/>
          <w:sz w:val="24"/>
        </w:rPr>
        <w:t>, that the party of the first part, in consideration of ________________________ ($_______________), lawful money of the United States, _____________________________ ($_______________) paid by the party of the second part, does hereby grant and release unto the party of the second part, their heirs or successors and assigns of the party of the second part forever,</w:t>
      </w:r>
    </w:p>
    <w:p>
      <w:pPr>
        <w:spacing w:line="276" w:lineRule="auto"/>
      </w:pPr>
    </w:p>
    <w:p>
      <w:pPr>
        <w:spacing w:line="276" w:lineRule="auto"/>
      </w:pPr>
      <w:r>
        <w:rPr>
          <w:rFonts w:ascii="Times New Roman" w:hAnsi="Times New Roman" w:eastAsia="Times New Roman" w:cs="Times New Roman"/>
          <w:b/>
          <w:sz w:val="24"/>
        </w:rPr>
        <w:t>ALL</w:t>
      </w:r>
      <w:r>
        <w:rPr>
          <w:rFonts w:ascii="Times New Roman" w:hAnsi="Times New Roman" w:eastAsia="Times New Roman" w:cs="Times New Roman"/>
          <w:sz w:val="24"/>
        </w:rPr>
        <w:t xml:space="preserve"> that certain plot, piece or parcel of land, with the buildings and improvements thereon erected, situate, lying, and being in the:</w:t>
      </w: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_________________________________________________________________________________________________________________________________________________________________________________________________________________________________</w:t>
      </w:r>
    </w:p>
    <w:p>
      <w:pPr>
        <w:jc w:val="center"/>
      </w:pPr>
      <w:r>
        <w:rPr>
          <w:rFonts w:ascii="Times New Roman" w:hAnsi="Times New Roman" w:eastAsia="Times New Roman" w:cs="Times New Roman"/>
          <w:b/>
          <w:sz w:val="24"/>
        </w:rPr>
        <w:t>[INSERT LEGAL DESCRIPTION HERE AND/OR ATTACH EXHIBIT A]</w:t>
      </w:r>
    </w:p>
    <w:p>
      <w:pPr>
        <w:spacing w:line="276" w:lineRule="auto"/>
      </w:pPr>
      <w:r>
        <w:rPr>
          <w:rFonts w:ascii="Times New Roman" w:hAnsi="Times New Roman" w:eastAsia="Times New Roman" w:cs="Times New Roman"/>
          <w:sz w:val="24"/>
        </w:rPr>
        <w:t xml:space="preserve"> </w:t>
      </w:r>
    </w:p>
    <w:p>
      <w:pPr>
        <w:spacing w:line="276" w:lineRule="auto"/>
      </w:pPr>
      <w:r>
        <w:rPr>
          <w:rFonts w:ascii="Times New Roman" w:hAnsi="Times New Roman" w:eastAsia="Times New Roman" w:cs="Times New Roman"/>
          <w:b/>
          <w:sz w:val="24"/>
        </w:rPr>
        <w:t>TOGETHER</w:t>
      </w:r>
      <w:r>
        <w:rPr>
          <w:rFonts w:ascii="Times New Roman" w:hAnsi="Times New Roman" w:eastAsia="Times New Roman" w:cs="Times New Roman"/>
          <w:sz w:val="24"/>
        </w:rPr>
        <w:t xml:space="preserve"> with all right, title, and interest, if any, of the party of the first part in and to any streets and roads abutting the above-described premises to the center lines thereof,</w:t>
      </w:r>
    </w:p>
    <w:p>
      <w:pPr>
        <w:spacing w:line="276" w:lineRule="auto"/>
      </w:pPr>
      <w:r>
        <w:rPr>
          <w:rFonts w:ascii="Times New Roman" w:hAnsi="Times New Roman" w:eastAsia="Times New Roman" w:cs="Times New Roman"/>
          <w:sz w:val="24"/>
        </w:rPr>
        <w:t xml:space="preserve"> </w:t>
      </w:r>
    </w:p>
    <w:p>
      <w:pPr>
        <w:spacing w:line="276" w:lineRule="auto"/>
      </w:pPr>
      <w:r>
        <w:rPr>
          <w:rFonts w:ascii="Times New Roman" w:hAnsi="Times New Roman" w:eastAsia="Times New Roman" w:cs="Times New Roman"/>
          <w:b/>
          <w:sz w:val="24"/>
        </w:rPr>
        <w:t>TOGETHER</w:t>
      </w:r>
      <w:r>
        <w:rPr>
          <w:rFonts w:ascii="Times New Roman" w:hAnsi="Times New Roman" w:eastAsia="Times New Roman" w:cs="Times New Roman"/>
          <w:sz w:val="24"/>
        </w:rPr>
        <w:t xml:space="preserve"> with the appurtenances and all the estate and rights of the party of the first part in and to said premises,</w:t>
      </w:r>
    </w:p>
    <w:p>
      <w:pPr>
        <w:spacing w:line="276" w:lineRule="auto"/>
      </w:pPr>
      <w:r>
        <w:rPr>
          <w:rFonts w:ascii="Times New Roman" w:hAnsi="Times New Roman" w:eastAsia="Times New Roman" w:cs="Times New Roman"/>
          <w:sz w:val="24"/>
        </w:rPr>
        <w:t xml:space="preserve"> </w:t>
      </w:r>
    </w:p>
    <w:p>
      <w:pPr>
        <w:spacing w:line="276" w:lineRule="auto"/>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herein granted unto the party of the second part, the heirs or successors and assigns of the party of the second part forever.</w:t>
      </w:r>
    </w:p>
    <w:p>
      <w:pPr>
        <w:spacing w:line="276" w:lineRule="auto"/>
      </w:pPr>
      <w:r>
        <w:rPr>
          <w:rFonts w:ascii="Times New Roman" w:hAnsi="Times New Roman" w:eastAsia="Times New Roman" w:cs="Times New Roman"/>
          <w:sz w:val="24"/>
        </w:rPr>
        <w:t xml:space="preserve"> </w:t>
      </w:r>
    </w:p>
    <w:p>
      <w:pPr>
        <w:spacing w:line="276" w:lineRule="auto"/>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the party of the first part, in compliance with Lien Law § 13, covenants that the party of the first part will receive the consideration for this conveyance and will hold the right to receive such consideration as a trust fund to be applied first for the purpose of paying the costs of the improvement and will apply the same first to the payment of the cost of the improvement before using any part of the total of the same for any other purpose.</w:t>
      </w:r>
    </w:p>
    <w:p>
      <w:pPr>
        <w:spacing w:line="276" w:lineRule="auto"/>
      </w:pPr>
    </w:p>
    <w:p>
      <w:pPr>
        <w:spacing w:line="276" w:lineRule="auto"/>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the party of the first part covenants as follows:</w:t>
      </w:r>
    </w:p>
    <w:p>
      <w:pPr>
        <w:spacing w:line="276" w:lineRule="auto"/>
      </w:pPr>
      <w:r>
        <w:rPr>
          <w:rFonts w:ascii="Times New Roman" w:hAnsi="Times New Roman" w:eastAsia="Times New Roman" w:cs="Times New Roman"/>
          <w:sz w:val="24"/>
        </w:rPr>
        <w:t xml:space="preserve"> </w:t>
      </w:r>
    </w:p>
    <w:p>
      <w:pPr>
        <w:spacing w:line="276" w:lineRule="auto"/>
        <w:ind w:hanging="200"/>
      </w:pPr>
      <w:r>
        <w:rPr>
          <w:rFonts w:ascii="Times New Roman" w:hAnsi="Times New Roman" w:eastAsia="Times New Roman" w:cs="Times New Roman"/>
          <w:sz w:val="24"/>
        </w:rPr>
        <w:t>(1) That said party of the first part is seised of the said premises in fee simple and has good right to convey the same;</w:t>
      </w:r>
    </w:p>
    <w:p>
      <w:pPr>
        <w:spacing w:line="276" w:lineRule="auto"/>
        <w:ind w:hanging="200"/>
      </w:pPr>
    </w:p>
    <w:p>
      <w:pPr>
        <w:spacing w:line="276" w:lineRule="auto"/>
        <w:ind w:hanging="200"/>
      </w:pPr>
      <w:r>
        <w:rPr>
          <w:rFonts w:ascii="Times New Roman" w:hAnsi="Times New Roman" w:eastAsia="Times New Roman" w:cs="Times New Roman"/>
          <w:sz w:val="24"/>
        </w:rPr>
        <w:t>(2) That the party of the second part shall quietly enjoy the said premises;</w:t>
      </w:r>
    </w:p>
    <w:p>
      <w:pPr>
        <w:spacing w:line="276" w:lineRule="auto"/>
        <w:ind w:hanging="200"/>
      </w:pPr>
    </w:p>
    <w:p>
      <w:pPr>
        <w:spacing w:line="276" w:lineRule="auto"/>
        <w:ind w:hanging="200"/>
      </w:pPr>
      <w:r>
        <w:rPr>
          <w:rFonts w:ascii="Times New Roman" w:hAnsi="Times New Roman" w:eastAsia="Times New Roman" w:cs="Times New Roman"/>
          <w:sz w:val="24"/>
        </w:rPr>
        <w:t>(3) That the said premises are free from encumbrances, except as aforesaid;</w:t>
      </w:r>
    </w:p>
    <w:p>
      <w:pPr>
        <w:spacing w:line="276" w:lineRule="auto"/>
        <w:ind w:hanging="200"/>
      </w:pPr>
    </w:p>
    <w:p>
      <w:pPr>
        <w:spacing w:line="276" w:lineRule="auto"/>
        <w:ind w:hanging="200"/>
      </w:pPr>
      <w:r>
        <w:rPr>
          <w:rFonts w:ascii="Times New Roman" w:hAnsi="Times New Roman" w:eastAsia="Times New Roman" w:cs="Times New Roman"/>
          <w:sz w:val="24"/>
        </w:rPr>
        <w:t>(4) That the party of the first part will execute or procure any further necessary assurance of the title to said premises; and</w:t>
      </w:r>
    </w:p>
    <w:p>
      <w:pPr>
        <w:spacing w:line="276" w:lineRule="auto"/>
        <w:ind w:hanging="200"/>
      </w:pPr>
    </w:p>
    <w:p>
      <w:pPr>
        <w:spacing w:line="276" w:lineRule="auto"/>
        <w:ind w:hanging="200"/>
      </w:pPr>
      <w:r>
        <w:rPr>
          <w:rFonts w:ascii="Times New Roman" w:hAnsi="Times New Roman" w:eastAsia="Times New Roman" w:cs="Times New Roman"/>
          <w:sz w:val="24"/>
        </w:rPr>
        <w:t>(5) That said party of the first part will forever warrant the title to said premises.</w:t>
      </w:r>
    </w:p>
    <w:p>
      <w:pPr>
        <w:spacing w:line="276" w:lineRule="auto"/>
        <w:ind w:hanging="200"/>
      </w:pPr>
    </w:p>
    <w:p>
      <w:pPr/>
      <w:r>
        <w:rPr>
          <w:rFonts w:ascii="Times New Roman" w:hAnsi="Times New Roman" w:eastAsia="Times New Roman" w:cs="Times New Roman"/>
          <w:sz w:val="24"/>
        </w:rPr>
        <w:t>The word “party” shall be construed as if it read “parties” whenever the sense of this indenture so requires.</w:t>
      </w:r>
    </w:p>
    <w:p>
      <w:pPr>
        <w:spacing w:line="276" w:lineRule="auto"/>
      </w:pPr>
      <w:r>
        <w:rPr>
          <w:rFonts w:ascii="Times New Roman" w:hAnsi="Times New Roman" w:eastAsia="Times New Roman" w:cs="Times New Roman"/>
          <w:sz w:val="24"/>
        </w:rPr>
        <w:t xml:space="preserve"> </w:t>
      </w:r>
    </w:p>
    <w:p>
      <w:pPr>
        <w:spacing w:line="276"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party of the first part has duly executed this deed the day and year first above-written.</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spacing w:line="360" w:lineRule="auto"/>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p>
    <w:p>
      <w:pPr/>
    </w:p>
    <w:p>
      <w:pPr/>
      <w:r>
        <w:rPr>
          <w:rFonts w:ascii="Times New Roman" w:hAnsi="Times New Roman" w:eastAsia="Times New Roman" w:cs="Times New Roman"/>
          <w:sz w:val="24"/>
        </w:rPr>
        <w:t>STATE OF NEW YORK)</w:t>
      </w:r>
    </w:p>
    <w:p>
      <w:pPr/>
    </w:p>
    <w:p>
      <w:pPr/>
      <w:r>
        <w:rPr>
          <w:rFonts w:ascii="Times New Roman" w:hAnsi="Times New Roman" w:eastAsia="Times New Roman" w:cs="Times New Roman"/>
          <w:sz w:val="24"/>
        </w:rPr>
        <w:t>COUNTY OF ___________________)</w:t>
      </w: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w:t>
      </w:r>
    </w:p>
    <w:p>
      <w:pPr>
        <w:spacing w:line="276" w:lineRule="auto"/>
      </w:pPr>
    </w:p>
    <w:p>
      <w:pPr>
        <w:spacing w:line="276"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