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NEW JERSEY LIMITED POWER OF ATTORNEY</w:t>
      </w:r>
    </w:p>
    <w:p>
      <w:pPr>
        <w:spacing w:line="360" w:lineRule="auto"/>
        <w:jc w:val="center"/>
      </w:pPr>
    </w:p>
    <w:p>
      <w:pPr>
        <w:spacing w:line="360" w:lineRule="auto"/>
        <w:jc w:val="center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I, </w:t>
      </w:r>
      <w:r>
        <w:rPr>
          <w:rFonts w:ascii="Times New Roman" w:hAnsi="Times New Roman" w:eastAsia="Times New Roman" w:cs="Times New Roman"/>
          <w:b w:val="0"/>
          <w:sz w:val="24"/>
        </w:rPr>
        <w:t>[NAME]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whose address is </w:t>
      </w:r>
      <w:r>
        <w:rPr>
          <w:rFonts w:ascii="Times New Roman" w:hAnsi="Times New Roman" w:eastAsia="Times New Roman" w:cs="Times New Roman"/>
          <w:b w:val="0"/>
          <w:sz w:val="24"/>
        </w:rPr>
        <w:t>[ADDRESS]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hereby appoint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my true and lawful agent and attorney in fact to act in my name and behalf for the following specific acts:</w:t>
      </w:r>
    </w:p>
    <w:p>
      <w:pPr>
        <w:spacing w:line="360" w:lineRule="auto"/>
        <w:jc w:val="both"/>
      </w:pPr>
      <w:r>
        <w:rPr>
          <w:rFonts w:ascii="Times New Roman" w:hAnsi="Times New Roman" w:eastAsia="Times New Roman" w:cs="Times New Roman"/>
          <w:sz w:val="24"/>
        </w:rPr>
        <w:t>[INSTRUCTIONS]</w:t>
      </w:r>
    </w:p>
    <w:p>
      <w:pPr>
        <w:spacing w:line="360" w:lineRule="auto"/>
        <w:jc w:val="both"/>
      </w:pPr>
      <w:r>
        <w:rPr>
          <w:rFonts w:ascii="Times New Roman" w:hAnsi="Times New Roman" w:eastAsia="Times New Roman" w:cs="Times New Roman"/>
          <w:sz w:val="24"/>
        </w:rPr>
        <w:t>This Limited Power of Attorney shall remain in full force and effect until revoked by either party in writing.</w:t>
      </w:r>
    </w:p>
    <w:p>
      <w:pPr>
        <w:spacing w:line="360" w:lineRule="auto"/>
        <w:jc w:val="both"/>
      </w:pPr>
    </w:p>
    <w:p>
      <w:pPr>
        <w:spacing w:line="360" w:lineRule="auto"/>
        <w:jc w:val="both"/>
      </w:pPr>
      <w:r>
        <w:rPr>
          <w:rFonts w:ascii="Times New Roman" w:hAnsi="Times New Roman" w:eastAsia="Times New Roman" w:cs="Times New Roman"/>
          <w:b/>
          <w:sz w:val="24"/>
        </w:rPr>
        <w:t>IN WITNESS WHEREOF</w:t>
      </w:r>
      <w:r>
        <w:rPr>
          <w:rFonts w:ascii="Times New Roman" w:hAnsi="Times New Roman" w:eastAsia="Times New Roman" w:cs="Times New Roman"/>
          <w:sz w:val="24"/>
        </w:rPr>
        <w:t xml:space="preserve">, this </w:t>
      </w:r>
      <w:r>
        <w:rPr>
          <w:rFonts w:ascii="Times New Roman" w:hAnsi="Times New Roman" w:eastAsia="Times New Roman" w:cs="Times New Roman"/>
          <w:sz w:val="24"/>
        </w:rPr>
        <w:t>[DAY]</w:t>
      </w:r>
      <w:r>
        <w:rPr>
          <w:rFonts w:ascii="Times New Roman" w:hAnsi="Times New Roman" w:eastAsia="Times New Roman" w:cs="Times New Roman"/>
          <w:sz w:val="24"/>
        </w:rPr>
        <w:t xml:space="preserve">_ day of </w:t>
      </w:r>
      <w:r>
        <w:rPr>
          <w:rFonts w:ascii="Times New Roman" w:hAnsi="Times New Roman" w:eastAsia="Times New Roman" w:cs="Times New Roman"/>
          <w:sz w:val="24"/>
        </w:rPr>
        <w:t>[MONTH]</w:t>
      </w:r>
      <w:r>
        <w:rPr>
          <w:rFonts w:ascii="Times New Roman" w:hAnsi="Times New Roman" w:eastAsia="Times New Roman" w:cs="Times New Roman"/>
          <w:sz w:val="24"/>
        </w:rPr>
        <w:t xml:space="preserve"> 20</w:t>
      </w:r>
      <w:r>
        <w:rPr>
          <w:rFonts w:ascii="Times New Roman" w:hAnsi="Times New Roman" w:eastAsia="Times New Roman" w:cs="Times New Roman"/>
          <w:sz w:val="24"/>
        </w:rPr>
        <w:t>[YEAR]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>
        <w:spacing w:line="360" w:lineRule="auto"/>
        <w:jc w:val="both"/>
      </w:pPr>
    </w:p>
    <w:p>
      <w:pPr/>
      <w:r>
        <w:rPr>
          <w:rFonts w:ascii="Times New Roman" w:hAnsi="Times New Roman" w:eastAsia="Times New Roman" w:cs="Times New Roman"/>
          <w:sz w:val="24"/>
        </w:rPr>
        <w:t xml:space="preserve">__________________________________        </w:t>
      </w:r>
      <w:r>
        <w:rPr>
          <w:rFonts w:ascii="Times New Roman" w:hAnsi="Times New Roman" w:eastAsia="Times New Roman" w:cs="Times New Roman"/>
          <w:sz w:val="24"/>
        </w:rPr>
        <w:t>_______________________________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 </w:t>
      </w:r>
      <w:r>
        <w:rPr>
          <w:rFonts w:ascii="Times New Roman" w:hAnsi="Times New Roman" w:eastAsia="Times New Roman" w:cs="Times New Roman"/>
          <w:sz w:val="24"/>
        </w:rPr>
        <w:t>(Notary Seal)                                                       (Signature of Notary Public)</w:t>
      </w:r>
    </w:p>
    <w:p>
      <w:pPr>
        <w:spacing w:line="360" w:lineRule="auto"/>
        <w:jc w:val="both"/>
      </w:pP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