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eastAsia="Times New Roman" w:cs="Times New Roman"/>
          <w:b/>
          <w:sz w:val="24"/>
        </w:rPr>
        <w:t>NORTH CAROLINA</w:t>
      </w:r>
    </w:p>
    <w:p>
      <w:pPr>
        <w:jc w:val="center"/>
      </w:pPr>
      <w:r>
        <w:rPr>
          <w:rFonts w:ascii="Times New Roman" w:hAnsi="Times New Roman" w:eastAsia="Times New Roman" w:cs="Times New Roman"/>
          <w:b/>
          <w:sz w:val="24"/>
        </w:rPr>
        <w:t>STATUTORY SHORT FORM POWER OF ATTORNEY</w:t>
      </w:r>
    </w:p>
    <w:p>
      <w:pPr>
        <w:jc w:val="both"/>
      </w:pPr>
    </w:p>
    <w:p>
      <w:pPr>
        <w:jc w:val="both"/>
      </w:pPr>
      <w:r>
        <w:rPr>
          <w:rFonts w:ascii="Times New Roman" w:hAnsi="Times New Roman" w:eastAsia="Times New Roman" w:cs="Times New Roman"/>
          <w:b/>
          <w:sz w:val="24"/>
        </w:rPr>
        <w:t>NOTICE: THE POWERS GRANTED BY THIS DOCUMENT ARE BROAD AND SWEEPING.  THEY ARE DEFINED IN CHAPTER 32C OF THE NORTH CAROLINA GENERAL STATUTES, WHICH EXPRESSLY PERMITS THE USE OF ANY OTHER OR DIFFERENT FORM OF POWER OF ATTORNEY DESIRED BY THE PARTIES CONCERNED.</w:t>
      </w:r>
    </w:p>
    <w:p>
      <w:pPr>
        <w:jc w:val="both"/>
      </w:pPr>
    </w:p>
    <w:p>
      <w:pPr>
        <w:jc w:val="center"/>
      </w:pPr>
      <w:r>
        <w:rPr>
          <w:rFonts w:ascii="Times New Roman" w:hAnsi="Times New Roman" w:eastAsia="Times New Roman" w:cs="Times New Roman"/>
          <w:b/>
          <w:sz w:val="24"/>
        </w:rPr>
        <w:t>IMPORTANT INFORMATION</w:t>
      </w:r>
    </w:p>
    <w:p>
      <w:pPr>
        <w:jc w:val="center"/>
      </w:pPr>
    </w:p>
    <w:p>
      <w:pPr>
        <w:spacing w:before="69" w:after="0"/>
        <w:ind w:firstLine="0"/>
        <w:jc w:val="both"/>
      </w:pPr>
      <w:r>
        <w:rPr>
          <w:rFonts w:ascii="Times New Roman" w:hAnsi="Times New Roman" w:eastAsia="Times New Roman" w:cs="Times New Roman"/>
          <w:sz w:val="24"/>
        </w:rPr>
        <w:t>This</w:t>
      </w:r>
      <w:r>
        <w:rPr>
          <w:rFonts w:ascii="Times New Roman" w:hAnsi="Times New Roman" w:eastAsia="Times New Roman" w:cs="Times New Roman"/>
          <w:sz w:val="24"/>
        </w:rPr>
        <w:t xml:space="preserve"> </w:t>
      </w:r>
      <w:r>
        <w:rPr>
          <w:rFonts w:ascii="Times New Roman" w:hAnsi="Times New Roman" w:eastAsia="Times New Roman" w:cs="Times New Roman"/>
          <w:sz w:val="24"/>
        </w:rPr>
        <w:t>power</w:t>
      </w:r>
      <w:r>
        <w:rPr>
          <w:rFonts w:ascii="Times New Roman" w:hAnsi="Times New Roman" w:eastAsia="Times New Roman" w:cs="Times New Roman"/>
          <w:sz w:val="24"/>
        </w:rPr>
        <w:t xml:space="preserve"> </w:t>
      </w:r>
      <w:r>
        <w:rPr>
          <w:rFonts w:ascii="Times New Roman" w:hAnsi="Times New Roman" w:eastAsia="Times New Roman" w:cs="Times New Roman"/>
          <w:sz w:val="24"/>
        </w:rPr>
        <w:t>of</w:t>
      </w:r>
      <w:r>
        <w:rPr>
          <w:rFonts w:ascii="Times New Roman" w:hAnsi="Times New Roman" w:eastAsia="Times New Roman" w:cs="Times New Roman"/>
          <w:sz w:val="24"/>
        </w:rPr>
        <w:t xml:space="preserve"> </w:t>
      </w:r>
      <w:r>
        <w:rPr>
          <w:rFonts w:ascii="Times New Roman" w:hAnsi="Times New Roman" w:eastAsia="Times New Roman" w:cs="Times New Roman"/>
          <w:sz w:val="24"/>
        </w:rPr>
        <w:t>attorney</w:t>
      </w:r>
      <w:r>
        <w:rPr>
          <w:rFonts w:ascii="Times New Roman" w:hAnsi="Times New Roman" w:eastAsia="Times New Roman" w:cs="Times New Roman"/>
          <w:sz w:val="24"/>
        </w:rPr>
        <w:t xml:space="preserve"> </w:t>
      </w:r>
      <w:r>
        <w:rPr>
          <w:rFonts w:ascii="Times New Roman" w:hAnsi="Times New Roman" w:eastAsia="Times New Roman" w:cs="Times New Roman"/>
          <w:sz w:val="24"/>
        </w:rPr>
        <w:t>authorizes</w:t>
      </w:r>
      <w:r>
        <w:rPr>
          <w:rFonts w:ascii="Times New Roman" w:hAnsi="Times New Roman" w:eastAsia="Times New Roman" w:cs="Times New Roman"/>
          <w:sz w:val="24"/>
        </w:rPr>
        <w:t xml:space="preserve"> </w:t>
      </w:r>
      <w:r>
        <w:rPr>
          <w:rFonts w:ascii="Times New Roman" w:hAnsi="Times New Roman" w:eastAsia="Times New Roman" w:cs="Times New Roman"/>
          <w:sz w:val="24"/>
        </w:rPr>
        <w:t>another</w:t>
      </w:r>
      <w:r>
        <w:rPr>
          <w:rFonts w:ascii="Times New Roman" w:hAnsi="Times New Roman" w:eastAsia="Times New Roman" w:cs="Times New Roman"/>
          <w:sz w:val="24"/>
        </w:rPr>
        <w:t xml:space="preserve"> </w:t>
      </w:r>
      <w:r>
        <w:rPr>
          <w:rFonts w:ascii="Times New Roman" w:hAnsi="Times New Roman" w:eastAsia="Times New Roman" w:cs="Times New Roman"/>
          <w:sz w:val="24"/>
        </w:rPr>
        <w:t>person</w:t>
      </w:r>
      <w:r>
        <w:rPr>
          <w:rFonts w:ascii="Times New Roman" w:hAnsi="Times New Roman" w:eastAsia="Times New Roman" w:cs="Times New Roman"/>
          <w:sz w:val="24"/>
        </w:rPr>
        <w:t xml:space="preserve"> </w:t>
      </w:r>
      <w:r>
        <w:rPr>
          <w:rFonts w:ascii="Times New Roman" w:hAnsi="Times New Roman" w:eastAsia="Times New Roman" w:cs="Times New Roman"/>
          <w:sz w:val="24"/>
        </w:rPr>
        <w:t>(your</w:t>
      </w:r>
      <w:r>
        <w:rPr>
          <w:rFonts w:ascii="Times New Roman" w:hAnsi="Times New Roman" w:eastAsia="Times New Roman" w:cs="Times New Roman"/>
          <w:sz w:val="24"/>
        </w:rPr>
        <w:t xml:space="preserve"> </w:t>
      </w:r>
      <w:r>
        <w:rPr>
          <w:rFonts w:ascii="Times New Roman" w:hAnsi="Times New Roman" w:eastAsia="Times New Roman" w:cs="Times New Roman"/>
          <w:sz w:val="24"/>
        </w:rPr>
        <w:t>agent)</w:t>
      </w:r>
      <w:r>
        <w:rPr>
          <w:rFonts w:ascii="Times New Roman" w:hAnsi="Times New Roman" w:eastAsia="Times New Roman" w:cs="Times New Roman"/>
          <w:sz w:val="24"/>
        </w:rPr>
        <w:t xml:space="preserve"> </w:t>
      </w:r>
      <w:r>
        <w:rPr>
          <w:rFonts w:ascii="Times New Roman" w:hAnsi="Times New Roman" w:eastAsia="Times New Roman" w:cs="Times New Roman"/>
          <w:sz w:val="24"/>
        </w:rPr>
        <w:t>to</w:t>
      </w:r>
      <w:r>
        <w:rPr>
          <w:rFonts w:ascii="Times New Roman" w:hAnsi="Times New Roman" w:eastAsia="Times New Roman" w:cs="Times New Roman"/>
          <w:sz w:val="24"/>
        </w:rPr>
        <w:t xml:space="preserve"> </w:t>
      </w:r>
      <w:r>
        <w:rPr>
          <w:rFonts w:ascii="Times New Roman" w:hAnsi="Times New Roman" w:eastAsia="Times New Roman" w:cs="Times New Roman"/>
          <w:sz w:val="24"/>
        </w:rPr>
        <w:t>make</w:t>
      </w:r>
      <w:r>
        <w:rPr>
          <w:rFonts w:ascii="Times New Roman" w:hAnsi="Times New Roman" w:eastAsia="Times New Roman" w:cs="Times New Roman"/>
          <w:sz w:val="24"/>
        </w:rPr>
        <w:t xml:space="preserve"> </w:t>
      </w:r>
      <w:r>
        <w:rPr>
          <w:rFonts w:ascii="Times New Roman" w:hAnsi="Times New Roman" w:eastAsia="Times New Roman" w:cs="Times New Roman"/>
          <w:sz w:val="24"/>
        </w:rPr>
        <w:t>decisions</w:t>
      </w:r>
      <w:r>
        <w:rPr>
          <w:rFonts w:ascii="Times New Roman" w:hAnsi="Times New Roman" w:eastAsia="Times New Roman" w:cs="Times New Roman"/>
          <w:sz w:val="24"/>
        </w:rPr>
        <w:t xml:space="preserve"> </w:t>
      </w:r>
      <w:r>
        <w:rPr>
          <w:rFonts w:ascii="Times New Roman" w:hAnsi="Times New Roman" w:eastAsia="Times New Roman" w:cs="Times New Roman"/>
          <w:sz w:val="24"/>
        </w:rPr>
        <w:t>concerning</w:t>
      </w:r>
      <w:r>
        <w:rPr>
          <w:rFonts w:ascii="Times New Roman" w:hAnsi="Times New Roman" w:eastAsia="Times New Roman" w:cs="Times New Roman"/>
          <w:sz w:val="24"/>
        </w:rPr>
        <w:t xml:space="preserve"> </w:t>
      </w:r>
      <w:r>
        <w:rPr>
          <w:rFonts w:ascii="Times New Roman" w:hAnsi="Times New Roman" w:eastAsia="Times New Roman" w:cs="Times New Roman"/>
          <w:sz w:val="24"/>
        </w:rPr>
        <w:t>your</w:t>
      </w:r>
      <w:r>
        <w:rPr>
          <w:rFonts w:ascii="Times New Roman" w:hAnsi="Times New Roman" w:eastAsia="Times New Roman" w:cs="Times New Roman"/>
          <w:sz w:val="24"/>
        </w:rPr>
        <w:t xml:space="preserve"> </w:t>
      </w:r>
      <w:r>
        <w:rPr>
          <w:rFonts w:ascii="Times New Roman" w:hAnsi="Times New Roman" w:eastAsia="Times New Roman" w:cs="Times New Roman"/>
          <w:sz w:val="24"/>
        </w:rPr>
        <w:t>property</w:t>
      </w:r>
      <w:r>
        <w:rPr>
          <w:rFonts w:ascii="Times New Roman" w:hAnsi="Times New Roman" w:eastAsia="Times New Roman" w:cs="Times New Roman"/>
          <w:sz w:val="24"/>
        </w:rPr>
        <w:t xml:space="preserve"> </w:t>
      </w:r>
      <w:r>
        <w:rPr>
          <w:rFonts w:ascii="Times New Roman" w:hAnsi="Times New Roman" w:eastAsia="Times New Roman" w:cs="Times New Roman"/>
          <w:sz w:val="24"/>
        </w:rPr>
        <w:t>for</w:t>
      </w:r>
      <w:r>
        <w:rPr>
          <w:rFonts w:ascii="Times New Roman" w:hAnsi="Times New Roman" w:eastAsia="Times New Roman" w:cs="Times New Roman"/>
          <w:sz w:val="24"/>
        </w:rPr>
        <w:t xml:space="preserve"> </w:t>
      </w:r>
      <w:r>
        <w:rPr>
          <w:rFonts w:ascii="Times New Roman" w:hAnsi="Times New Roman" w:eastAsia="Times New Roman" w:cs="Times New Roman"/>
          <w:sz w:val="24"/>
        </w:rPr>
        <w:t>you</w:t>
      </w:r>
      <w:r>
        <w:rPr>
          <w:rFonts w:ascii="Times New Roman" w:hAnsi="Times New Roman" w:eastAsia="Times New Roman" w:cs="Times New Roman"/>
          <w:sz w:val="24"/>
        </w:rPr>
        <w:t xml:space="preserve"> </w:t>
      </w:r>
      <w:r>
        <w:rPr>
          <w:rFonts w:ascii="Times New Roman" w:hAnsi="Times New Roman" w:eastAsia="Times New Roman" w:cs="Times New Roman"/>
          <w:sz w:val="24"/>
        </w:rPr>
        <w:t>(the</w:t>
      </w:r>
      <w:r>
        <w:rPr>
          <w:rFonts w:ascii="Times New Roman" w:hAnsi="Times New Roman" w:eastAsia="Times New Roman" w:cs="Times New Roman"/>
          <w:sz w:val="24"/>
        </w:rPr>
        <w:t xml:space="preserve"> </w:t>
      </w:r>
      <w:r>
        <w:rPr>
          <w:rFonts w:ascii="Times New Roman" w:hAnsi="Times New Roman" w:eastAsia="Times New Roman" w:cs="Times New Roman"/>
          <w:sz w:val="24"/>
        </w:rPr>
        <w:t>principal).</w:t>
      </w:r>
      <w:r>
        <w:rPr>
          <w:rFonts w:ascii="Times New Roman" w:hAnsi="Times New Roman" w:eastAsia="Times New Roman" w:cs="Times New Roman"/>
          <w:sz w:val="24"/>
        </w:rPr>
        <w:t xml:space="preserve">  </w:t>
      </w:r>
      <w:r>
        <w:rPr>
          <w:rFonts w:ascii="Times New Roman" w:hAnsi="Times New Roman" w:eastAsia="Times New Roman" w:cs="Times New Roman"/>
          <w:sz w:val="24"/>
        </w:rPr>
        <w:t>Your</w:t>
      </w:r>
      <w:r>
        <w:rPr>
          <w:rFonts w:ascii="Times New Roman" w:hAnsi="Times New Roman" w:eastAsia="Times New Roman" w:cs="Times New Roman"/>
          <w:sz w:val="24"/>
        </w:rPr>
        <w:t xml:space="preserve"> </w:t>
      </w:r>
      <w:r>
        <w:rPr>
          <w:rFonts w:ascii="Times New Roman" w:hAnsi="Times New Roman" w:eastAsia="Times New Roman" w:cs="Times New Roman"/>
          <w:sz w:val="24"/>
        </w:rPr>
        <w:t>agent</w:t>
      </w:r>
      <w:r>
        <w:rPr>
          <w:rFonts w:ascii="Times New Roman" w:hAnsi="Times New Roman" w:eastAsia="Times New Roman" w:cs="Times New Roman"/>
          <w:sz w:val="24"/>
        </w:rPr>
        <w:t xml:space="preserve"> </w:t>
      </w:r>
      <w:r>
        <w:rPr>
          <w:rFonts w:ascii="Times New Roman" w:hAnsi="Times New Roman" w:eastAsia="Times New Roman" w:cs="Times New Roman"/>
          <w:sz w:val="24"/>
        </w:rPr>
        <w:t>will</w:t>
      </w:r>
      <w:r>
        <w:rPr>
          <w:rFonts w:ascii="Times New Roman" w:hAnsi="Times New Roman" w:eastAsia="Times New Roman" w:cs="Times New Roman"/>
          <w:sz w:val="24"/>
        </w:rPr>
        <w:t xml:space="preserve"> </w:t>
      </w:r>
      <w:r>
        <w:rPr>
          <w:rFonts w:ascii="Times New Roman" w:hAnsi="Times New Roman" w:eastAsia="Times New Roman" w:cs="Times New Roman"/>
          <w:sz w:val="24"/>
        </w:rPr>
        <w:t>be</w:t>
      </w:r>
      <w:r>
        <w:rPr>
          <w:rFonts w:ascii="Times New Roman" w:hAnsi="Times New Roman" w:eastAsia="Times New Roman" w:cs="Times New Roman"/>
          <w:sz w:val="24"/>
        </w:rPr>
        <w:t xml:space="preserve"> </w:t>
      </w:r>
      <w:r>
        <w:rPr>
          <w:rFonts w:ascii="Times New Roman" w:hAnsi="Times New Roman" w:eastAsia="Times New Roman" w:cs="Times New Roman"/>
          <w:sz w:val="24"/>
        </w:rPr>
        <w:t>able</w:t>
      </w:r>
      <w:r>
        <w:rPr>
          <w:rFonts w:ascii="Times New Roman" w:hAnsi="Times New Roman" w:eastAsia="Times New Roman" w:cs="Times New Roman"/>
          <w:sz w:val="24"/>
        </w:rPr>
        <w:t xml:space="preserve"> </w:t>
      </w:r>
      <w:r>
        <w:rPr>
          <w:rFonts w:ascii="Times New Roman" w:hAnsi="Times New Roman" w:eastAsia="Times New Roman" w:cs="Times New Roman"/>
          <w:sz w:val="24"/>
        </w:rPr>
        <w:t>to</w:t>
      </w:r>
      <w:r>
        <w:rPr>
          <w:rFonts w:ascii="Times New Roman" w:hAnsi="Times New Roman" w:eastAsia="Times New Roman" w:cs="Times New Roman"/>
          <w:sz w:val="24"/>
        </w:rPr>
        <w:t xml:space="preserve"> </w:t>
      </w:r>
      <w:r>
        <w:rPr>
          <w:rFonts w:ascii="Times New Roman" w:hAnsi="Times New Roman" w:eastAsia="Times New Roman" w:cs="Times New Roman"/>
          <w:sz w:val="24"/>
        </w:rPr>
        <w:t>make</w:t>
      </w:r>
      <w:r>
        <w:rPr>
          <w:rFonts w:ascii="Times New Roman" w:hAnsi="Times New Roman" w:eastAsia="Times New Roman" w:cs="Times New Roman"/>
          <w:sz w:val="24"/>
        </w:rPr>
        <w:t xml:space="preserve"> </w:t>
      </w:r>
      <w:r>
        <w:rPr>
          <w:rFonts w:ascii="Times New Roman" w:hAnsi="Times New Roman" w:eastAsia="Times New Roman" w:cs="Times New Roman"/>
          <w:sz w:val="24"/>
        </w:rPr>
        <w:t>decisions</w:t>
      </w:r>
      <w:r>
        <w:rPr>
          <w:rFonts w:ascii="Times New Roman" w:hAnsi="Times New Roman" w:eastAsia="Times New Roman" w:cs="Times New Roman"/>
          <w:sz w:val="24"/>
        </w:rPr>
        <w:t xml:space="preserve"> </w:t>
      </w:r>
      <w:r>
        <w:rPr>
          <w:rFonts w:ascii="Times New Roman" w:hAnsi="Times New Roman" w:eastAsia="Times New Roman" w:cs="Times New Roman"/>
          <w:sz w:val="24"/>
        </w:rPr>
        <w:t>and</w:t>
      </w:r>
      <w:r>
        <w:rPr>
          <w:rFonts w:ascii="Times New Roman" w:hAnsi="Times New Roman" w:eastAsia="Times New Roman" w:cs="Times New Roman"/>
          <w:sz w:val="24"/>
        </w:rPr>
        <w:t xml:space="preserve"> </w:t>
      </w:r>
      <w:r>
        <w:rPr>
          <w:rFonts w:ascii="Times New Roman" w:hAnsi="Times New Roman" w:eastAsia="Times New Roman" w:cs="Times New Roman"/>
          <w:sz w:val="24"/>
        </w:rPr>
        <w:t>act</w:t>
      </w:r>
      <w:r>
        <w:rPr>
          <w:rFonts w:ascii="Times New Roman" w:hAnsi="Times New Roman" w:eastAsia="Times New Roman" w:cs="Times New Roman"/>
          <w:sz w:val="24"/>
        </w:rPr>
        <w:t xml:space="preserve"> </w:t>
      </w:r>
      <w:r>
        <w:rPr>
          <w:rFonts w:ascii="Times New Roman" w:hAnsi="Times New Roman" w:eastAsia="Times New Roman" w:cs="Times New Roman"/>
          <w:sz w:val="24"/>
        </w:rPr>
        <w:t>with</w:t>
      </w:r>
      <w:r>
        <w:rPr>
          <w:rFonts w:ascii="Times New Roman" w:hAnsi="Times New Roman" w:eastAsia="Times New Roman" w:cs="Times New Roman"/>
          <w:sz w:val="24"/>
        </w:rPr>
        <w:t xml:space="preserve"> </w:t>
      </w:r>
      <w:r>
        <w:rPr>
          <w:rFonts w:ascii="Times New Roman" w:hAnsi="Times New Roman" w:eastAsia="Times New Roman" w:cs="Times New Roman"/>
          <w:sz w:val="24"/>
        </w:rPr>
        <w:t>respect</w:t>
      </w:r>
      <w:r>
        <w:rPr>
          <w:rFonts w:ascii="Times New Roman" w:hAnsi="Times New Roman" w:eastAsia="Times New Roman" w:cs="Times New Roman"/>
          <w:sz w:val="24"/>
        </w:rPr>
        <w:t xml:space="preserve"> </w:t>
      </w:r>
      <w:r>
        <w:rPr>
          <w:rFonts w:ascii="Times New Roman" w:hAnsi="Times New Roman" w:eastAsia="Times New Roman" w:cs="Times New Roman"/>
          <w:sz w:val="24"/>
        </w:rPr>
        <w:t>to</w:t>
      </w:r>
      <w:r>
        <w:rPr>
          <w:rFonts w:ascii="Times New Roman" w:hAnsi="Times New Roman" w:eastAsia="Times New Roman" w:cs="Times New Roman"/>
          <w:sz w:val="24"/>
        </w:rPr>
        <w:t xml:space="preserve"> </w:t>
      </w:r>
      <w:r>
        <w:rPr>
          <w:rFonts w:ascii="Times New Roman" w:hAnsi="Times New Roman" w:eastAsia="Times New Roman" w:cs="Times New Roman"/>
          <w:sz w:val="24"/>
        </w:rPr>
        <w:t>your</w:t>
      </w:r>
      <w:r>
        <w:rPr>
          <w:rFonts w:ascii="Times New Roman" w:hAnsi="Times New Roman" w:eastAsia="Times New Roman" w:cs="Times New Roman"/>
          <w:sz w:val="24"/>
        </w:rPr>
        <w:t xml:space="preserve"> </w:t>
      </w:r>
      <w:r>
        <w:rPr>
          <w:rFonts w:ascii="Times New Roman" w:hAnsi="Times New Roman" w:eastAsia="Times New Roman" w:cs="Times New Roman"/>
          <w:sz w:val="24"/>
        </w:rPr>
        <w:t>property</w:t>
      </w:r>
      <w:r>
        <w:rPr>
          <w:rFonts w:ascii="Times New Roman" w:hAnsi="Times New Roman" w:eastAsia="Times New Roman" w:cs="Times New Roman"/>
          <w:sz w:val="24"/>
        </w:rPr>
        <w:t xml:space="preserve"> </w:t>
      </w:r>
      <w:r>
        <w:rPr>
          <w:rFonts w:ascii="Times New Roman" w:hAnsi="Times New Roman" w:eastAsia="Times New Roman" w:cs="Times New Roman"/>
          <w:sz w:val="24"/>
        </w:rPr>
        <w:t>(including</w:t>
      </w:r>
      <w:r>
        <w:rPr>
          <w:rFonts w:ascii="Times New Roman" w:hAnsi="Times New Roman" w:eastAsia="Times New Roman" w:cs="Times New Roman"/>
          <w:sz w:val="24"/>
        </w:rPr>
        <w:t xml:space="preserve"> </w:t>
      </w:r>
      <w:r>
        <w:rPr>
          <w:rFonts w:ascii="Times New Roman" w:hAnsi="Times New Roman" w:eastAsia="Times New Roman" w:cs="Times New Roman"/>
          <w:sz w:val="24"/>
        </w:rPr>
        <w:t>your</w:t>
      </w:r>
      <w:r>
        <w:rPr>
          <w:rFonts w:ascii="Times New Roman" w:hAnsi="Times New Roman" w:eastAsia="Times New Roman" w:cs="Times New Roman"/>
          <w:sz w:val="24"/>
        </w:rPr>
        <w:t xml:space="preserve"> </w:t>
      </w:r>
      <w:r>
        <w:rPr>
          <w:rFonts w:ascii="Times New Roman" w:hAnsi="Times New Roman" w:eastAsia="Times New Roman" w:cs="Times New Roman"/>
          <w:sz w:val="24"/>
        </w:rPr>
        <w:t>money)</w:t>
      </w:r>
      <w:r>
        <w:rPr>
          <w:rFonts w:ascii="Times New Roman" w:hAnsi="Times New Roman" w:eastAsia="Times New Roman" w:cs="Times New Roman"/>
          <w:sz w:val="24"/>
        </w:rPr>
        <w:t xml:space="preserve"> </w:t>
      </w:r>
      <w:r>
        <w:rPr>
          <w:rFonts w:ascii="Times New Roman" w:hAnsi="Times New Roman" w:eastAsia="Times New Roman" w:cs="Times New Roman"/>
          <w:sz w:val="24"/>
        </w:rPr>
        <w:t>whether</w:t>
      </w:r>
      <w:r>
        <w:rPr>
          <w:rFonts w:ascii="Times New Roman" w:hAnsi="Times New Roman" w:eastAsia="Times New Roman" w:cs="Times New Roman"/>
          <w:sz w:val="24"/>
        </w:rPr>
        <w:t xml:space="preserve"> or </w:t>
      </w:r>
      <w:r>
        <w:rPr>
          <w:rFonts w:ascii="Times New Roman" w:hAnsi="Times New Roman" w:eastAsia="Times New Roman" w:cs="Times New Roman"/>
          <w:sz w:val="24"/>
        </w:rPr>
        <w:t>not</w:t>
      </w:r>
      <w:r>
        <w:rPr>
          <w:rFonts w:ascii="Times New Roman" w:hAnsi="Times New Roman" w:eastAsia="Times New Roman" w:cs="Times New Roman"/>
          <w:sz w:val="24"/>
        </w:rPr>
        <w:t xml:space="preserve"> </w:t>
      </w:r>
      <w:r>
        <w:rPr>
          <w:rFonts w:ascii="Times New Roman" w:hAnsi="Times New Roman" w:eastAsia="Times New Roman" w:cs="Times New Roman"/>
          <w:sz w:val="24"/>
        </w:rPr>
        <w:t>you</w:t>
      </w:r>
      <w:r>
        <w:rPr>
          <w:rFonts w:ascii="Times New Roman" w:hAnsi="Times New Roman" w:eastAsia="Times New Roman" w:cs="Times New Roman"/>
          <w:sz w:val="24"/>
        </w:rPr>
        <w:t xml:space="preserve"> </w:t>
      </w:r>
      <w:r>
        <w:rPr>
          <w:rFonts w:ascii="Times New Roman" w:hAnsi="Times New Roman" w:eastAsia="Times New Roman" w:cs="Times New Roman"/>
          <w:sz w:val="24"/>
        </w:rPr>
        <w:t>are</w:t>
      </w:r>
      <w:r>
        <w:rPr>
          <w:rFonts w:ascii="Times New Roman" w:hAnsi="Times New Roman" w:eastAsia="Times New Roman" w:cs="Times New Roman"/>
          <w:sz w:val="24"/>
        </w:rPr>
        <w:t xml:space="preserve"> </w:t>
      </w:r>
      <w:r>
        <w:rPr>
          <w:rFonts w:ascii="Times New Roman" w:hAnsi="Times New Roman" w:eastAsia="Times New Roman" w:cs="Times New Roman"/>
          <w:sz w:val="24"/>
        </w:rPr>
        <w:t>able</w:t>
      </w:r>
      <w:r>
        <w:rPr>
          <w:rFonts w:ascii="Times New Roman" w:hAnsi="Times New Roman" w:eastAsia="Times New Roman" w:cs="Times New Roman"/>
          <w:sz w:val="24"/>
        </w:rPr>
        <w:t xml:space="preserve"> </w:t>
      </w:r>
      <w:r>
        <w:rPr>
          <w:rFonts w:ascii="Times New Roman" w:hAnsi="Times New Roman" w:eastAsia="Times New Roman" w:cs="Times New Roman"/>
          <w:sz w:val="24"/>
        </w:rPr>
        <w:t>to</w:t>
      </w:r>
      <w:r>
        <w:rPr>
          <w:rFonts w:ascii="Times New Roman" w:hAnsi="Times New Roman" w:eastAsia="Times New Roman" w:cs="Times New Roman"/>
          <w:sz w:val="24"/>
        </w:rPr>
        <w:t xml:space="preserve"> </w:t>
      </w:r>
      <w:r>
        <w:rPr>
          <w:rFonts w:ascii="Times New Roman" w:hAnsi="Times New Roman" w:eastAsia="Times New Roman" w:cs="Times New Roman"/>
          <w:sz w:val="24"/>
        </w:rPr>
        <w:t>act</w:t>
      </w:r>
      <w:r>
        <w:rPr>
          <w:rFonts w:ascii="Times New Roman" w:hAnsi="Times New Roman" w:eastAsia="Times New Roman" w:cs="Times New Roman"/>
          <w:sz w:val="24"/>
        </w:rPr>
        <w:t xml:space="preserve"> </w:t>
      </w:r>
      <w:r>
        <w:rPr>
          <w:rFonts w:ascii="Times New Roman" w:hAnsi="Times New Roman" w:eastAsia="Times New Roman" w:cs="Times New Roman"/>
          <w:sz w:val="24"/>
        </w:rPr>
        <w:t>for</w:t>
      </w:r>
      <w:r>
        <w:rPr>
          <w:rFonts w:ascii="Times New Roman" w:hAnsi="Times New Roman" w:eastAsia="Times New Roman" w:cs="Times New Roman"/>
          <w:sz w:val="24"/>
        </w:rPr>
        <w:t xml:space="preserve"> </w:t>
      </w:r>
      <w:r>
        <w:rPr>
          <w:rFonts w:ascii="Times New Roman" w:hAnsi="Times New Roman" w:eastAsia="Times New Roman" w:cs="Times New Roman"/>
          <w:sz w:val="24"/>
        </w:rPr>
        <w:t>yourself.</w:t>
      </w:r>
      <w:r>
        <w:rPr>
          <w:rFonts w:ascii="Times New Roman" w:hAnsi="Times New Roman" w:eastAsia="Times New Roman" w:cs="Times New Roman"/>
          <w:sz w:val="24"/>
        </w:rPr>
        <w:t xml:space="preserve">  </w:t>
      </w:r>
      <w:r>
        <w:rPr>
          <w:rFonts w:ascii="Times New Roman" w:hAnsi="Times New Roman" w:eastAsia="Times New Roman" w:cs="Times New Roman"/>
          <w:sz w:val="24"/>
        </w:rPr>
        <w:t>The</w:t>
      </w:r>
      <w:r>
        <w:rPr>
          <w:rFonts w:ascii="Times New Roman" w:hAnsi="Times New Roman" w:eastAsia="Times New Roman" w:cs="Times New Roman"/>
          <w:sz w:val="24"/>
        </w:rPr>
        <w:t xml:space="preserve"> </w:t>
      </w:r>
      <w:r>
        <w:rPr>
          <w:rFonts w:ascii="Times New Roman" w:hAnsi="Times New Roman" w:eastAsia="Times New Roman" w:cs="Times New Roman"/>
          <w:sz w:val="24"/>
        </w:rPr>
        <w:t>meaning</w:t>
      </w:r>
      <w:r>
        <w:rPr>
          <w:rFonts w:ascii="Times New Roman" w:hAnsi="Times New Roman" w:eastAsia="Times New Roman" w:cs="Times New Roman"/>
          <w:sz w:val="24"/>
        </w:rPr>
        <w:t xml:space="preserve"> </w:t>
      </w:r>
      <w:r>
        <w:rPr>
          <w:rFonts w:ascii="Times New Roman" w:hAnsi="Times New Roman" w:eastAsia="Times New Roman" w:cs="Times New Roman"/>
          <w:sz w:val="24"/>
        </w:rPr>
        <w:t>of</w:t>
      </w:r>
      <w:r>
        <w:rPr>
          <w:rFonts w:ascii="Times New Roman" w:hAnsi="Times New Roman" w:eastAsia="Times New Roman" w:cs="Times New Roman"/>
          <w:sz w:val="24"/>
        </w:rPr>
        <w:t xml:space="preserve"> </w:t>
      </w:r>
      <w:r>
        <w:rPr>
          <w:rFonts w:ascii="Times New Roman" w:hAnsi="Times New Roman" w:eastAsia="Times New Roman" w:cs="Times New Roman"/>
          <w:sz w:val="24"/>
        </w:rPr>
        <w:t>authority</w:t>
      </w:r>
      <w:r>
        <w:rPr>
          <w:rFonts w:ascii="Times New Roman" w:hAnsi="Times New Roman" w:eastAsia="Times New Roman" w:cs="Times New Roman"/>
          <w:sz w:val="24"/>
        </w:rPr>
        <w:t xml:space="preserve"> </w:t>
      </w:r>
      <w:r>
        <w:rPr>
          <w:rFonts w:ascii="Times New Roman" w:hAnsi="Times New Roman" w:eastAsia="Times New Roman" w:cs="Times New Roman"/>
          <w:sz w:val="24"/>
        </w:rPr>
        <w:t>over</w:t>
      </w:r>
      <w:r>
        <w:rPr>
          <w:rFonts w:ascii="Times New Roman" w:hAnsi="Times New Roman" w:eastAsia="Times New Roman" w:cs="Times New Roman"/>
          <w:sz w:val="24"/>
        </w:rPr>
        <w:t xml:space="preserve"> </w:t>
      </w:r>
      <w:r>
        <w:rPr>
          <w:rFonts w:ascii="Times New Roman" w:hAnsi="Times New Roman" w:eastAsia="Times New Roman" w:cs="Times New Roman"/>
          <w:sz w:val="24"/>
        </w:rPr>
        <w:t>subjects</w:t>
      </w:r>
      <w:r>
        <w:rPr>
          <w:rFonts w:ascii="Times New Roman" w:hAnsi="Times New Roman" w:eastAsia="Times New Roman" w:cs="Times New Roman"/>
          <w:sz w:val="24"/>
        </w:rPr>
        <w:t xml:space="preserve"> </w:t>
      </w:r>
      <w:r>
        <w:rPr>
          <w:rFonts w:ascii="Times New Roman" w:hAnsi="Times New Roman" w:eastAsia="Times New Roman" w:cs="Times New Roman"/>
          <w:sz w:val="24"/>
        </w:rPr>
        <w:t>listed</w:t>
      </w:r>
      <w:r>
        <w:rPr>
          <w:rFonts w:ascii="Times New Roman" w:hAnsi="Times New Roman" w:eastAsia="Times New Roman" w:cs="Times New Roman"/>
          <w:sz w:val="24"/>
        </w:rPr>
        <w:t xml:space="preserve"> </w:t>
      </w:r>
      <w:r>
        <w:rPr>
          <w:rFonts w:ascii="Times New Roman" w:hAnsi="Times New Roman" w:eastAsia="Times New Roman" w:cs="Times New Roman"/>
          <w:sz w:val="24"/>
        </w:rPr>
        <w:t>on</w:t>
      </w:r>
      <w:r>
        <w:rPr>
          <w:rFonts w:ascii="Times New Roman" w:hAnsi="Times New Roman" w:eastAsia="Times New Roman" w:cs="Times New Roman"/>
          <w:sz w:val="24"/>
        </w:rPr>
        <w:t xml:space="preserve"> </w:t>
      </w:r>
      <w:r>
        <w:rPr>
          <w:rFonts w:ascii="Times New Roman" w:hAnsi="Times New Roman" w:eastAsia="Times New Roman" w:cs="Times New Roman"/>
          <w:sz w:val="24"/>
        </w:rPr>
        <w:t>this</w:t>
      </w:r>
      <w:r>
        <w:rPr>
          <w:rFonts w:ascii="Times New Roman" w:hAnsi="Times New Roman" w:eastAsia="Times New Roman" w:cs="Times New Roman"/>
          <w:sz w:val="24"/>
        </w:rPr>
        <w:t xml:space="preserve"> </w:t>
      </w:r>
      <w:r>
        <w:rPr>
          <w:rFonts w:ascii="Times New Roman" w:hAnsi="Times New Roman" w:eastAsia="Times New Roman" w:cs="Times New Roman"/>
          <w:sz w:val="24"/>
        </w:rPr>
        <w:t>form</w:t>
      </w:r>
      <w:r>
        <w:rPr>
          <w:rFonts w:ascii="Times New Roman" w:hAnsi="Times New Roman" w:eastAsia="Times New Roman" w:cs="Times New Roman"/>
          <w:sz w:val="24"/>
        </w:rPr>
        <w:t xml:space="preserve"> </w:t>
      </w:r>
      <w:r>
        <w:rPr>
          <w:rFonts w:ascii="Times New Roman" w:hAnsi="Times New Roman" w:eastAsia="Times New Roman" w:cs="Times New Roman"/>
          <w:sz w:val="24"/>
        </w:rPr>
        <w:t>is</w:t>
      </w:r>
      <w:r>
        <w:rPr>
          <w:rFonts w:ascii="Times New Roman" w:hAnsi="Times New Roman" w:eastAsia="Times New Roman" w:cs="Times New Roman"/>
          <w:sz w:val="24"/>
        </w:rPr>
        <w:t xml:space="preserve"> </w:t>
      </w:r>
      <w:r>
        <w:rPr>
          <w:rFonts w:ascii="Times New Roman" w:hAnsi="Times New Roman" w:eastAsia="Times New Roman" w:cs="Times New Roman"/>
          <w:sz w:val="24"/>
        </w:rPr>
        <w:t>explained</w:t>
      </w:r>
      <w:r>
        <w:rPr>
          <w:rFonts w:ascii="Times New Roman" w:hAnsi="Times New Roman" w:eastAsia="Times New Roman" w:cs="Times New Roman"/>
          <w:sz w:val="24"/>
        </w:rPr>
        <w:t xml:space="preserve"> </w:t>
      </w:r>
      <w:r>
        <w:rPr>
          <w:rFonts w:ascii="Times New Roman" w:hAnsi="Times New Roman" w:eastAsia="Times New Roman" w:cs="Times New Roman"/>
          <w:sz w:val="24"/>
        </w:rPr>
        <w:t>in</w:t>
      </w:r>
      <w:r>
        <w:rPr>
          <w:rFonts w:ascii="Times New Roman" w:hAnsi="Times New Roman" w:eastAsia="Times New Roman" w:cs="Times New Roman"/>
          <w:sz w:val="24"/>
        </w:rPr>
        <w:t xml:space="preserve"> </w:t>
      </w:r>
      <w:r>
        <w:rPr>
          <w:rFonts w:ascii="Times New Roman" w:hAnsi="Times New Roman" w:eastAsia="Times New Roman" w:cs="Times New Roman"/>
          <w:sz w:val="24"/>
        </w:rPr>
        <w:t>the</w:t>
      </w:r>
      <w:r>
        <w:rPr>
          <w:rFonts w:ascii="Times New Roman" w:hAnsi="Times New Roman" w:eastAsia="Times New Roman" w:cs="Times New Roman"/>
          <w:sz w:val="24"/>
        </w:rPr>
        <w:t xml:space="preserve"> </w:t>
      </w:r>
      <w:r>
        <w:rPr>
          <w:rFonts w:ascii="Times New Roman" w:hAnsi="Times New Roman" w:eastAsia="Times New Roman" w:cs="Times New Roman"/>
          <w:sz w:val="24"/>
        </w:rPr>
        <w:t>North</w:t>
      </w:r>
      <w:r>
        <w:rPr>
          <w:rFonts w:ascii="Times New Roman" w:hAnsi="Times New Roman" w:eastAsia="Times New Roman" w:cs="Times New Roman"/>
          <w:sz w:val="24"/>
        </w:rPr>
        <w:t xml:space="preserve"> </w:t>
      </w:r>
      <w:r>
        <w:rPr>
          <w:rFonts w:ascii="Times New Roman" w:hAnsi="Times New Roman" w:eastAsia="Times New Roman" w:cs="Times New Roman"/>
          <w:sz w:val="24"/>
        </w:rPr>
        <w:t>Carolina</w:t>
      </w:r>
      <w:r>
        <w:rPr>
          <w:rFonts w:ascii="Times New Roman" w:hAnsi="Times New Roman" w:eastAsia="Times New Roman" w:cs="Times New Roman"/>
          <w:sz w:val="24"/>
        </w:rPr>
        <w:t xml:space="preserve"> </w:t>
      </w:r>
      <w:r>
        <w:rPr>
          <w:rFonts w:ascii="Times New Roman" w:hAnsi="Times New Roman" w:eastAsia="Times New Roman" w:cs="Times New Roman"/>
          <w:sz w:val="24"/>
        </w:rPr>
        <w:t>Uniform</w:t>
      </w:r>
      <w:r>
        <w:rPr>
          <w:rFonts w:ascii="Times New Roman" w:hAnsi="Times New Roman" w:eastAsia="Times New Roman" w:cs="Times New Roman"/>
          <w:sz w:val="24"/>
        </w:rPr>
        <w:t xml:space="preserve"> </w:t>
      </w:r>
      <w:r>
        <w:rPr>
          <w:rFonts w:ascii="Times New Roman" w:hAnsi="Times New Roman" w:eastAsia="Times New Roman" w:cs="Times New Roman"/>
          <w:sz w:val="24"/>
        </w:rPr>
        <w:t>Power</w:t>
      </w:r>
      <w:r>
        <w:rPr>
          <w:rFonts w:ascii="Times New Roman" w:hAnsi="Times New Roman" w:eastAsia="Times New Roman" w:cs="Times New Roman"/>
          <w:sz w:val="24"/>
        </w:rPr>
        <w:t xml:space="preserve"> of</w:t>
      </w:r>
      <w:r>
        <w:rPr>
          <w:rFonts w:ascii="Times New Roman" w:hAnsi="Times New Roman" w:eastAsia="Times New Roman" w:cs="Times New Roman"/>
          <w:sz w:val="24"/>
        </w:rPr>
        <w:t xml:space="preserve"> </w:t>
      </w:r>
      <w:r>
        <w:rPr>
          <w:rFonts w:ascii="Times New Roman" w:hAnsi="Times New Roman" w:eastAsia="Times New Roman" w:cs="Times New Roman"/>
          <w:sz w:val="24"/>
        </w:rPr>
        <w:t>Attorney</w:t>
      </w:r>
      <w:r>
        <w:rPr>
          <w:rFonts w:ascii="Times New Roman" w:hAnsi="Times New Roman" w:eastAsia="Times New Roman" w:cs="Times New Roman"/>
          <w:sz w:val="24"/>
        </w:rPr>
        <w:t xml:space="preserve"> </w:t>
      </w:r>
      <w:r>
        <w:rPr>
          <w:rFonts w:ascii="Times New Roman" w:hAnsi="Times New Roman" w:eastAsia="Times New Roman" w:cs="Times New Roman"/>
          <w:sz w:val="24"/>
        </w:rPr>
        <w:t>Act.</w:t>
      </w:r>
    </w:p>
    <w:p>
      <w:pPr>
        <w:jc w:val="both"/>
      </w:pPr>
    </w:p>
    <w:p>
      <w:pPr>
        <w:jc w:val="both"/>
      </w:pPr>
      <w:r>
        <w:rPr>
          <w:rFonts w:ascii="Times New Roman" w:hAnsi="Times New Roman" w:eastAsia="Times New Roman" w:cs="Times New Roman"/>
          <w:sz w:val="24"/>
        </w:rPr>
        <w:t>This power of attorney does not authorize the agent to make health-care decisions for you.</w:t>
      </w:r>
    </w:p>
    <w:p>
      <w:pPr>
        <w:jc w:val="both"/>
      </w:pPr>
    </w:p>
    <w:p>
      <w:pPr>
        <w:spacing w:before="69" w:after="0"/>
        <w:ind w:firstLine="0"/>
        <w:jc w:val="both"/>
      </w:pPr>
      <w:r>
        <w:rPr>
          <w:rFonts w:ascii="Times New Roman" w:hAnsi="Times New Roman" w:eastAsia="Times New Roman" w:cs="Times New Roman"/>
          <w:sz w:val="24"/>
        </w:rPr>
        <w:t>You</w:t>
      </w:r>
      <w:r>
        <w:rPr>
          <w:rFonts w:ascii="Times New Roman" w:hAnsi="Times New Roman" w:eastAsia="Times New Roman" w:cs="Times New Roman"/>
          <w:sz w:val="24"/>
        </w:rPr>
        <w:t xml:space="preserve"> </w:t>
      </w:r>
      <w:r>
        <w:rPr>
          <w:rFonts w:ascii="Times New Roman" w:hAnsi="Times New Roman" w:eastAsia="Times New Roman" w:cs="Times New Roman"/>
          <w:sz w:val="24"/>
        </w:rPr>
        <w:t>should</w:t>
      </w:r>
      <w:r>
        <w:rPr>
          <w:rFonts w:ascii="Times New Roman" w:hAnsi="Times New Roman" w:eastAsia="Times New Roman" w:cs="Times New Roman"/>
          <w:sz w:val="24"/>
        </w:rPr>
        <w:t xml:space="preserve"> </w:t>
      </w:r>
      <w:r>
        <w:rPr>
          <w:rFonts w:ascii="Times New Roman" w:hAnsi="Times New Roman" w:eastAsia="Times New Roman" w:cs="Times New Roman"/>
          <w:sz w:val="24"/>
        </w:rPr>
        <w:t>select</w:t>
      </w:r>
      <w:r>
        <w:rPr>
          <w:rFonts w:ascii="Times New Roman" w:hAnsi="Times New Roman" w:eastAsia="Times New Roman" w:cs="Times New Roman"/>
          <w:sz w:val="24"/>
        </w:rPr>
        <w:t xml:space="preserve"> </w:t>
      </w:r>
      <w:r>
        <w:rPr>
          <w:rFonts w:ascii="Times New Roman" w:hAnsi="Times New Roman" w:eastAsia="Times New Roman" w:cs="Times New Roman"/>
          <w:sz w:val="24"/>
        </w:rPr>
        <w:t>someone</w:t>
      </w:r>
      <w:r>
        <w:rPr>
          <w:rFonts w:ascii="Times New Roman" w:hAnsi="Times New Roman" w:eastAsia="Times New Roman" w:cs="Times New Roman"/>
          <w:sz w:val="24"/>
        </w:rPr>
        <w:t xml:space="preserve"> </w:t>
      </w:r>
      <w:r>
        <w:rPr>
          <w:rFonts w:ascii="Times New Roman" w:hAnsi="Times New Roman" w:eastAsia="Times New Roman" w:cs="Times New Roman"/>
          <w:sz w:val="24"/>
        </w:rPr>
        <w:t>you</w:t>
      </w:r>
      <w:r>
        <w:rPr>
          <w:rFonts w:ascii="Times New Roman" w:hAnsi="Times New Roman" w:eastAsia="Times New Roman" w:cs="Times New Roman"/>
          <w:sz w:val="24"/>
        </w:rPr>
        <w:t xml:space="preserve"> </w:t>
      </w:r>
      <w:r>
        <w:rPr>
          <w:rFonts w:ascii="Times New Roman" w:hAnsi="Times New Roman" w:eastAsia="Times New Roman" w:cs="Times New Roman"/>
          <w:sz w:val="24"/>
        </w:rPr>
        <w:t>trust</w:t>
      </w:r>
      <w:r>
        <w:rPr>
          <w:rFonts w:ascii="Times New Roman" w:hAnsi="Times New Roman" w:eastAsia="Times New Roman" w:cs="Times New Roman"/>
          <w:sz w:val="24"/>
        </w:rPr>
        <w:t xml:space="preserve"> </w:t>
      </w:r>
      <w:r>
        <w:rPr>
          <w:rFonts w:ascii="Times New Roman" w:hAnsi="Times New Roman" w:eastAsia="Times New Roman" w:cs="Times New Roman"/>
          <w:sz w:val="24"/>
        </w:rPr>
        <w:t>to</w:t>
      </w:r>
      <w:r>
        <w:rPr>
          <w:rFonts w:ascii="Times New Roman" w:hAnsi="Times New Roman" w:eastAsia="Times New Roman" w:cs="Times New Roman"/>
          <w:sz w:val="24"/>
        </w:rPr>
        <w:t xml:space="preserve"> </w:t>
      </w:r>
      <w:r>
        <w:rPr>
          <w:rFonts w:ascii="Times New Roman" w:hAnsi="Times New Roman" w:eastAsia="Times New Roman" w:cs="Times New Roman"/>
          <w:sz w:val="24"/>
        </w:rPr>
        <w:t>serve</w:t>
      </w:r>
      <w:r>
        <w:rPr>
          <w:rFonts w:ascii="Times New Roman" w:hAnsi="Times New Roman" w:eastAsia="Times New Roman" w:cs="Times New Roman"/>
          <w:sz w:val="24"/>
        </w:rPr>
        <w:t xml:space="preserve"> </w:t>
      </w:r>
      <w:r>
        <w:rPr>
          <w:rFonts w:ascii="Times New Roman" w:hAnsi="Times New Roman" w:eastAsia="Times New Roman" w:cs="Times New Roman"/>
          <w:sz w:val="24"/>
        </w:rPr>
        <w:t>as</w:t>
      </w:r>
      <w:r>
        <w:rPr>
          <w:rFonts w:ascii="Times New Roman" w:hAnsi="Times New Roman" w:eastAsia="Times New Roman" w:cs="Times New Roman"/>
          <w:sz w:val="24"/>
        </w:rPr>
        <w:t xml:space="preserve"> </w:t>
      </w:r>
      <w:r>
        <w:rPr>
          <w:rFonts w:ascii="Times New Roman" w:hAnsi="Times New Roman" w:eastAsia="Times New Roman" w:cs="Times New Roman"/>
          <w:sz w:val="24"/>
        </w:rPr>
        <w:t>your</w:t>
      </w:r>
      <w:r>
        <w:rPr>
          <w:rFonts w:ascii="Times New Roman" w:hAnsi="Times New Roman" w:eastAsia="Times New Roman" w:cs="Times New Roman"/>
          <w:sz w:val="24"/>
        </w:rPr>
        <w:t xml:space="preserve"> </w:t>
      </w:r>
      <w:r>
        <w:rPr>
          <w:rFonts w:ascii="Times New Roman" w:hAnsi="Times New Roman" w:eastAsia="Times New Roman" w:cs="Times New Roman"/>
          <w:sz w:val="24"/>
        </w:rPr>
        <w:t>agent.</w:t>
      </w:r>
      <w:r>
        <w:rPr>
          <w:rFonts w:ascii="Times New Roman" w:hAnsi="Times New Roman" w:eastAsia="Times New Roman" w:cs="Times New Roman"/>
          <w:sz w:val="24"/>
        </w:rPr>
        <w:t xml:space="preserve">  </w:t>
      </w:r>
      <w:r>
        <w:rPr>
          <w:rFonts w:ascii="Times New Roman" w:hAnsi="Times New Roman" w:eastAsia="Times New Roman" w:cs="Times New Roman"/>
          <w:sz w:val="24"/>
        </w:rPr>
        <w:t>Unless</w:t>
      </w:r>
      <w:r>
        <w:rPr>
          <w:rFonts w:ascii="Times New Roman" w:hAnsi="Times New Roman" w:eastAsia="Times New Roman" w:cs="Times New Roman"/>
          <w:sz w:val="24"/>
        </w:rPr>
        <w:t xml:space="preserve"> </w:t>
      </w:r>
      <w:r>
        <w:rPr>
          <w:rFonts w:ascii="Times New Roman" w:hAnsi="Times New Roman" w:eastAsia="Times New Roman" w:cs="Times New Roman"/>
          <w:sz w:val="24"/>
        </w:rPr>
        <w:t>you</w:t>
      </w:r>
      <w:r>
        <w:rPr>
          <w:rFonts w:ascii="Times New Roman" w:hAnsi="Times New Roman" w:eastAsia="Times New Roman" w:cs="Times New Roman"/>
          <w:sz w:val="24"/>
        </w:rPr>
        <w:t xml:space="preserve"> </w:t>
      </w:r>
      <w:r>
        <w:rPr>
          <w:rFonts w:ascii="Times New Roman" w:hAnsi="Times New Roman" w:eastAsia="Times New Roman" w:cs="Times New Roman"/>
          <w:sz w:val="24"/>
        </w:rPr>
        <w:t>specify</w:t>
      </w:r>
      <w:r>
        <w:rPr>
          <w:rFonts w:ascii="Times New Roman" w:hAnsi="Times New Roman" w:eastAsia="Times New Roman" w:cs="Times New Roman"/>
          <w:sz w:val="24"/>
        </w:rPr>
        <w:t xml:space="preserve"> </w:t>
      </w:r>
      <w:r>
        <w:rPr>
          <w:rFonts w:ascii="Times New Roman" w:hAnsi="Times New Roman" w:eastAsia="Times New Roman" w:cs="Times New Roman"/>
          <w:sz w:val="24"/>
        </w:rPr>
        <w:t>otherwise,</w:t>
      </w:r>
      <w:r>
        <w:rPr>
          <w:rFonts w:ascii="Times New Roman" w:hAnsi="Times New Roman" w:eastAsia="Times New Roman" w:cs="Times New Roman"/>
          <w:sz w:val="24"/>
        </w:rPr>
        <w:t xml:space="preserve"> </w:t>
      </w:r>
      <w:r>
        <w:rPr>
          <w:rFonts w:ascii="Times New Roman" w:hAnsi="Times New Roman" w:eastAsia="Times New Roman" w:cs="Times New Roman"/>
          <w:sz w:val="24"/>
        </w:rPr>
        <w:t>generally</w:t>
      </w:r>
      <w:r>
        <w:rPr>
          <w:rFonts w:ascii="Times New Roman" w:hAnsi="Times New Roman" w:eastAsia="Times New Roman" w:cs="Times New Roman"/>
          <w:sz w:val="24"/>
        </w:rPr>
        <w:t xml:space="preserve"> </w:t>
      </w:r>
      <w:r>
        <w:rPr>
          <w:rFonts w:ascii="Times New Roman" w:hAnsi="Times New Roman" w:eastAsia="Times New Roman" w:cs="Times New Roman"/>
          <w:sz w:val="24"/>
        </w:rPr>
        <w:t>the</w:t>
      </w:r>
      <w:r>
        <w:rPr>
          <w:rFonts w:ascii="Times New Roman" w:hAnsi="Times New Roman" w:eastAsia="Times New Roman" w:cs="Times New Roman"/>
          <w:sz w:val="24"/>
        </w:rPr>
        <w:t xml:space="preserve"> </w:t>
      </w:r>
      <w:r>
        <w:rPr>
          <w:rFonts w:ascii="Times New Roman" w:hAnsi="Times New Roman" w:eastAsia="Times New Roman" w:cs="Times New Roman"/>
          <w:sz w:val="24"/>
        </w:rPr>
        <w:t>agent's</w:t>
      </w:r>
      <w:r>
        <w:rPr>
          <w:rFonts w:ascii="Times New Roman" w:hAnsi="Times New Roman" w:eastAsia="Times New Roman" w:cs="Times New Roman"/>
          <w:sz w:val="24"/>
        </w:rPr>
        <w:t xml:space="preserve"> </w:t>
      </w:r>
      <w:r>
        <w:rPr>
          <w:rFonts w:ascii="Times New Roman" w:hAnsi="Times New Roman" w:eastAsia="Times New Roman" w:cs="Times New Roman"/>
          <w:sz w:val="24"/>
        </w:rPr>
        <w:t>authority</w:t>
      </w:r>
      <w:r>
        <w:rPr>
          <w:rFonts w:ascii="Times New Roman" w:hAnsi="Times New Roman" w:eastAsia="Times New Roman" w:cs="Times New Roman"/>
          <w:sz w:val="24"/>
        </w:rPr>
        <w:t xml:space="preserve"> </w:t>
      </w:r>
      <w:r>
        <w:rPr>
          <w:rFonts w:ascii="Times New Roman" w:hAnsi="Times New Roman" w:eastAsia="Times New Roman" w:cs="Times New Roman"/>
          <w:sz w:val="24"/>
        </w:rPr>
        <w:t>will</w:t>
      </w:r>
      <w:r>
        <w:rPr>
          <w:rFonts w:ascii="Times New Roman" w:hAnsi="Times New Roman" w:eastAsia="Times New Roman" w:cs="Times New Roman"/>
          <w:sz w:val="24"/>
        </w:rPr>
        <w:t xml:space="preserve"> </w:t>
      </w:r>
      <w:r>
        <w:rPr>
          <w:rFonts w:ascii="Times New Roman" w:hAnsi="Times New Roman" w:eastAsia="Times New Roman" w:cs="Times New Roman"/>
          <w:sz w:val="24"/>
        </w:rPr>
        <w:t>continue</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until </w:t>
      </w:r>
      <w:r>
        <w:rPr>
          <w:rFonts w:ascii="Times New Roman" w:hAnsi="Times New Roman" w:eastAsia="Times New Roman" w:cs="Times New Roman"/>
          <w:sz w:val="24"/>
        </w:rPr>
        <w:t>you</w:t>
      </w:r>
      <w:r>
        <w:rPr>
          <w:rFonts w:ascii="Times New Roman" w:hAnsi="Times New Roman" w:eastAsia="Times New Roman" w:cs="Times New Roman"/>
          <w:sz w:val="24"/>
        </w:rPr>
        <w:t xml:space="preserve"> </w:t>
      </w:r>
      <w:r>
        <w:rPr>
          <w:rFonts w:ascii="Times New Roman" w:hAnsi="Times New Roman" w:eastAsia="Times New Roman" w:cs="Times New Roman"/>
          <w:sz w:val="24"/>
        </w:rPr>
        <w:t>die</w:t>
      </w:r>
      <w:r>
        <w:rPr>
          <w:rFonts w:ascii="Times New Roman" w:hAnsi="Times New Roman" w:eastAsia="Times New Roman" w:cs="Times New Roman"/>
          <w:sz w:val="24"/>
        </w:rPr>
        <w:t xml:space="preserve"> </w:t>
      </w:r>
      <w:r>
        <w:rPr>
          <w:rFonts w:ascii="Times New Roman" w:hAnsi="Times New Roman" w:eastAsia="Times New Roman" w:cs="Times New Roman"/>
          <w:sz w:val="24"/>
        </w:rPr>
        <w:t>or</w:t>
      </w:r>
      <w:r>
        <w:rPr>
          <w:rFonts w:ascii="Times New Roman" w:hAnsi="Times New Roman" w:eastAsia="Times New Roman" w:cs="Times New Roman"/>
          <w:sz w:val="24"/>
        </w:rPr>
        <w:t xml:space="preserve"> </w:t>
      </w:r>
      <w:r>
        <w:rPr>
          <w:rFonts w:ascii="Times New Roman" w:hAnsi="Times New Roman" w:eastAsia="Times New Roman" w:cs="Times New Roman"/>
          <w:sz w:val="24"/>
        </w:rPr>
        <w:t>revoke</w:t>
      </w:r>
      <w:r>
        <w:rPr>
          <w:rFonts w:ascii="Times New Roman" w:hAnsi="Times New Roman" w:eastAsia="Times New Roman" w:cs="Times New Roman"/>
          <w:sz w:val="24"/>
        </w:rPr>
        <w:t xml:space="preserve"> </w:t>
      </w:r>
      <w:r>
        <w:rPr>
          <w:rFonts w:ascii="Times New Roman" w:hAnsi="Times New Roman" w:eastAsia="Times New Roman" w:cs="Times New Roman"/>
          <w:sz w:val="24"/>
        </w:rPr>
        <w:t>the</w:t>
      </w:r>
      <w:r>
        <w:rPr>
          <w:rFonts w:ascii="Times New Roman" w:hAnsi="Times New Roman" w:eastAsia="Times New Roman" w:cs="Times New Roman"/>
          <w:sz w:val="24"/>
        </w:rPr>
        <w:t xml:space="preserve"> </w:t>
      </w:r>
      <w:r>
        <w:rPr>
          <w:rFonts w:ascii="Times New Roman" w:hAnsi="Times New Roman" w:eastAsia="Times New Roman" w:cs="Times New Roman"/>
          <w:sz w:val="24"/>
        </w:rPr>
        <w:t>power</w:t>
      </w:r>
      <w:r>
        <w:rPr>
          <w:rFonts w:ascii="Times New Roman" w:hAnsi="Times New Roman" w:eastAsia="Times New Roman" w:cs="Times New Roman"/>
          <w:sz w:val="24"/>
        </w:rPr>
        <w:t xml:space="preserve"> </w:t>
      </w:r>
      <w:r>
        <w:rPr>
          <w:rFonts w:ascii="Times New Roman" w:hAnsi="Times New Roman" w:eastAsia="Times New Roman" w:cs="Times New Roman"/>
          <w:sz w:val="24"/>
        </w:rPr>
        <w:t>of</w:t>
      </w:r>
      <w:r>
        <w:rPr>
          <w:rFonts w:ascii="Times New Roman" w:hAnsi="Times New Roman" w:eastAsia="Times New Roman" w:cs="Times New Roman"/>
          <w:sz w:val="24"/>
        </w:rPr>
        <w:t xml:space="preserve"> </w:t>
      </w:r>
      <w:r>
        <w:rPr>
          <w:rFonts w:ascii="Times New Roman" w:hAnsi="Times New Roman" w:eastAsia="Times New Roman" w:cs="Times New Roman"/>
          <w:sz w:val="24"/>
        </w:rPr>
        <w:t>attorney</w:t>
      </w:r>
      <w:r>
        <w:rPr>
          <w:rFonts w:ascii="Times New Roman" w:hAnsi="Times New Roman" w:eastAsia="Times New Roman" w:cs="Times New Roman"/>
          <w:sz w:val="24"/>
        </w:rPr>
        <w:t xml:space="preserve"> </w:t>
      </w:r>
      <w:r>
        <w:rPr>
          <w:rFonts w:ascii="Times New Roman" w:hAnsi="Times New Roman" w:eastAsia="Times New Roman" w:cs="Times New Roman"/>
          <w:sz w:val="24"/>
        </w:rPr>
        <w:t>or</w:t>
      </w:r>
      <w:r>
        <w:rPr>
          <w:rFonts w:ascii="Times New Roman" w:hAnsi="Times New Roman" w:eastAsia="Times New Roman" w:cs="Times New Roman"/>
          <w:sz w:val="24"/>
        </w:rPr>
        <w:t xml:space="preserve"> </w:t>
      </w:r>
      <w:r>
        <w:rPr>
          <w:rFonts w:ascii="Times New Roman" w:hAnsi="Times New Roman" w:eastAsia="Times New Roman" w:cs="Times New Roman"/>
          <w:sz w:val="24"/>
        </w:rPr>
        <w:t>the</w:t>
      </w:r>
      <w:r>
        <w:rPr>
          <w:rFonts w:ascii="Times New Roman" w:hAnsi="Times New Roman" w:eastAsia="Times New Roman" w:cs="Times New Roman"/>
          <w:sz w:val="24"/>
        </w:rPr>
        <w:t xml:space="preserve"> </w:t>
      </w:r>
      <w:r>
        <w:rPr>
          <w:rFonts w:ascii="Times New Roman" w:hAnsi="Times New Roman" w:eastAsia="Times New Roman" w:cs="Times New Roman"/>
          <w:sz w:val="24"/>
        </w:rPr>
        <w:t>agent</w:t>
      </w:r>
      <w:r>
        <w:rPr>
          <w:rFonts w:ascii="Times New Roman" w:hAnsi="Times New Roman" w:eastAsia="Times New Roman" w:cs="Times New Roman"/>
          <w:sz w:val="24"/>
        </w:rPr>
        <w:t xml:space="preserve"> </w:t>
      </w:r>
      <w:r>
        <w:rPr>
          <w:rFonts w:ascii="Times New Roman" w:hAnsi="Times New Roman" w:eastAsia="Times New Roman" w:cs="Times New Roman"/>
          <w:sz w:val="24"/>
        </w:rPr>
        <w:t>resigns</w:t>
      </w:r>
      <w:r>
        <w:rPr>
          <w:rFonts w:ascii="Times New Roman" w:hAnsi="Times New Roman" w:eastAsia="Times New Roman" w:cs="Times New Roman"/>
          <w:sz w:val="24"/>
        </w:rPr>
        <w:t xml:space="preserve"> or is </w:t>
      </w:r>
      <w:r>
        <w:rPr>
          <w:rFonts w:ascii="Times New Roman" w:hAnsi="Times New Roman" w:eastAsia="Times New Roman" w:cs="Times New Roman"/>
          <w:sz w:val="24"/>
        </w:rPr>
        <w:t>unable</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to </w:t>
      </w:r>
      <w:r>
        <w:rPr>
          <w:rFonts w:ascii="Times New Roman" w:hAnsi="Times New Roman" w:eastAsia="Times New Roman" w:cs="Times New Roman"/>
          <w:sz w:val="24"/>
        </w:rPr>
        <w:t>act</w:t>
      </w:r>
      <w:r>
        <w:rPr>
          <w:rFonts w:ascii="Times New Roman" w:hAnsi="Times New Roman" w:eastAsia="Times New Roman" w:cs="Times New Roman"/>
          <w:sz w:val="24"/>
        </w:rPr>
        <w:t xml:space="preserve"> for</w:t>
      </w:r>
      <w:r>
        <w:rPr>
          <w:rFonts w:ascii="Times New Roman" w:hAnsi="Times New Roman" w:eastAsia="Times New Roman" w:cs="Times New Roman"/>
          <w:sz w:val="24"/>
        </w:rPr>
        <w:t xml:space="preserve"> </w:t>
      </w:r>
      <w:r>
        <w:rPr>
          <w:rFonts w:ascii="Times New Roman" w:hAnsi="Times New Roman" w:eastAsia="Times New Roman" w:cs="Times New Roman"/>
          <w:sz w:val="24"/>
        </w:rPr>
        <w:t>you.</w:t>
      </w:r>
    </w:p>
    <w:p>
      <w:pPr>
        <w:jc w:val="both"/>
      </w:pPr>
    </w:p>
    <w:p>
      <w:pPr>
        <w:jc w:val="both"/>
      </w:pPr>
      <w:r>
        <w:rPr>
          <w:rFonts w:ascii="Times New Roman" w:hAnsi="Times New Roman" w:eastAsia="Times New Roman" w:cs="Times New Roman"/>
          <w:sz w:val="24"/>
        </w:rPr>
        <w:t>Your</w:t>
      </w:r>
      <w:r>
        <w:rPr>
          <w:rFonts w:ascii="Times New Roman" w:hAnsi="Times New Roman" w:eastAsia="Times New Roman" w:cs="Times New Roman"/>
          <w:sz w:val="24"/>
        </w:rPr>
        <w:t xml:space="preserve"> </w:t>
      </w:r>
      <w:r>
        <w:rPr>
          <w:rFonts w:ascii="Times New Roman" w:hAnsi="Times New Roman" w:eastAsia="Times New Roman" w:cs="Times New Roman"/>
          <w:sz w:val="24"/>
        </w:rPr>
        <w:t>agent</w:t>
      </w:r>
      <w:r>
        <w:rPr>
          <w:rFonts w:ascii="Times New Roman" w:hAnsi="Times New Roman" w:eastAsia="Times New Roman" w:cs="Times New Roman"/>
          <w:sz w:val="24"/>
        </w:rPr>
        <w:t xml:space="preserve"> </w:t>
      </w:r>
      <w:r>
        <w:rPr>
          <w:rFonts w:ascii="Times New Roman" w:hAnsi="Times New Roman" w:eastAsia="Times New Roman" w:cs="Times New Roman"/>
          <w:sz w:val="24"/>
        </w:rPr>
        <w:t>is</w:t>
      </w:r>
      <w:r>
        <w:rPr>
          <w:rFonts w:ascii="Times New Roman" w:hAnsi="Times New Roman" w:eastAsia="Times New Roman" w:cs="Times New Roman"/>
          <w:sz w:val="24"/>
        </w:rPr>
        <w:t xml:space="preserve"> </w:t>
      </w:r>
      <w:r>
        <w:rPr>
          <w:rFonts w:ascii="Times New Roman" w:hAnsi="Times New Roman" w:eastAsia="Times New Roman" w:cs="Times New Roman"/>
          <w:sz w:val="24"/>
        </w:rPr>
        <w:t>entitled</w:t>
      </w:r>
      <w:r>
        <w:rPr>
          <w:rFonts w:ascii="Times New Roman" w:hAnsi="Times New Roman" w:eastAsia="Times New Roman" w:cs="Times New Roman"/>
          <w:sz w:val="24"/>
        </w:rPr>
        <w:t xml:space="preserve"> </w:t>
      </w:r>
      <w:r>
        <w:rPr>
          <w:rFonts w:ascii="Times New Roman" w:hAnsi="Times New Roman" w:eastAsia="Times New Roman" w:cs="Times New Roman"/>
          <w:sz w:val="24"/>
        </w:rPr>
        <w:t>to</w:t>
      </w:r>
      <w:r>
        <w:rPr>
          <w:rFonts w:ascii="Times New Roman" w:hAnsi="Times New Roman" w:eastAsia="Times New Roman" w:cs="Times New Roman"/>
          <w:sz w:val="24"/>
        </w:rPr>
        <w:t xml:space="preserve"> </w:t>
      </w:r>
      <w:r>
        <w:rPr>
          <w:rFonts w:ascii="Times New Roman" w:hAnsi="Times New Roman" w:eastAsia="Times New Roman" w:cs="Times New Roman"/>
          <w:sz w:val="24"/>
        </w:rPr>
        <w:t>reasonable</w:t>
      </w:r>
      <w:r>
        <w:rPr>
          <w:rFonts w:ascii="Times New Roman" w:hAnsi="Times New Roman" w:eastAsia="Times New Roman" w:cs="Times New Roman"/>
          <w:sz w:val="24"/>
        </w:rPr>
        <w:t xml:space="preserve"> </w:t>
      </w:r>
      <w:r>
        <w:rPr>
          <w:rFonts w:ascii="Times New Roman" w:hAnsi="Times New Roman" w:eastAsia="Times New Roman" w:cs="Times New Roman"/>
          <w:sz w:val="24"/>
        </w:rPr>
        <w:t>compensation</w:t>
      </w:r>
      <w:r>
        <w:rPr>
          <w:rFonts w:ascii="Times New Roman" w:hAnsi="Times New Roman" w:eastAsia="Times New Roman" w:cs="Times New Roman"/>
          <w:sz w:val="24"/>
        </w:rPr>
        <w:t xml:space="preserve"> </w:t>
      </w:r>
      <w:r>
        <w:rPr>
          <w:rFonts w:ascii="Times New Roman" w:hAnsi="Times New Roman" w:eastAsia="Times New Roman" w:cs="Times New Roman"/>
          <w:sz w:val="24"/>
        </w:rPr>
        <w:t>unless</w:t>
      </w:r>
      <w:r>
        <w:rPr>
          <w:rFonts w:ascii="Times New Roman" w:hAnsi="Times New Roman" w:eastAsia="Times New Roman" w:cs="Times New Roman"/>
          <w:sz w:val="24"/>
        </w:rPr>
        <w:t xml:space="preserve"> </w:t>
      </w:r>
      <w:r>
        <w:rPr>
          <w:rFonts w:ascii="Times New Roman" w:hAnsi="Times New Roman" w:eastAsia="Times New Roman" w:cs="Times New Roman"/>
          <w:sz w:val="24"/>
        </w:rPr>
        <w:t>you</w:t>
      </w:r>
      <w:r>
        <w:rPr>
          <w:rFonts w:ascii="Times New Roman" w:hAnsi="Times New Roman" w:eastAsia="Times New Roman" w:cs="Times New Roman"/>
          <w:sz w:val="24"/>
        </w:rPr>
        <w:t xml:space="preserve"> </w:t>
      </w:r>
      <w:r>
        <w:rPr>
          <w:rFonts w:ascii="Times New Roman" w:hAnsi="Times New Roman" w:eastAsia="Times New Roman" w:cs="Times New Roman"/>
          <w:sz w:val="24"/>
        </w:rPr>
        <w:t>state</w:t>
      </w:r>
      <w:r>
        <w:rPr>
          <w:rFonts w:ascii="Times New Roman" w:hAnsi="Times New Roman" w:eastAsia="Times New Roman" w:cs="Times New Roman"/>
          <w:sz w:val="24"/>
        </w:rPr>
        <w:t xml:space="preserve"> </w:t>
      </w:r>
      <w:r>
        <w:rPr>
          <w:rFonts w:ascii="Times New Roman" w:hAnsi="Times New Roman" w:eastAsia="Times New Roman" w:cs="Times New Roman"/>
          <w:sz w:val="24"/>
        </w:rPr>
        <w:t>otherwise</w:t>
      </w:r>
      <w:r>
        <w:rPr>
          <w:rFonts w:ascii="Times New Roman" w:hAnsi="Times New Roman" w:eastAsia="Times New Roman" w:cs="Times New Roman"/>
          <w:sz w:val="24"/>
        </w:rPr>
        <w:t xml:space="preserve"> </w:t>
      </w:r>
      <w:r>
        <w:rPr>
          <w:rFonts w:ascii="Times New Roman" w:hAnsi="Times New Roman" w:eastAsia="Times New Roman" w:cs="Times New Roman"/>
          <w:sz w:val="24"/>
        </w:rPr>
        <w:t>in</w:t>
      </w:r>
      <w:r>
        <w:rPr>
          <w:rFonts w:ascii="Times New Roman" w:hAnsi="Times New Roman" w:eastAsia="Times New Roman" w:cs="Times New Roman"/>
          <w:sz w:val="24"/>
        </w:rPr>
        <w:t xml:space="preserve"> </w:t>
      </w:r>
      <w:r>
        <w:rPr>
          <w:rFonts w:ascii="Times New Roman" w:hAnsi="Times New Roman" w:eastAsia="Times New Roman" w:cs="Times New Roman"/>
          <w:sz w:val="24"/>
        </w:rPr>
        <w:t>the</w:t>
      </w:r>
      <w:r>
        <w:rPr>
          <w:rFonts w:ascii="Times New Roman" w:hAnsi="Times New Roman" w:eastAsia="Times New Roman" w:cs="Times New Roman"/>
          <w:sz w:val="24"/>
        </w:rPr>
        <w:t xml:space="preserve"> </w:t>
      </w:r>
      <w:r>
        <w:rPr>
          <w:rFonts w:ascii="Times New Roman" w:hAnsi="Times New Roman" w:eastAsia="Times New Roman" w:cs="Times New Roman"/>
          <w:sz w:val="24"/>
        </w:rPr>
        <w:t>Additional</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Provisions </w:t>
      </w:r>
      <w:r>
        <w:rPr>
          <w:rFonts w:ascii="Times New Roman" w:hAnsi="Times New Roman" w:eastAsia="Times New Roman" w:cs="Times New Roman"/>
          <w:sz w:val="24"/>
        </w:rPr>
        <w:t>and</w:t>
      </w:r>
      <w:r>
        <w:rPr>
          <w:rFonts w:ascii="Times New Roman" w:hAnsi="Times New Roman" w:eastAsia="Times New Roman" w:cs="Times New Roman"/>
          <w:sz w:val="24"/>
        </w:rPr>
        <w:t xml:space="preserve"> </w:t>
      </w:r>
      <w:r>
        <w:rPr>
          <w:rFonts w:ascii="Times New Roman" w:hAnsi="Times New Roman" w:eastAsia="Times New Roman" w:cs="Times New Roman"/>
          <w:sz w:val="24"/>
        </w:rPr>
        <w:t>Exclusions.</w:t>
      </w:r>
    </w:p>
    <w:p>
      <w:pPr>
        <w:jc w:val="both"/>
      </w:pPr>
    </w:p>
    <w:p>
      <w:pPr>
        <w:spacing w:before="56" w:after="0"/>
        <w:ind w:firstLine="0"/>
        <w:jc w:val="both"/>
      </w:pPr>
      <w:r>
        <w:rPr>
          <w:rFonts w:ascii="Times New Roman" w:hAnsi="Times New Roman" w:eastAsia="Times New Roman" w:cs="Times New Roman"/>
          <w:sz w:val="24"/>
        </w:rPr>
        <w:t>This</w:t>
      </w:r>
      <w:r>
        <w:rPr>
          <w:rFonts w:ascii="Times New Roman" w:hAnsi="Times New Roman" w:eastAsia="Times New Roman" w:cs="Times New Roman"/>
          <w:sz w:val="24"/>
        </w:rPr>
        <w:t xml:space="preserve"> </w:t>
      </w:r>
      <w:r>
        <w:rPr>
          <w:rFonts w:ascii="Times New Roman" w:hAnsi="Times New Roman" w:eastAsia="Times New Roman" w:cs="Times New Roman"/>
          <w:sz w:val="24"/>
        </w:rPr>
        <w:t>form</w:t>
      </w:r>
      <w:r>
        <w:rPr>
          <w:rFonts w:ascii="Times New Roman" w:hAnsi="Times New Roman" w:eastAsia="Times New Roman" w:cs="Times New Roman"/>
          <w:sz w:val="24"/>
        </w:rPr>
        <w:t xml:space="preserve"> </w:t>
      </w:r>
      <w:r>
        <w:rPr>
          <w:rFonts w:ascii="Times New Roman" w:hAnsi="Times New Roman" w:eastAsia="Times New Roman" w:cs="Times New Roman"/>
          <w:sz w:val="24"/>
        </w:rPr>
        <w:t>provides</w:t>
      </w:r>
      <w:r>
        <w:rPr>
          <w:rFonts w:ascii="Times New Roman" w:hAnsi="Times New Roman" w:eastAsia="Times New Roman" w:cs="Times New Roman"/>
          <w:sz w:val="24"/>
        </w:rPr>
        <w:t xml:space="preserve"> </w:t>
      </w:r>
      <w:r>
        <w:rPr>
          <w:rFonts w:ascii="Times New Roman" w:hAnsi="Times New Roman" w:eastAsia="Times New Roman" w:cs="Times New Roman"/>
          <w:sz w:val="24"/>
        </w:rPr>
        <w:t>for</w:t>
      </w:r>
      <w:r>
        <w:rPr>
          <w:rFonts w:ascii="Times New Roman" w:hAnsi="Times New Roman" w:eastAsia="Times New Roman" w:cs="Times New Roman"/>
          <w:sz w:val="24"/>
        </w:rPr>
        <w:t xml:space="preserve"> </w:t>
      </w:r>
      <w:r>
        <w:rPr>
          <w:rFonts w:ascii="Times New Roman" w:hAnsi="Times New Roman" w:eastAsia="Times New Roman" w:cs="Times New Roman"/>
          <w:sz w:val="24"/>
        </w:rPr>
        <w:t>designation</w:t>
      </w:r>
      <w:r>
        <w:rPr>
          <w:rFonts w:ascii="Times New Roman" w:hAnsi="Times New Roman" w:eastAsia="Times New Roman" w:cs="Times New Roman"/>
          <w:sz w:val="24"/>
        </w:rPr>
        <w:t xml:space="preserve"> </w:t>
      </w:r>
      <w:r>
        <w:rPr>
          <w:rFonts w:ascii="Times New Roman" w:hAnsi="Times New Roman" w:eastAsia="Times New Roman" w:cs="Times New Roman"/>
          <w:sz w:val="24"/>
        </w:rPr>
        <w:t>of</w:t>
      </w:r>
      <w:r>
        <w:rPr>
          <w:rFonts w:ascii="Times New Roman" w:hAnsi="Times New Roman" w:eastAsia="Times New Roman" w:cs="Times New Roman"/>
          <w:sz w:val="24"/>
        </w:rPr>
        <w:t xml:space="preserve"> </w:t>
      </w:r>
      <w:r>
        <w:rPr>
          <w:rFonts w:ascii="Times New Roman" w:hAnsi="Times New Roman" w:eastAsia="Times New Roman" w:cs="Times New Roman"/>
          <w:sz w:val="24"/>
        </w:rPr>
        <w:t>one</w:t>
      </w:r>
      <w:r>
        <w:rPr>
          <w:rFonts w:ascii="Times New Roman" w:hAnsi="Times New Roman" w:eastAsia="Times New Roman" w:cs="Times New Roman"/>
          <w:sz w:val="24"/>
        </w:rPr>
        <w:t xml:space="preserve"> </w:t>
      </w:r>
      <w:r>
        <w:rPr>
          <w:rFonts w:ascii="Times New Roman" w:hAnsi="Times New Roman" w:eastAsia="Times New Roman" w:cs="Times New Roman"/>
          <w:sz w:val="24"/>
        </w:rPr>
        <w:t>agent,</w:t>
      </w:r>
      <w:r>
        <w:rPr>
          <w:rFonts w:ascii="Times New Roman" w:hAnsi="Times New Roman" w:eastAsia="Times New Roman" w:cs="Times New Roman"/>
          <w:sz w:val="24"/>
        </w:rPr>
        <w:t xml:space="preserve"> a </w:t>
      </w:r>
      <w:r>
        <w:rPr>
          <w:rFonts w:ascii="Times New Roman" w:hAnsi="Times New Roman" w:eastAsia="Times New Roman" w:cs="Times New Roman"/>
          <w:sz w:val="24"/>
        </w:rPr>
        <w:t>successor</w:t>
      </w:r>
      <w:r>
        <w:rPr>
          <w:rFonts w:ascii="Times New Roman" w:hAnsi="Times New Roman" w:eastAsia="Times New Roman" w:cs="Times New Roman"/>
          <w:sz w:val="24"/>
        </w:rPr>
        <w:t xml:space="preserve"> </w:t>
      </w:r>
      <w:r>
        <w:rPr>
          <w:rFonts w:ascii="Times New Roman" w:hAnsi="Times New Roman" w:eastAsia="Times New Roman" w:cs="Times New Roman"/>
          <w:sz w:val="24"/>
        </w:rPr>
        <w:t>agent,</w:t>
      </w:r>
      <w:r>
        <w:rPr>
          <w:rFonts w:ascii="Times New Roman" w:hAnsi="Times New Roman" w:eastAsia="Times New Roman" w:cs="Times New Roman"/>
          <w:sz w:val="24"/>
        </w:rPr>
        <w:t xml:space="preserve"> </w:t>
      </w:r>
      <w:r>
        <w:rPr>
          <w:rFonts w:ascii="Times New Roman" w:hAnsi="Times New Roman" w:eastAsia="Times New Roman" w:cs="Times New Roman"/>
          <w:sz w:val="24"/>
        </w:rPr>
        <w:t>and</w:t>
      </w:r>
      <w:r>
        <w:rPr>
          <w:rFonts w:ascii="Times New Roman" w:hAnsi="Times New Roman" w:eastAsia="Times New Roman" w:cs="Times New Roman"/>
          <w:sz w:val="24"/>
        </w:rPr>
        <w:t xml:space="preserve"> a </w:t>
      </w:r>
      <w:r>
        <w:rPr>
          <w:rFonts w:ascii="Times New Roman" w:hAnsi="Times New Roman" w:eastAsia="Times New Roman" w:cs="Times New Roman"/>
          <w:sz w:val="24"/>
        </w:rPr>
        <w:t>second</w:t>
      </w:r>
      <w:r>
        <w:rPr>
          <w:rFonts w:ascii="Times New Roman" w:hAnsi="Times New Roman" w:eastAsia="Times New Roman" w:cs="Times New Roman"/>
          <w:sz w:val="24"/>
        </w:rPr>
        <w:t xml:space="preserve"> </w:t>
      </w:r>
      <w:r>
        <w:rPr>
          <w:rFonts w:ascii="Times New Roman" w:hAnsi="Times New Roman" w:eastAsia="Times New Roman" w:cs="Times New Roman"/>
          <w:sz w:val="24"/>
        </w:rPr>
        <w:t>successor</w:t>
      </w:r>
      <w:r>
        <w:rPr>
          <w:rFonts w:ascii="Times New Roman" w:hAnsi="Times New Roman" w:eastAsia="Times New Roman" w:cs="Times New Roman"/>
          <w:sz w:val="24"/>
        </w:rPr>
        <w:t xml:space="preserve"> </w:t>
      </w:r>
      <w:r>
        <w:rPr>
          <w:rFonts w:ascii="Times New Roman" w:hAnsi="Times New Roman" w:eastAsia="Times New Roman" w:cs="Times New Roman"/>
          <w:sz w:val="24"/>
        </w:rPr>
        <w:t>agent.</w:t>
      </w:r>
      <w:r>
        <w:rPr>
          <w:rFonts w:ascii="Times New Roman" w:hAnsi="Times New Roman" w:eastAsia="Times New Roman" w:cs="Times New Roman"/>
          <w:sz w:val="24"/>
        </w:rPr>
        <w:t xml:space="preserve"> </w:t>
      </w:r>
      <w:r>
        <w:rPr>
          <w:rFonts w:ascii="Times New Roman" w:hAnsi="Times New Roman" w:eastAsia="Times New Roman" w:cs="Times New Roman"/>
          <w:sz w:val="24"/>
        </w:rPr>
        <w:t>If</w:t>
      </w:r>
      <w:r>
        <w:rPr>
          <w:rFonts w:ascii="Times New Roman" w:hAnsi="Times New Roman" w:eastAsia="Times New Roman" w:cs="Times New Roman"/>
          <w:sz w:val="24"/>
        </w:rPr>
        <w:t xml:space="preserve"> </w:t>
      </w:r>
      <w:r>
        <w:rPr>
          <w:rFonts w:ascii="Times New Roman" w:hAnsi="Times New Roman" w:eastAsia="Times New Roman" w:cs="Times New Roman"/>
          <w:sz w:val="24"/>
        </w:rPr>
        <w:t>you</w:t>
      </w:r>
      <w:r>
        <w:rPr>
          <w:rFonts w:ascii="Times New Roman" w:hAnsi="Times New Roman" w:eastAsia="Times New Roman" w:cs="Times New Roman"/>
          <w:sz w:val="24"/>
        </w:rPr>
        <w:t xml:space="preserve"> </w:t>
      </w:r>
      <w:r>
        <w:rPr>
          <w:rFonts w:ascii="Times New Roman" w:hAnsi="Times New Roman" w:eastAsia="Times New Roman" w:cs="Times New Roman"/>
          <w:sz w:val="24"/>
        </w:rPr>
        <w:t>wish</w:t>
      </w:r>
      <w:r>
        <w:rPr>
          <w:rFonts w:ascii="Times New Roman" w:hAnsi="Times New Roman" w:eastAsia="Times New Roman" w:cs="Times New Roman"/>
          <w:sz w:val="24"/>
        </w:rPr>
        <w:t xml:space="preserve"> </w:t>
      </w:r>
      <w:r>
        <w:rPr>
          <w:rFonts w:ascii="Times New Roman" w:hAnsi="Times New Roman" w:eastAsia="Times New Roman" w:cs="Times New Roman"/>
          <w:sz w:val="24"/>
        </w:rPr>
        <w:t>to</w:t>
      </w:r>
      <w:r>
        <w:rPr>
          <w:rFonts w:ascii="Times New Roman" w:hAnsi="Times New Roman" w:eastAsia="Times New Roman" w:cs="Times New Roman"/>
          <w:sz w:val="24"/>
        </w:rPr>
        <w:t xml:space="preserve"> </w:t>
      </w:r>
      <w:r>
        <w:rPr>
          <w:rFonts w:ascii="Times New Roman" w:hAnsi="Times New Roman" w:eastAsia="Times New Roman" w:cs="Times New Roman"/>
          <w:sz w:val="24"/>
        </w:rPr>
        <w:t>name</w:t>
      </w:r>
      <w:r>
        <w:rPr>
          <w:rFonts w:ascii="Times New Roman" w:hAnsi="Times New Roman" w:eastAsia="Times New Roman" w:cs="Times New Roman"/>
          <w:sz w:val="24"/>
        </w:rPr>
        <w:t xml:space="preserve"> </w:t>
      </w:r>
      <w:r>
        <w:rPr>
          <w:rFonts w:ascii="Times New Roman" w:hAnsi="Times New Roman" w:eastAsia="Times New Roman" w:cs="Times New Roman"/>
          <w:sz w:val="24"/>
        </w:rPr>
        <w:t>more</w:t>
      </w:r>
      <w:r>
        <w:rPr>
          <w:rFonts w:ascii="Times New Roman" w:hAnsi="Times New Roman" w:eastAsia="Times New Roman" w:cs="Times New Roman"/>
          <w:sz w:val="24"/>
        </w:rPr>
        <w:t xml:space="preserve"> </w:t>
      </w:r>
      <w:r>
        <w:rPr>
          <w:rFonts w:ascii="Times New Roman" w:hAnsi="Times New Roman" w:eastAsia="Times New Roman" w:cs="Times New Roman"/>
          <w:sz w:val="24"/>
        </w:rPr>
        <w:t>than</w:t>
      </w:r>
      <w:r>
        <w:rPr>
          <w:rFonts w:ascii="Times New Roman" w:hAnsi="Times New Roman" w:eastAsia="Times New Roman" w:cs="Times New Roman"/>
          <w:sz w:val="24"/>
        </w:rPr>
        <w:t xml:space="preserve"> </w:t>
      </w:r>
      <w:r>
        <w:rPr>
          <w:rFonts w:ascii="Times New Roman" w:hAnsi="Times New Roman" w:eastAsia="Times New Roman" w:cs="Times New Roman"/>
          <w:sz w:val="24"/>
        </w:rPr>
        <w:t>one</w:t>
      </w:r>
      <w:r>
        <w:rPr>
          <w:rFonts w:ascii="Times New Roman" w:hAnsi="Times New Roman" w:eastAsia="Times New Roman" w:cs="Times New Roman"/>
          <w:sz w:val="24"/>
        </w:rPr>
        <w:t xml:space="preserve"> </w:t>
      </w:r>
      <w:r>
        <w:rPr>
          <w:rFonts w:ascii="Times New Roman" w:hAnsi="Times New Roman" w:eastAsia="Times New Roman" w:cs="Times New Roman"/>
          <w:sz w:val="24"/>
        </w:rPr>
        <w:t>agent,</w:t>
      </w:r>
      <w:r>
        <w:rPr>
          <w:rFonts w:ascii="Times New Roman" w:hAnsi="Times New Roman" w:eastAsia="Times New Roman" w:cs="Times New Roman"/>
          <w:sz w:val="24"/>
        </w:rPr>
        <w:t xml:space="preserve"> </w:t>
      </w:r>
      <w:r>
        <w:rPr>
          <w:rFonts w:ascii="Times New Roman" w:hAnsi="Times New Roman" w:eastAsia="Times New Roman" w:cs="Times New Roman"/>
          <w:sz w:val="24"/>
        </w:rPr>
        <w:t>successor</w:t>
      </w:r>
      <w:r>
        <w:rPr>
          <w:rFonts w:ascii="Times New Roman" w:hAnsi="Times New Roman" w:eastAsia="Times New Roman" w:cs="Times New Roman"/>
          <w:sz w:val="24"/>
        </w:rPr>
        <w:t xml:space="preserve"> </w:t>
      </w:r>
      <w:r>
        <w:rPr>
          <w:rFonts w:ascii="Times New Roman" w:hAnsi="Times New Roman" w:eastAsia="Times New Roman" w:cs="Times New Roman"/>
          <w:sz w:val="24"/>
        </w:rPr>
        <w:t>agent,</w:t>
      </w:r>
      <w:r>
        <w:rPr>
          <w:rFonts w:ascii="Times New Roman" w:hAnsi="Times New Roman" w:eastAsia="Times New Roman" w:cs="Times New Roman"/>
          <w:sz w:val="24"/>
        </w:rPr>
        <w:t xml:space="preserve"> </w:t>
      </w:r>
      <w:r>
        <w:rPr>
          <w:rFonts w:ascii="Times New Roman" w:hAnsi="Times New Roman" w:eastAsia="Times New Roman" w:cs="Times New Roman"/>
          <w:sz w:val="24"/>
        </w:rPr>
        <w:t>and</w:t>
      </w:r>
      <w:r>
        <w:rPr>
          <w:rFonts w:ascii="Times New Roman" w:hAnsi="Times New Roman" w:eastAsia="Times New Roman" w:cs="Times New Roman"/>
          <w:sz w:val="24"/>
        </w:rPr>
        <w:t xml:space="preserve"> </w:t>
      </w:r>
      <w:r>
        <w:rPr>
          <w:rFonts w:ascii="Times New Roman" w:hAnsi="Times New Roman" w:eastAsia="Times New Roman" w:cs="Times New Roman"/>
          <w:sz w:val="24"/>
        </w:rPr>
        <w:t>second</w:t>
      </w:r>
      <w:r>
        <w:rPr>
          <w:rFonts w:ascii="Times New Roman" w:hAnsi="Times New Roman" w:eastAsia="Times New Roman" w:cs="Times New Roman"/>
          <w:sz w:val="24"/>
        </w:rPr>
        <w:t xml:space="preserve"> </w:t>
      </w:r>
      <w:r>
        <w:rPr>
          <w:rFonts w:ascii="Times New Roman" w:hAnsi="Times New Roman" w:eastAsia="Times New Roman" w:cs="Times New Roman"/>
          <w:sz w:val="24"/>
        </w:rPr>
        <w:t>successor</w:t>
      </w:r>
      <w:r>
        <w:rPr>
          <w:rFonts w:ascii="Times New Roman" w:hAnsi="Times New Roman" w:eastAsia="Times New Roman" w:cs="Times New Roman"/>
          <w:sz w:val="24"/>
        </w:rPr>
        <w:t xml:space="preserve"> </w:t>
      </w:r>
      <w:r>
        <w:rPr>
          <w:rFonts w:ascii="Times New Roman" w:hAnsi="Times New Roman" w:eastAsia="Times New Roman" w:cs="Times New Roman"/>
          <w:sz w:val="24"/>
        </w:rPr>
        <w:t>agent,</w:t>
      </w:r>
      <w:r>
        <w:rPr>
          <w:rFonts w:ascii="Times New Roman" w:hAnsi="Times New Roman" w:eastAsia="Times New Roman" w:cs="Times New Roman"/>
          <w:sz w:val="24"/>
        </w:rPr>
        <w:t xml:space="preserve"> </w:t>
      </w:r>
      <w:r>
        <w:rPr>
          <w:rFonts w:ascii="Times New Roman" w:hAnsi="Times New Roman" w:eastAsia="Times New Roman" w:cs="Times New Roman"/>
          <w:sz w:val="24"/>
        </w:rPr>
        <w:t>you</w:t>
      </w:r>
      <w:r>
        <w:rPr>
          <w:rFonts w:ascii="Times New Roman" w:hAnsi="Times New Roman" w:eastAsia="Times New Roman" w:cs="Times New Roman"/>
          <w:sz w:val="24"/>
        </w:rPr>
        <w:t xml:space="preserve"> </w:t>
      </w:r>
      <w:r>
        <w:rPr>
          <w:rFonts w:ascii="Times New Roman" w:hAnsi="Times New Roman" w:eastAsia="Times New Roman" w:cs="Times New Roman"/>
          <w:sz w:val="24"/>
        </w:rPr>
        <w:t>may</w:t>
      </w:r>
      <w:r>
        <w:rPr>
          <w:rFonts w:ascii="Times New Roman" w:hAnsi="Times New Roman" w:eastAsia="Times New Roman" w:cs="Times New Roman"/>
          <w:sz w:val="24"/>
        </w:rPr>
        <w:t xml:space="preserve"> </w:t>
      </w:r>
      <w:r>
        <w:rPr>
          <w:rFonts w:ascii="Times New Roman" w:hAnsi="Times New Roman" w:eastAsia="Times New Roman" w:cs="Times New Roman"/>
          <w:sz w:val="24"/>
        </w:rPr>
        <w:t>name</w:t>
      </w:r>
      <w:r>
        <w:rPr>
          <w:rFonts w:ascii="Times New Roman" w:hAnsi="Times New Roman" w:eastAsia="Times New Roman" w:cs="Times New Roman"/>
          <w:sz w:val="24"/>
        </w:rPr>
        <w:t xml:space="preserve"> </w:t>
      </w:r>
      <w:r>
        <w:rPr>
          <w:rFonts w:ascii="Times New Roman" w:hAnsi="Times New Roman" w:eastAsia="Times New Roman" w:cs="Times New Roman"/>
          <w:sz w:val="24"/>
        </w:rPr>
        <w:t>a</w:t>
      </w:r>
      <w:r>
        <w:rPr>
          <w:rFonts w:ascii="Times New Roman" w:hAnsi="Times New Roman" w:eastAsia="Times New Roman" w:cs="Times New Roman"/>
          <w:sz w:val="24"/>
        </w:rPr>
        <w:t xml:space="preserve"> </w:t>
      </w:r>
      <w:r>
        <w:rPr>
          <w:rFonts w:ascii="Times New Roman" w:hAnsi="Times New Roman" w:eastAsia="Times New Roman" w:cs="Times New Roman"/>
          <w:sz w:val="24"/>
        </w:rPr>
        <w:t>coagent,</w:t>
      </w:r>
      <w:r>
        <w:rPr>
          <w:rFonts w:ascii="Times New Roman" w:hAnsi="Times New Roman" w:eastAsia="Times New Roman" w:cs="Times New Roman"/>
          <w:sz w:val="24"/>
        </w:rPr>
        <w:t xml:space="preserve"> </w:t>
      </w:r>
      <w:r>
        <w:rPr>
          <w:rFonts w:ascii="Times New Roman" w:hAnsi="Times New Roman" w:eastAsia="Times New Roman" w:cs="Times New Roman"/>
          <w:sz w:val="24"/>
        </w:rPr>
        <w:t>successor</w:t>
      </w:r>
      <w:r>
        <w:rPr>
          <w:rFonts w:ascii="Times New Roman" w:hAnsi="Times New Roman" w:eastAsia="Times New Roman" w:cs="Times New Roman"/>
          <w:sz w:val="24"/>
        </w:rPr>
        <w:t xml:space="preserve"> </w:t>
      </w:r>
      <w:r>
        <w:rPr>
          <w:rFonts w:ascii="Times New Roman" w:hAnsi="Times New Roman" w:eastAsia="Times New Roman" w:cs="Times New Roman"/>
          <w:sz w:val="24"/>
        </w:rPr>
        <w:t>coagent,</w:t>
      </w:r>
      <w:r>
        <w:rPr>
          <w:rFonts w:ascii="Times New Roman" w:hAnsi="Times New Roman" w:eastAsia="Times New Roman" w:cs="Times New Roman"/>
          <w:sz w:val="24"/>
        </w:rPr>
        <w:t xml:space="preserve"> </w:t>
      </w:r>
      <w:r>
        <w:rPr>
          <w:rFonts w:ascii="Times New Roman" w:hAnsi="Times New Roman" w:eastAsia="Times New Roman" w:cs="Times New Roman"/>
          <w:sz w:val="24"/>
        </w:rPr>
        <w:t>or</w:t>
      </w:r>
      <w:r>
        <w:rPr>
          <w:rFonts w:ascii="Times New Roman" w:hAnsi="Times New Roman" w:eastAsia="Times New Roman" w:cs="Times New Roman"/>
          <w:sz w:val="24"/>
        </w:rPr>
        <w:t xml:space="preserve"> </w:t>
      </w:r>
      <w:r>
        <w:rPr>
          <w:rFonts w:ascii="Times New Roman" w:hAnsi="Times New Roman" w:eastAsia="Times New Roman" w:cs="Times New Roman"/>
          <w:sz w:val="24"/>
        </w:rPr>
        <w:t>second</w:t>
      </w:r>
      <w:r>
        <w:rPr>
          <w:rFonts w:ascii="Times New Roman" w:hAnsi="Times New Roman" w:eastAsia="Times New Roman" w:cs="Times New Roman"/>
          <w:sz w:val="24"/>
        </w:rPr>
        <w:t xml:space="preserve"> </w:t>
      </w:r>
      <w:r>
        <w:rPr>
          <w:rFonts w:ascii="Times New Roman" w:hAnsi="Times New Roman" w:eastAsia="Times New Roman" w:cs="Times New Roman"/>
          <w:sz w:val="24"/>
        </w:rPr>
        <w:t>successor</w:t>
      </w:r>
      <w:r>
        <w:rPr>
          <w:rFonts w:ascii="Times New Roman" w:hAnsi="Times New Roman" w:eastAsia="Times New Roman" w:cs="Times New Roman"/>
          <w:sz w:val="24"/>
        </w:rPr>
        <w:t xml:space="preserve"> </w:t>
      </w:r>
      <w:r>
        <w:rPr>
          <w:rFonts w:ascii="Times New Roman" w:hAnsi="Times New Roman" w:eastAsia="Times New Roman" w:cs="Times New Roman"/>
          <w:sz w:val="24"/>
        </w:rPr>
        <w:t>coagent</w:t>
      </w:r>
      <w:r>
        <w:rPr>
          <w:rFonts w:ascii="Times New Roman" w:hAnsi="Times New Roman" w:eastAsia="Times New Roman" w:cs="Times New Roman"/>
          <w:sz w:val="24"/>
        </w:rPr>
        <w:t xml:space="preserve"> </w:t>
      </w:r>
      <w:r>
        <w:rPr>
          <w:rFonts w:ascii="Times New Roman" w:hAnsi="Times New Roman" w:eastAsia="Times New Roman" w:cs="Times New Roman"/>
          <w:sz w:val="24"/>
        </w:rPr>
        <w:t>in</w:t>
      </w:r>
      <w:r>
        <w:rPr>
          <w:rFonts w:ascii="Times New Roman" w:hAnsi="Times New Roman" w:eastAsia="Times New Roman" w:cs="Times New Roman"/>
          <w:sz w:val="24"/>
        </w:rPr>
        <w:t xml:space="preserve"> </w:t>
      </w:r>
      <w:r>
        <w:rPr>
          <w:rFonts w:ascii="Times New Roman" w:hAnsi="Times New Roman" w:eastAsia="Times New Roman" w:cs="Times New Roman"/>
          <w:sz w:val="24"/>
        </w:rPr>
        <w:t>the</w:t>
      </w:r>
      <w:r>
        <w:rPr>
          <w:rFonts w:ascii="Times New Roman" w:hAnsi="Times New Roman" w:eastAsia="Times New Roman" w:cs="Times New Roman"/>
          <w:sz w:val="24"/>
        </w:rPr>
        <w:t xml:space="preserve"> </w:t>
      </w:r>
      <w:r>
        <w:rPr>
          <w:rFonts w:ascii="Times New Roman" w:hAnsi="Times New Roman" w:eastAsia="Times New Roman" w:cs="Times New Roman"/>
          <w:sz w:val="24"/>
        </w:rPr>
        <w:t>Additional</w:t>
      </w:r>
      <w:r>
        <w:rPr>
          <w:rFonts w:ascii="Times New Roman" w:hAnsi="Times New Roman" w:eastAsia="Times New Roman" w:cs="Times New Roman"/>
          <w:sz w:val="24"/>
        </w:rPr>
        <w:t xml:space="preserve"> </w:t>
      </w:r>
      <w:r>
        <w:rPr>
          <w:rFonts w:ascii="Times New Roman" w:hAnsi="Times New Roman" w:eastAsia="Times New Roman" w:cs="Times New Roman"/>
          <w:sz w:val="24"/>
        </w:rPr>
        <w:t>Provisions</w:t>
      </w:r>
      <w:r>
        <w:rPr>
          <w:rFonts w:ascii="Times New Roman" w:hAnsi="Times New Roman" w:eastAsia="Times New Roman" w:cs="Times New Roman"/>
          <w:sz w:val="24"/>
        </w:rPr>
        <w:t xml:space="preserve"> </w:t>
      </w:r>
      <w:r>
        <w:rPr>
          <w:rFonts w:ascii="Times New Roman" w:hAnsi="Times New Roman" w:eastAsia="Times New Roman" w:cs="Times New Roman"/>
          <w:sz w:val="24"/>
        </w:rPr>
        <w:t>and</w:t>
      </w:r>
      <w:r>
        <w:rPr>
          <w:rFonts w:ascii="Times New Roman" w:hAnsi="Times New Roman" w:eastAsia="Times New Roman" w:cs="Times New Roman"/>
          <w:sz w:val="24"/>
        </w:rPr>
        <w:t xml:space="preserve"> </w:t>
      </w:r>
      <w:r>
        <w:rPr>
          <w:rFonts w:ascii="Times New Roman" w:hAnsi="Times New Roman" w:eastAsia="Times New Roman" w:cs="Times New Roman"/>
          <w:sz w:val="24"/>
        </w:rPr>
        <w:t>Exclusions.</w:t>
      </w:r>
      <w:r>
        <w:rPr>
          <w:rFonts w:ascii="Times New Roman" w:hAnsi="Times New Roman" w:eastAsia="Times New Roman" w:cs="Times New Roman"/>
          <w:sz w:val="24"/>
        </w:rPr>
        <w:t xml:space="preserve">  </w:t>
      </w:r>
      <w:r>
        <w:rPr>
          <w:rFonts w:ascii="Times New Roman" w:hAnsi="Times New Roman" w:eastAsia="Times New Roman" w:cs="Times New Roman"/>
          <w:sz w:val="24"/>
        </w:rPr>
        <w:t>Coagents,</w:t>
      </w:r>
      <w:r>
        <w:rPr>
          <w:rFonts w:ascii="Times New Roman" w:hAnsi="Times New Roman" w:eastAsia="Times New Roman" w:cs="Times New Roman"/>
          <w:sz w:val="24"/>
        </w:rPr>
        <w:t xml:space="preserve"> </w:t>
      </w:r>
      <w:r>
        <w:rPr>
          <w:rFonts w:ascii="Times New Roman" w:hAnsi="Times New Roman" w:eastAsia="Times New Roman" w:cs="Times New Roman"/>
          <w:sz w:val="24"/>
        </w:rPr>
        <w:t>successor</w:t>
      </w:r>
      <w:r>
        <w:rPr>
          <w:rFonts w:ascii="Times New Roman" w:hAnsi="Times New Roman" w:eastAsia="Times New Roman" w:cs="Times New Roman"/>
          <w:sz w:val="24"/>
        </w:rPr>
        <w:t xml:space="preserve"> </w:t>
      </w:r>
      <w:r>
        <w:rPr>
          <w:rFonts w:ascii="Times New Roman" w:hAnsi="Times New Roman" w:eastAsia="Times New Roman" w:cs="Times New Roman"/>
          <w:sz w:val="24"/>
        </w:rPr>
        <w:t>coagents,</w:t>
      </w:r>
      <w:r>
        <w:rPr>
          <w:rFonts w:ascii="Times New Roman" w:hAnsi="Times New Roman" w:eastAsia="Times New Roman" w:cs="Times New Roman"/>
          <w:sz w:val="24"/>
        </w:rPr>
        <w:t xml:space="preserve"> </w:t>
      </w:r>
      <w:r>
        <w:rPr>
          <w:rFonts w:ascii="Times New Roman" w:hAnsi="Times New Roman" w:eastAsia="Times New Roman" w:cs="Times New Roman"/>
          <w:sz w:val="24"/>
        </w:rPr>
        <w:t>or</w:t>
      </w:r>
      <w:r>
        <w:rPr>
          <w:rFonts w:ascii="Times New Roman" w:hAnsi="Times New Roman" w:eastAsia="Times New Roman" w:cs="Times New Roman"/>
          <w:sz w:val="24"/>
        </w:rPr>
        <w:t xml:space="preserve"> </w:t>
      </w:r>
      <w:r>
        <w:rPr>
          <w:rFonts w:ascii="Times New Roman" w:hAnsi="Times New Roman" w:eastAsia="Times New Roman" w:cs="Times New Roman"/>
          <w:sz w:val="24"/>
        </w:rPr>
        <w:t>second</w:t>
      </w:r>
      <w:r>
        <w:rPr>
          <w:rFonts w:ascii="Times New Roman" w:hAnsi="Times New Roman" w:eastAsia="Times New Roman" w:cs="Times New Roman"/>
          <w:sz w:val="24"/>
        </w:rPr>
        <w:t xml:space="preserve"> </w:t>
      </w:r>
      <w:r>
        <w:rPr>
          <w:rFonts w:ascii="Times New Roman" w:hAnsi="Times New Roman" w:eastAsia="Times New Roman" w:cs="Times New Roman"/>
          <w:sz w:val="24"/>
        </w:rPr>
        <w:t>successor</w:t>
      </w:r>
      <w:r>
        <w:rPr>
          <w:rFonts w:ascii="Times New Roman" w:hAnsi="Times New Roman" w:eastAsia="Times New Roman" w:cs="Times New Roman"/>
          <w:sz w:val="24"/>
        </w:rPr>
        <w:t xml:space="preserve"> </w:t>
      </w:r>
      <w:r>
        <w:rPr>
          <w:rFonts w:ascii="Times New Roman" w:hAnsi="Times New Roman" w:eastAsia="Times New Roman" w:cs="Times New Roman"/>
          <w:sz w:val="24"/>
        </w:rPr>
        <w:t>coagents</w:t>
      </w:r>
      <w:r>
        <w:rPr>
          <w:rFonts w:ascii="Times New Roman" w:hAnsi="Times New Roman" w:eastAsia="Times New Roman" w:cs="Times New Roman"/>
          <w:sz w:val="24"/>
        </w:rPr>
        <w:t xml:space="preserve"> </w:t>
      </w:r>
      <w:r>
        <w:rPr>
          <w:rFonts w:ascii="Times New Roman" w:hAnsi="Times New Roman" w:eastAsia="Times New Roman" w:cs="Times New Roman"/>
          <w:sz w:val="24"/>
        </w:rPr>
        <w:t>are</w:t>
      </w:r>
      <w:r>
        <w:rPr>
          <w:rFonts w:ascii="Times New Roman" w:hAnsi="Times New Roman" w:eastAsia="Times New Roman" w:cs="Times New Roman"/>
          <w:sz w:val="24"/>
        </w:rPr>
        <w:t xml:space="preserve"> </w:t>
      </w:r>
      <w:r>
        <w:rPr>
          <w:rFonts w:ascii="Times New Roman" w:hAnsi="Times New Roman" w:eastAsia="Times New Roman" w:cs="Times New Roman"/>
          <w:sz w:val="24"/>
        </w:rPr>
        <w:t>not</w:t>
      </w:r>
      <w:r>
        <w:rPr>
          <w:rFonts w:ascii="Times New Roman" w:hAnsi="Times New Roman" w:eastAsia="Times New Roman" w:cs="Times New Roman"/>
          <w:sz w:val="24"/>
        </w:rPr>
        <w:t xml:space="preserve"> </w:t>
      </w:r>
      <w:r>
        <w:rPr>
          <w:rFonts w:ascii="Times New Roman" w:hAnsi="Times New Roman" w:eastAsia="Times New Roman" w:cs="Times New Roman"/>
          <w:sz w:val="24"/>
        </w:rPr>
        <w:t>required</w:t>
      </w:r>
      <w:r>
        <w:rPr>
          <w:rFonts w:ascii="Times New Roman" w:hAnsi="Times New Roman" w:eastAsia="Times New Roman" w:cs="Times New Roman"/>
          <w:sz w:val="24"/>
        </w:rPr>
        <w:t xml:space="preserve"> </w:t>
      </w:r>
      <w:r>
        <w:rPr>
          <w:rFonts w:ascii="Times New Roman" w:hAnsi="Times New Roman" w:eastAsia="Times New Roman" w:cs="Times New Roman"/>
          <w:sz w:val="24"/>
        </w:rPr>
        <w:t>to</w:t>
      </w:r>
      <w:r>
        <w:rPr>
          <w:rFonts w:ascii="Times New Roman" w:hAnsi="Times New Roman" w:eastAsia="Times New Roman" w:cs="Times New Roman"/>
          <w:sz w:val="24"/>
        </w:rPr>
        <w:t xml:space="preserve"> </w:t>
      </w:r>
      <w:r>
        <w:rPr>
          <w:rFonts w:ascii="Times New Roman" w:hAnsi="Times New Roman" w:eastAsia="Times New Roman" w:cs="Times New Roman"/>
          <w:sz w:val="24"/>
        </w:rPr>
        <w:t>act</w:t>
      </w:r>
      <w:r>
        <w:rPr>
          <w:rFonts w:ascii="Times New Roman" w:hAnsi="Times New Roman" w:eastAsia="Times New Roman" w:cs="Times New Roman"/>
          <w:sz w:val="24"/>
        </w:rPr>
        <w:t xml:space="preserve"> </w:t>
      </w:r>
      <w:r>
        <w:rPr>
          <w:rFonts w:ascii="Times New Roman" w:hAnsi="Times New Roman" w:eastAsia="Times New Roman" w:cs="Times New Roman"/>
          <w:sz w:val="24"/>
        </w:rPr>
        <w:t>together</w:t>
      </w:r>
      <w:r>
        <w:rPr>
          <w:rFonts w:ascii="Times New Roman" w:hAnsi="Times New Roman" w:eastAsia="Times New Roman" w:cs="Times New Roman"/>
          <w:sz w:val="24"/>
        </w:rPr>
        <w:t xml:space="preserve"> </w:t>
      </w:r>
      <w:r>
        <w:rPr>
          <w:rFonts w:ascii="Times New Roman" w:hAnsi="Times New Roman" w:eastAsia="Times New Roman" w:cs="Times New Roman"/>
          <w:sz w:val="24"/>
        </w:rPr>
        <w:t>unless</w:t>
      </w:r>
      <w:r>
        <w:rPr>
          <w:rFonts w:ascii="Times New Roman" w:hAnsi="Times New Roman" w:eastAsia="Times New Roman" w:cs="Times New Roman"/>
          <w:sz w:val="24"/>
        </w:rPr>
        <w:t xml:space="preserve"> </w:t>
      </w:r>
      <w:r>
        <w:rPr>
          <w:rFonts w:ascii="Times New Roman" w:hAnsi="Times New Roman" w:eastAsia="Times New Roman" w:cs="Times New Roman"/>
          <w:sz w:val="24"/>
        </w:rPr>
        <w:t>you</w:t>
      </w:r>
      <w:r>
        <w:rPr>
          <w:rFonts w:ascii="Times New Roman" w:hAnsi="Times New Roman" w:eastAsia="Times New Roman" w:cs="Times New Roman"/>
          <w:sz w:val="24"/>
        </w:rPr>
        <w:t xml:space="preserve"> </w:t>
      </w:r>
      <w:r>
        <w:rPr>
          <w:rFonts w:ascii="Times New Roman" w:hAnsi="Times New Roman" w:eastAsia="Times New Roman" w:cs="Times New Roman"/>
          <w:sz w:val="24"/>
        </w:rPr>
        <w:t>include</w:t>
      </w:r>
      <w:r>
        <w:rPr>
          <w:rFonts w:ascii="Times New Roman" w:hAnsi="Times New Roman" w:eastAsia="Times New Roman" w:cs="Times New Roman"/>
          <w:sz w:val="24"/>
        </w:rPr>
        <w:t xml:space="preserve"> </w:t>
      </w:r>
      <w:r>
        <w:rPr>
          <w:rFonts w:ascii="Times New Roman" w:hAnsi="Times New Roman" w:eastAsia="Times New Roman" w:cs="Times New Roman"/>
          <w:sz w:val="24"/>
        </w:rPr>
        <w:t>that</w:t>
      </w:r>
      <w:r>
        <w:rPr>
          <w:rFonts w:ascii="Times New Roman" w:hAnsi="Times New Roman" w:eastAsia="Times New Roman" w:cs="Times New Roman"/>
          <w:sz w:val="24"/>
        </w:rPr>
        <w:t xml:space="preserve"> </w:t>
      </w:r>
      <w:r>
        <w:rPr>
          <w:rFonts w:ascii="Times New Roman" w:hAnsi="Times New Roman" w:eastAsia="Times New Roman" w:cs="Times New Roman"/>
          <w:sz w:val="24"/>
        </w:rPr>
        <w:t>requirement</w:t>
      </w:r>
      <w:r>
        <w:rPr>
          <w:rFonts w:ascii="Times New Roman" w:hAnsi="Times New Roman" w:eastAsia="Times New Roman" w:cs="Times New Roman"/>
          <w:sz w:val="24"/>
        </w:rPr>
        <w:t xml:space="preserve"> </w:t>
      </w:r>
      <w:r>
        <w:rPr>
          <w:rFonts w:ascii="Times New Roman" w:hAnsi="Times New Roman" w:eastAsia="Times New Roman" w:cs="Times New Roman"/>
          <w:sz w:val="24"/>
        </w:rPr>
        <w:t>in</w:t>
      </w:r>
      <w:r>
        <w:rPr>
          <w:rFonts w:ascii="Times New Roman" w:hAnsi="Times New Roman" w:eastAsia="Times New Roman" w:cs="Times New Roman"/>
          <w:sz w:val="24"/>
        </w:rPr>
        <w:t xml:space="preserve"> </w:t>
      </w:r>
      <w:r>
        <w:rPr>
          <w:rFonts w:ascii="Times New Roman" w:hAnsi="Times New Roman" w:eastAsia="Times New Roman" w:cs="Times New Roman"/>
          <w:sz w:val="24"/>
        </w:rPr>
        <w:t>the</w:t>
      </w:r>
      <w:r>
        <w:rPr>
          <w:rFonts w:ascii="Times New Roman" w:hAnsi="Times New Roman" w:eastAsia="Times New Roman" w:cs="Times New Roman"/>
          <w:sz w:val="24"/>
        </w:rPr>
        <w:t xml:space="preserve"> </w:t>
      </w:r>
      <w:r>
        <w:rPr>
          <w:rFonts w:ascii="Times New Roman" w:hAnsi="Times New Roman" w:eastAsia="Times New Roman" w:cs="Times New Roman"/>
          <w:sz w:val="24"/>
        </w:rPr>
        <w:t>Additional</w:t>
      </w:r>
      <w:r>
        <w:rPr>
          <w:rFonts w:ascii="Times New Roman" w:hAnsi="Times New Roman" w:eastAsia="Times New Roman" w:cs="Times New Roman"/>
          <w:sz w:val="24"/>
        </w:rPr>
        <w:t xml:space="preserve"> </w:t>
      </w:r>
      <w:r>
        <w:rPr>
          <w:rFonts w:ascii="Times New Roman" w:hAnsi="Times New Roman" w:eastAsia="Times New Roman" w:cs="Times New Roman"/>
          <w:sz w:val="24"/>
        </w:rPr>
        <w:t>Provisions</w:t>
      </w:r>
      <w:r>
        <w:rPr>
          <w:rFonts w:ascii="Times New Roman" w:hAnsi="Times New Roman" w:eastAsia="Times New Roman" w:cs="Times New Roman"/>
          <w:sz w:val="24"/>
        </w:rPr>
        <w:t xml:space="preserve"> </w:t>
      </w:r>
      <w:r>
        <w:rPr>
          <w:rFonts w:ascii="Times New Roman" w:hAnsi="Times New Roman" w:eastAsia="Times New Roman" w:cs="Times New Roman"/>
          <w:sz w:val="24"/>
        </w:rPr>
        <w:t>and</w:t>
      </w:r>
      <w:r>
        <w:rPr>
          <w:rFonts w:ascii="Times New Roman" w:hAnsi="Times New Roman" w:eastAsia="Times New Roman" w:cs="Times New Roman"/>
          <w:sz w:val="24"/>
        </w:rPr>
        <w:t xml:space="preserve"> </w:t>
      </w:r>
      <w:r>
        <w:rPr>
          <w:rFonts w:ascii="Times New Roman" w:hAnsi="Times New Roman" w:eastAsia="Times New Roman" w:cs="Times New Roman"/>
          <w:sz w:val="24"/>
        </w:rPr>
        <w:t>Exclusions.</w:t>
      </w:r>
    </w:p>
    <w:p>
      <w:pPr>
        <w:spacing w:before="11" w:after="0"/>
      </w:pPr>
    </w:p>
    <w:p>
      <w:pPr>
        <w:spacing w:before="69" w:after="0"/>
        <w:ind w:firstLine="0"/>
      </w:pPr>
      <w:r>
        <w:rPr>
          <w:rFonts w:ascii="Times New Roman" w:hAnsi="Times New Roman" w:eastAsia="Times New Roman" w:cs="Times New Roman"/>
          <w:sz w:val="24"/>
        </w:rPr>
        <w:t>If</w:t>
      </w:r>
      <w:r>
        <w:rPr>
          <w:rFonts w:ascii="Times New Roman" w:hAnsi="Times New Roman" w:eastAsia="Times New Roman" w:cs="Times New Roman"/>
          <w:sz w:val="24"/>
        </w:rPr>
        <w:t xml:space="preserve"> </w:t>
      </w:r>
      <w:r>
        <w:rPr>
          <w:rFonts w:ascii="Times New Roman" w:hAnsi="Times New Roman" w:eastAsia="Times New Roman" w:cs="Times New Roman"/>
          <w:sz w:val="24"/>
        </w:rPr>
        <w:t>your</w:t>
      </w:r>
      <w:r>
        <w:rPr>
          <w:rFonts w:ascii="Times New Roman" w:hAnsi="Times New Roman" w:eastAsia="Times New Roman" w:cs="Times New Roman"/>
          <w:sz w:val="24"/>
        </w:rPr>
        <w:t xml:space="preserve"> </w:t>
      </w:r>
      <w:r>
        <w:rPr>
          <w:rFonts w:ascii="Times New Roman" w:hAnsi="Times New Roman" w:eastAsia="Times New Roman" w:cs="Times New Roman"/>
          <w:sz w:val="24"/>
        </w:rPr>
        <w:t>agent</w:t>
      </w:r>
      <w:r>
        <w:rPr>
          <w:rFonts w:ascii="Times New Roman" w:hAnsi="Times New Roman" w:eastAsia="Times New Roman" w:cs="Times New Roman"/>
          <w:sz w:val="24"/>
        </w:rPr>
        <w:t xml:space="preserve"> </w:t>
      </w:r>
      <w:r>
        <w:rPr>
          <w:rFonts w:ascii="Times New Roman" w:hAnsi="Times New Roman" w:eastAsia="Times New Roman" w:cs="Times New Roman"/>
          <w:sz w:val="24"/>
        </w:rPr>
        <w:t>is</w:t>
      </w:r>
      <w:r>
        <w:rPr>
          <w:rFonts w:ascii="Times New Roman" w:hAnsi="Times New Roman" w:eastAsia="Times New Roman" w:cs="Times New Roman"/>
          <w:sz w:val="24"/>
        </w:rPr>
        <w:t xml:space="preserve"> </w:t>
      </w:r>
      <w:r>
        <w:rPr>
          <w:rFonts w:ascii="Times New Roman" w:hAnsi="Times New Roman" w:eastAsia="Times New Roman" w:cs="Times New Roman"/>
          <w:sz w:val="24"/>
        </w:rPr>
        <w:t>unable</w:t>
      </w:r>
      <w:r>
        <w:rPr>
          <w:rFonts w:ascii="Times New Roman" w:hAnsi="Times New Roman" w:eastAsia="Times New Roman" w:cs="Times New Roman"/>
          <w:sz w:val="24"/>
        </w:rPr>
        <w:t xml:space="preserve"> </w:t>
      </w:r>
      <w:r>
        <w:rPr>
          <w:rFonts w:ascii="Times New Roman" w:hAnsi="Times New Roman" w:eastAsia="Times New Roman" w:cs="Times New Roman"/>
          <w:sz w:val="24"/>
        </w:rPr>
        <w:t>or</w:t>
      </w:r>
      <w:r>
        <w:rPr>
          <w:rFonts w:ascii="Times New Roman" w:hAnsi="Times New Roman" w:eastAsia="Times New Roman" w:cs="Times New Roman"/>
          <w:sz w:val="24"/>
        </w:rPr>
        <w:t xml:space="preserve"> </w:t>
      </w:r>
      <w:r>
        <w:rPr>
          <w:rFonts w:ascii="Times New Roman" w:hAnsi="Times New Roman" w:eastAsia="Times New Roman" w:cs="Times New Roman"/>
          <w:sz w:val="24"/>
        </w:rPr>
        <w:t>unwilling</w:t>
      </w:r>
      <w:r>
        <w:rPr>
          <w:rFonts w:ascii="Times New Roman" w:hAnsi="Times New Roman" w:eastAsia="Times New Roman" w:cs="Times New Roman"/>
          <w:sz w:val="24"/>
        </w:rPr>
        <w:t xml:space="preserve"> </w:t>
      </w:r>
      <w:r>
        <w:rPr>
          <w:rFonts w:ascii="Times New Roman" w:hAnsi="Times New Roman" w:eastAsia="Times New Roman" w:cs="Times New Roman"/>
          <w:sz w:val="24"/>
        </w:rPr>
        <w:t>to</w:t>
      </w:r>
      <w:r>
        <w:rPr>
          <w:rFonts w:ascii="Times New Roman" w:hAnsi="Times New Roman" w:eastAsia="Times New Roman" w:cs="Times New Roman"/>
          <w:sz w:val="24"/>
        </w:rPr>
        <w:t xml:space="preserve"> </w:t>
      </w:r>
      <w:r>
        <w:rPr>
          <w:rFonts w:ascii="Times New Roman" w:hAnsi="Times New Roman" w:eastAsia="Times New Roman" w:cs="Times New Roman"/>
          <w:sz w:val="24"/>
        </w:rPr>
        <w:t>act</w:t>
      </w:r>
      <w:r>
        <w:rPr>
          <w:rFonts w:ascii="Times New Roman" w:hAnsi="Times New Roman" w:eastAsia="Times New Roman" w:cs="Times New Roman"/>
          <w:sz w:val="24"/>
        </w:rPr>
        <w:t xml:space="preserve"> </w:t>
      </w:r>
      <w:r>
        <w:rPr>
          <w:rFonts w:ascii="Times New Roman" w:hAnsi="Times New Roman" w:eastAsia="Times New Roman" w:cs="Times New Roman"/>
          <w:sz w:val="24"/>
        </w:rPr>
        <w:t>for</w:t>
      </w:r>
      <w:r>
        <w:rPr>
          <w:rFonts w:ascii="Times New Roman" w:hAnsi="Times New Roman" w:eastAsia="Times New Roman" w:cs="Times New Roman"/>
          <w:sz w:val="24"/>
        </w:rPr>
        <w:t xml:space="preserve"> </w:t>
      </w:r>
      <w:r>
        <w:rPr>
          <w:rFonts w:ascii="Times New Roman" w:hAnsi="Times New Roman" w:eastAsia="Times New Roman" w:cs="Times New Roman"/>
          <w:sz w:val="24"/>
        </w:rPr>
        <w:t>you,</w:t>
      </w:r>
      <w:r>
        <w:rPr>
          <w:rFonts w:ascii="Times New Roman" w:hAnsi="Times New Roman" w:eastAsia="Times New Roman" w:cs="Times New Roman"/>
          <w:sz w:val="24"/>
        </w:rPr>
        <w:t xml:space="preserve"> </w:t>
      </w:r>
      <w:r>
        <w:rPr>
          <w:rFonts w:ascii="Times New Roman" w:hAnsi="Times New Roman" w:eastAsia="Times New Roman" w:cs="Times New Roman"/>
          <w:sz w:val="24"/>
        </w:rPr>
        <w:t>your</w:t>
      </w:r>
      <w:r>
        <w:rPr>
          <w:rFonts w:ascii="Times New Roman" w:hAnsi="Times New Roman" w:eastAsia="Times New Roman" w:cs="Times New Roman"/>
          <w:sz w:val="24"/>
        </w:rPr>
        <w:t xml:space="preserve"> </w:t>
      </w:r>
      <w:r>
        <w:rPr>
          <w:rFonts w:ascii="Times New Roman" w:hAnsi="Times New Roman" w:eastAsia="Times New Roman" w:cs="Times New Roman"/>
          <w:sz w:val="24"/>
        </w:rPr>
        <w:t>power</w:t>
      </w:r>
      <w:r>
        <w:rPr>
          <w:rFonts w:ascii="Times New Roman" w:hAnsi="Times New Roman" w:eastAsia="Times New Roman" w:cs="Times New Roman"/>
          <w:sz w:val="24"/>
        </w:rPr>
        <w:t xml:space="preserve"> </w:t>
      </w:r>
      <w:r>
        <w:rPr>
          <w:rFonts w:ascii="Times New Roman" w:hAnsi="Times New Roman" w:eastAsia="Times New Roman" w:cs="Times New Roman"/>
          <w:sz w:val="24"/>
        </w:rPr>
        <w:t>of</w:t>
      </w:r>
      <w:r>
        <w:rPr>
          <w:rFonts w:ascii="Times New Roman" w:hAnsi="Times New Roman" w:eastAsia="Times New Roman" w:cs="Times New Roman"/>
          <w:sz w:val="24"/>
        </w:rPr>
        <w:t xml:space="preserve"> </w:t>
      </w:r>
      <w:r>
        <w:rPr>
          <w:rFonts w:ascii="Times New Roman" w:hAnsi="Times New Roman" w:eastAsia="Times New Roman" w:cs="Times New Roman"/>
          <w:sz w:val="24"/>
        </w:rPr>
        <w:t>attorney</w:t>
      </w:r>
      <w:r>
        <w:rPr>
          <w:rFonts w:ascii="Times New Roman" w:hAnsi="Times New Roman" w:eastAsia="Times New Roman" w:cs="Times New Roman"/>
          <w:sz w:val="24"/>
        </w:rPr>
        <w:t xml:space="preserve"> </w:t>
      </w:r>
      <w:r>
        <w:rPr>
          <w:rFonts w:ascii="Times New Roman" w:hAnsi="Times New Roman" w:eastAsia="Times New Roman" w:cs="Times New Roman"/>
          <w:sz w:val="24"/>
        </w:rPr>
        <w:t>will</w:t>
      </w:r>
      <w:r>
        <w:rPr>
          <w:rFonts w:ascii="Times New Roman" w:hAnsi="Times New Roman" w:eastAsia="Times New Roman" w:cs="Times New Roman"/>
          <w:sz w:val="24"/>
        </w:rPr>
        <w:t xml:space="preserve"> </w:t>
      </w:r>
      <w:r>
        <w:rPr>
          <w:rFonts w:ascii="Times New Roman" w:hAnsi="Times New Roman" w:eastAsia="Times New Roman" w:cs="Times New Roman"/>
          <w:sz w:val="24"/>
        </w:rPr>
        <w:t>end</w:t>
      </w:r>
      <w:r>
        <w:rPr>
          <w:rFonts w:ascii="Times New Roman" w:hAnsi="Times New Roman" w:eastAsia="Times New Roman" w:cs="Times New Roman"/>
          <w:sz w:val="24"/>
        </w:rPr>
        <w:t xml:space="preserve"> </w:t>
      </w:r>
      <w:r>
        <w:rPr>
          <w:rFonts w:ascii="Times New Roman" w:hAnsi="Times New Roman" w:eastAsia="Times New Roman" w:cs="Times New Roman"/>
          <w:sz w:val="24"/>
        </w:rPr>
        <w:t>unless</w:t>
      </w:r>
      <w:r>
        <w:rPr>
          <w:rFonts w:ascii="Times New Roman" w:hAnsi="Times New Roman" w:eastAsia="Times New Roman" w:cs="Times New Roman"/>
          <w:sz w:val="24"/>
        </w:rPr>
        <w:t xml:space="preserve"> </w:t>
      </w:r>
      <w:r>
        <w:rPr>
          <w:rFonts w:ascii="Times New Roman" w:hAnsi="Times New Roman" w:eastAsia="Times New Roman" w:cs="Times New Roman"/>
          <w:sz w:val="24"/>
        </w:rPr>
        <w:t>you</w:t>
      </w:r>
      <w:r>
        <w:rPr>
          <w:rFonts w:ascii="Times New Roman" w:hAnsi="Times New Roman" w:eastAsia="Times New Roman" w:cs="Times New Roman"/>
          <w:sz w:val="24"/>
        </w:rPr>
        <w:t xml:space="preserve"> </w:t>
      </w:r>
      <w:r>
        <w:rPr>
          <w:rFonts w:ascii="Times New Roman" w:hAnsi="Times New Roman" w:eastAsia="Times New Roman" w:cs="Times New Roman"/>
          <w:sz w:val="24"/>
        </w:rPr>
        <w:t>have named</w:t>
      </w:r>
      <w:r>
        <w:rPr>
          <w:rFonts w:ascii="Times New Roman" w:hAnsi="Times New Roman" w:eastAsia="Times New Roman" w:cs="Times New Roman"/>
          <w:sz w:val="24"/>
        </w:rPr>
        <w:t xml:space="preserve"> </w:t>
      </w:r>
      <w:r>
        <w:rPr>
          <w:rFonts w:ascii="Times New Roman" w:hAnsi="Times New Roman" w:eastAsia="Times New Roman" w:cs="Times New Roman"/>
          <w:sz w:val="24"/>
        </w:rPr>
        <w:t>a</w:t>
      </w:r>
      <w:r>
        <w:rPr>
          <w:rFonts w:ascii="Times New Roman" w:hAnsi="Times New Roman" w:eastAsia="Times New Roman" w:cs="Times New Roman"/>
          <w:sz w:val="24"/>
        </w:rPr>
        <w:t xml:space="preserve"> successor</w:t>
      </w:r>
      <w:r>
        <w:rPr>
          <w:rFonts w:ascii="Times New Roman" w:hAnsi="Times New Roman" w:eastAsia="Times New Roman" w:cs="Times New Roman"/>
          <w:sz w:val="24"/>
        </w:rPr>
        <w:t xml:space="preserve"> </w:t>
      </w:r>
      <w:r>
        <w:rPr>
          <w:rFonts w:ascii="Times New Roman" w:hAnsi="Times New Roman" w:eastAsia="Times New Roman" w:cs="Times New Roman"/>
          <w:sz w:val="24"/>
        </w:rPr>
        <w:t>agent.</w:t>
      </w:r>
      <w:r>
        <w:rPr>
          <w:rFonts w:ascii="Times New Roman" w:hAnsi="Times New Roman" w:eastAsia="Times New Roman" w:cs="Times New Roman"/>
          <w:sz w:val="24"/>
        </w:rPr>
        <w:t xml:space="preserve">  You </w:t>
      </w:r>
      <w:r>
        <w:rPr>
          <w:rFonts w:ascii="Times New Roman" w:hAnsi="Times New Roman" w:eastAsia="Times New Roman" w:cs="Times New Roman"/>
          <w:sz w:val="24"/>
        </w:rPr>
        <w:t>may</w:t>
      </w:r>
      <w:r>
        <w:rPr>
          <w:rFonts w:ascii="Times New Roman" w:hAnsi="Times New Roman" w:eastAsia="Times New Roman" w:cs="Times New Roman"/>
          <w:sz w:val="24"/>
        </w:rPr>
        <w:t xml:space="preserve"> </w:t>
      </w:r>
      <w:r>
        <w:rPr>
          <w:rFonts w:ascii="Times New Roman" w:hAnsi="Times New Roman" w:eastAsia="Times New Roman" w:cs="Times New Roman"/>
          <w:sz w:val="24"/>
        </w:rPr>
        <w:t>also</w:t>
      </w:r>
      <w:r>
        <w:rPr>
          <w:rFonts w:ascii="Times New Roman" w:hAnsi="Times New Roman" w:eastAsia="Times New Roman" w:cs="Times New Roman"/>
          <w:sz w:val="24"/>
        </w:rPr>
        <w:t xml:space="preserve"> name</w:t>
      </w:r>
      <w:r>
        <w:rPr>
          <w:rFonts w:ascii="Times New Roman" w:hAnsi="Times New Roman" w:eastAsia="Times New Roman" w:cs="Times New Roman"/>
          <w:sz w:val="24"/>
        </w:rPr>
        <w:t xml:space="preserve"> </w:t>
      </w:r>
      <w:r>
        <w:rPr>
          <w:rFonts w:ascii="Times New Roman" w:hAnsi="Times New Roman" w:eastAsia="Times New Roman" w:cs="Times New Roman"/>
          <w:sz w:val="24"/>
        </w:rPr>
        <w:t>a</w:t>
      </w:r>
      <w:r>
        <w:rPr>
          <w:rFonts w:ascii="Times New Roman" w:hAnsi="Times New Roman" w:eastAsia="Times New Roman" w:cs="Times New Roman"/>
          <w:sz w:val="24"/>
        </w:rPr>
        <w:t xml:space="preserve"> </w:t>
      </w:r>
      <w:r>
        <w:rPr>
          <w:rFonts w:ascii="Times New Roman" w:hAnsi="Times New Roman" w:eastAsia="Times New Roman" w:cs="Times New Roman"/>
          <w:sz w:val="24"/>
        </w:rPr>
        <w:t>second</w:t>
      </w:r>
      <w:r>
        <w:rPr>
          <w:rFonts w:ascii="Times New Roman" w:hAnsi="Times New Roman" w:eastAsia="Times New Roman" w:cs="Times New Roman"/>
          <w:sz w:val="24"/>
        </w:rPr>
        <w:t xml:space="preserve"> </w:t>
      </w:r>
      <w:r>
        <w:rPr>
          <w:rFonts w:ascii="Times New Roman" w:hAnsi="Times New Roman" w:eastAsia="Times New Roman" w:cs="Times New Roman"/>
          <w:sz w:val="24"/>
        </w:rPr>
        <w:t>successor</w:t>
      </w:r>
      <w:r>
        <w:rPr>
          <w:rFonts w:ascii="Times New Roman" w:hAnsi="Times New Roman" w:eastAsia="Times New Roman" w:cs="Times New Roman"/>
          <w:sz w:val="24"/>
        </w:rPr>
        <w:t xml:space="preserve"> </w:t>
      </w:r>
      <w:r>
        <w:rPr>
          <w:rFonts w:ascii="Times New Roman" w:hAnsi="Times New Roman" w:eastAsia="Times New Roman" w:cs="Times New Roman"/>
          <w:sz w:val="24"/>
        </w:rPr>
        <w:t>agent.</w:t>
      </w:r>
    </w:p>
    <w:p>
      <w:pPr>
        <w:spacing w:before="11" w:after="0"/>
      </w:pPr>
    </w:p>
    <w:p>
      <w:pPr>
        <w:spacing w:before="69" w:after="0"/>
        <w:ind w:firstLine="0"/>
      </w:pPr>
      <w:r>
        <w:rPr>
          <w:rFonts w:ascii="Times New Roman" w:hAnsi="Times New Roman" w:eastAsia="Times New Roman" w:cs="Times New Roman"/>
          <w:sz w:val="24"/>
        </w:rPr>
        <w:t xml:space="preserve">This </w:t>
      </w:r>
      <w:r>
        <w:rPr>
          <w:rFonts w:ascii="Times New Roman" w:hAnsi="Times New Roman" w:eastAsia="Times New Roman" w:cs="Times New Roman"/>
          <w:sz w:val="24"/>
        </w:rPr>
        <w:t>power</w:t>
      </w:r>
      <w:r>
        <w:rPr>
          <w:rFonts w:ascii="Times New Roman" w:hAnsi="Times New Roman" w:eastAsia="Times New Roman" w:cs="Times New Roman"/>
          <w:sz w:val="24"/>
        </w:rPr>
        <w:t xml:space="preserve"> of</w:t>
      </w:r>
      <w:r>
        <w:rPr>
          <w:rFonts w:ascii="Times New Roman" w:hAnsi="Times New Roman" w:eastAsia="Times New Roman" w:cs="Times New Roman"/>
          <w:sz w:val="24"/>
        </w:rPr>
        <w:t xml:space="preserve"> </w:t>
      </w:r>
      <w:r>
        <w:rPr>
          <w:rFonts w:ascii="Times New Roman" w:hAnsi="Times New Roman" w:eastAsia="Times New Roman" w:cs="Times New Roman"/>
          <w:sz w:val="24"/>
        </w:rPr>
        <w:t>attorney</w:t>
      </w:r>
      <w:r>
        <w:rPr>
          <w:rFonts w:ascii="Times New Roman" w:hAnsi="Times New Roman" w:eastAsia="Times New Roman" w:cs="Times New Roman"/>
          <w:sz w:val="24"/>
        </w:rPr>
        <w:t xml:space="preserve"> </w:t>
      </w:r>
      <w:r>
        <w:rPr>
          <w:rFonts w:ascii="Times New Roman" w:hAnsi="Times New Roman" w:eastAsia="Times New Roman" w:cs="Times New Roman"/>
          <w:sz w:val="24"/>
        </w:rPr>
        <w:t>becomes</w:t>
      </w:r>
      <w:r>
        <w:rPr>
          <w:rFonts w:ascii="Times New Roman" w:hAnsi="Times New Roman" w:eastAsia="Times New Roman" w:cs="Times New Roman"/>
          <w:sz w:val="24"/>
        </w:rPr>
        <w:t xml:space="preserve"> </w:t>
      </w:r>
      <w:r>
        <w:rPr>
          <w:rFonts w:ascii="Times New Roman" w:hAnsi="Times New Roman" w:eastAsia="Times New Roman" w:cs="Times New Roman"/>
          <w:sz w:val="24"/>
        </w:rPr>
        <w:t>effective immediately.</w:t>
      </w:r>
    </w:p>
    <w:p>
      <w:pPr>
        <w:spacing w:before="11" w:after="0"/>
      </w:pPr>
    </w:p>
    <w:p>
      <w:pPr>
        <w:jc w:val="both"/>
      </w:pPr>
      <w:r>
        <w:rPr>
          <w:rFonts w:ascii="Times New Roman" w:hAnsi="Times New Roman" w:eastAsia="Times New Roman" w:cs="Times New Roman"/>
          <w:sz w:val="24"/>
        </w:rPr>
        <w:t>If</w:t>
      </w:r>
      <w:r>
        <w:rPr>
          <w:rFonts w:ascii="Times New Roman" w:hAnsi="Times New Roman" w:eastAsia="Times New Roman" w:cs="Times New Roman"/>
          <w:sz w:val="24"/>
        </w:rPr>
        <w:t xml:space="preserve"> </w:t>
      </w:r>
      <w:r>
        <w:rPr>
          <w:rFonts w:ascii="Times New Roman" w:hAnsi="Times New Roman" w:eastAsia="Times New Roman" w:cs="Times New Roman"/>
          <w:sz w:val="24"/>
        </w:rPr>
        <w:t>you</w:t>
      </w:r>
      <w:r>
        <w:rPr>
          <w:rFonts w:ascii="Times New Roman" w:hAnsi="Times New Roman" w:eastAsia="Times New Roman" w:cs="Times New Roman"/>
          <w:sz w:val="24"/>
        </w:rPr>
        <w:t xml:space="preserve"> </w:t>
      </w:r>
      <w:r>
        <w:rPr>
          <w:rFonts w:ascii="Times New Roman" w:hAnsi="Times New Roman" w:eastAsia="Times New Roman" w:cs="Times New Roman"/>
          <w:sz w:val="24"/>
        </w:rPr>
        <w:t>have</w:t>
      </w:r>
      <w:r>
        <w:rPr>
          <w:rFonts w:ascii="Times New Roman" w:hAnsi="Times New Roman" w:eastAsia="Times New Roman" w:cs="Times New Roman"/>
          <w:sz w:val="24"/>
        </w:rPr>
        <w:t xml:space="preserve"> </w:t>
      </w:r>
      <w:r>
        <w:rPr>
          <w:rFonts w:ascii="Times New Roman" w:hAnsi="Times New Roman" w:eastAsia="Times New Roman" w:cs="Times New Roman"/>
          <w:sz w:val="24"/>
        </w:rPr>
        <w:t>questions</w:t>
      </w:r>
      <w:r>
        <w:rPr>
          <w:rFonts w:ascii="Times New Roman" w:hAnsi="Times New Roman" w:eastAsia="Times New Roman" w:cs="Times New Roman"/>
          <w:sz w:val="24"/>
        </w:rPr>
        <w:t xml:space="preserve"> about the</w:t>
      </w:r>
      <w:r>
        <w:rPr>
          <w:rFonts w:ascii="Times New Roman" w:hAnsi="Times New Roman" w:eastAsia="Times New Roman" w:cs="Times New Roman"/>
          <w:sz w:val="24"/>
        </w:rPr>
        <w:t xml:space="preserve"> </w:t>
      </w:r>
      <w:r>
        <w:rPr>
          <w:rFonts w:ascii="Times New Roman" w:hAnsi="Times New Roman" w:eastAsia="Times New Roman" w:cs="Times New Roman"/>
          <w:sz w:val="24"/>
        </w:rPr>
        <w:t>powe</w:t>
      </w:r>
      <w:r>
        <w:rPr>
          <w:rFonts w:ascii="Times New Roman" w:hAnsi="Times New Roman" w:eastAsia="Times New Roman" w:cs="Times New Roman"/>
          <w:sz w:val="24"/>
        </w:rPr>
        <w:t>r</w:t>
      </w:r>
      <w:r>
        <w:rPr>
          <w:rFonts w:ascii="Times New Roman" w:hAnsi="Times New Roman" w:eastAsia="Times New Roman" w:cs="Times New Roman"/>
          <w:sz w:val="24"/>
        </w:rPr>
        <w:t xml:space="preserve"> </w:t>
      </w:r>
      <w:r>
        <w:rPr>
          <w:rFonts w:ascii="Times New Roman" w:hAnsi="Times New Roman" w:eastAsia="Times New Roman" w:cs="Times New Roman"/>
          <w:sz w:val="24"/>
        </w:rPr>
        <w:t>of</w:t>
      </w:r>
      <w:r>
        <w:rPr>
          <w:rFonts w:ascii="Times New Roman" w:hAnsi="Times New Roman" w:eastAsia="Times New Roman" w:cs="Times New Roman"/>
          <w:sz w:val="24"/>
        </w:rPr>
        <w:t xml:space="preserve"> </w:t>
      </w:r>
      <w:r>
        <w:rPr>
          <w:rFonts w:ascii="Times New Roman" w:hAnsi="Times New Roman" w:eastAsia="Times New Roman" w:cs="Times New Roman"/>
          <w:sz w:val="24"/>
        </w:rPr>
        <w:t>attorney</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or the </w:t>
      </w:r>
      <w:r>
        <w:rPr>
          <w:rFonts w:ascii="Times New Roman" w:hAnsi="Times New Roman" w:eastAsia="Times New Roman" w:cs="Times New Roman"/>
          <w:sz w:val="24"/>
        </w:rPr>
        <w:t>authority</w:t>
      </w:r>
      <w:r>
        <w:rPr>
          <w:rFonts w:ascii="Times New Roman" w:hAnsi="Times New Roman" w:eastAsia="Times New Roman" w:cs="Times New Roman"/>
          <w:sz w:val="24"/>
        </w:rPr>
        <w:t xml:space="preserve"> </w:t>
      </w:r>
      <w:r>
        <w:rPr>
          <w:rFonts w:ascii="Times New Roman" w:hAnsi="Times New Roman" w:eastAsia="Times New Roman" w:cs="Times New Roman"/>
          <w:sz w:val="24"/>
        </w:rPr>
        <w:t>you</w:t>
      </w:r>
      <w:r>
        <w:rPr>
          <w:rFonts w:ascii="Times New Roman" w:hAnsi="Times New Roman" w:eastAsia="Times New Roman" w:cs="Times New Roman"/>
          <w:sz w:val="24"/>
        </w:rPr>
        <w:t xml:space="preserve"> are granting</w:t>
      </w:r>
      <w:r>
        <w:rPr>
          <w:rFonts w:ascii="Times New Roman" w:hAnsi="Times New Roman" w:eastAsia="Times New Roman" w:cs="Times New Roman"/>
          <w:sz w:val="24"/>
        </w:rPr>
        <w:t xml:space="preserve"> </w:t>
      </w:r>
      <w:r>
        <w:rPr>
          <w:rFonts w:ascii="Times New Roman" w:hAnsi="Times New Roman" w:eastAsia="Times New Roman" w:cs="Times New Roman"/>
          <w:sz w:val="24"/>
        </w:rPr>
        <w:t>to</w:t>
      </w:r>
      <w:r>
        <w:rPr>
          <w:rFonts w:ascii="Times New Roman" w:hAnsi="Times New Roman" w:eastAsia="Times New Roman" w:cs="Times New Roman"/>
          <w:sz w:val="24"/>
        </w:rPr>
        <w:t xml:space="preserve"> </w:t>
      </w:r>
      <w:r>
        <w:rPr>
          <w:rFonts w:ascii="Times New Roman" w:hAnsi="Times New Roman" w:eastAsia="Times New Roman" w:cs="Times New Roman"/>
          <w:sz w:val="24"/>
        </w:rPr>
        <w:t>your</w:t>
      </w:r>
      <w:r>
        <w:rPr>
          <w:rFonts w:ascii="Times New Roman" w:hAnsi="Times New Roman" w:eastAsia="Times New Roman" w:cs="Times New Roman"/>
          <w:sz w:val="24"/>
        </w:rPr>
        <w:t xml:space="preserve"> </w:t>
      </w:r>
      <w:r>
        <w:rPr>
          <w:rFonts w:ascii="Times New Roman" w:hAnsi="Times New Roman" w:eastAsia="Times New Roman" w:cs="Times New Roman"/>
          <w:sz w:val="24"/>
        </w:rPr>
        <w:t>agent,</w:t>
      </w:r>
      <w:r>
        <w:rPr>
          <w:rFonts w:ascii="Times New Roman" w:hAnsi="Times New Roman" w:eastAsia="Times New Roman" w:cs="Times New Roman"/>
          <w:sz w:val="24"/>
        </w:rPr>
        <w:t xml:space="preserve"> </w:t>
      </w:r>
      <w:r>
        <w:rPr>
          <w:rFonts w:ascii="Times New Roman" w:hAnsi="Times New Roman" w:eastAsia="Times New Roman" w:cs="Times New Roman"/>
          <w:sz w:val="24"/>
        </w:rPr>
        <w:t>you</w:t>
      </w:r>
      <w:r>
        <w:rPr>
          <w:rFonts w:ascii="Times New Roman" w:hAnsi="Times New Roman" w:eastAsia="Times New Roman" w:cs="Times New Roman"/>
          <w:sz w:val="24"/>
        </w:rPr>
        <w:t xml:space="preserve"> </w:t>
      </w:r>
      <w:r>
        <w:rPr>
          <w:rFonts w:ascii="Times New Roman" w:hAnsi="Times New Roman" w:eastAsia="Times New Roman" w:cs="Times New Roman"/>
          <w:sz w:val="24"/>
        </w:rPr>
        <w:t>should</w:t>
      </w:r>
      <w:r>
        <w:rPr>
          <w:rFonts w:ascii="Times New Roman" w:hAnsi="Times New Roman" w:eastAsia="Times New Roman" w:cs="Times New Roman"/>
          <w:sz w:val="24"/>
        </w:rPr>
        <w:t xml:space="preserve"> </w:t>
      </w:r>
      <w:r>
        <w:rPr>
          <w:rFonts w:ascii="Times New Roman" w:hAnsi="Times New Roman" w:eastAsia="Times New Roman" w:cs="Times New Roman"/>
          <w:sz w:val="24"/>
        </w:rPr>
        <w:t>seek</w:t>
      </w:r>
      <w:r>
        <w:rPr>
          <w:rFonts w:ascii="Times New Roman" w:hAnsi="Times New Roman" w:eastAsia="Times New Roman" w:cs="Times New Roman"/>
          <w:sz w:val="24"/>
        </w:rPr>
        <w:t xml:space="preserve"> </w:t>
      </w:r>
      <w:r>
        <w:rPr>
          <w:rFonts w:ascii="Times New Roman" w:hAnsi="Times New Roman" w:eastAsia="Times New Roman" w:cs="Times New Roman"/>
          <w:sz w:val="24"/>
        </w:rPr>
        <w:t>legal</w:t>
      </w:r>
      <w:r>
        <w:rPr>
          <w:rFonts w:ascii="Times New Roman" w:hAnsi="Times New Roman" w:eastAsia="Times New Roman" w:cs="Times New Roman"/>
          <w:sz w:val="24"/>
        </w:rPr>
        <w:t xml:space="preserve"> </w:t>
      </w:r>
      <w:r>
        <w:rPr>
          <w:rFonts w:ascii="Times New Roman" w:hAnsi="Times New Roman" w:eastAsia="Times New Roman" w:cs="Times New Roman"/>
          <w:sz w:val="24"/>
        </w:rPr>
        <w:t>advice</w:t>
      </w:r>
      <w:r>
        <w:rPr>
          <w:rFonts w:ascii="Times New Roman" w:hAnsi="Times New Roman" w:eastAsia="Times New Roman" w:cs="Times New Roman"/>
          <w:sz w:val="24"/>
        </w:rPr>
        <w:t xml:space="preserve"> </w:t>
      </w:r>
      <w:r>
        <w:rPr>
          <w:rFonts w:ascii="Times New Roman" w:hAnsi="Times New Roman" w:eastAsia="Times New Roman" w:cs="Times New Roman"/>
          <w:sz w:val="24"/>
        </w:rPr>
        <w:t>before</w:t>
      </w:r>
      <w:r>
        <w:rPr>
          <w:rFonts w:ascii="Times New Roman" w:hAnsi="Times New Roman" w:eastAsia="Times New Roman" w:cs="Times New Roman"/>
          <w:sz w:val="24"/>
        </w:rPr>
        <w:t xml:space="preserve"> </w:t>
      </w:r>
      <w:r>
        <w:rPr>
          <w:rFonts w:ascii="Times New Roman" w:hAnsi="Times New Roman" w:eastAsia="Times New Roman" w:cs="Times New Roman"/>
          <w:sz w:val="24"/>
        </w:rPr>
        <w:t>signing</w:t>
      </w:r>
      <w:r>
        <w:rPr>
          <w:rFonts w:ascii="Times New Roman" w:hAnsi="Times New Roman" w:eastAsia="Times New Roman" w:cs="Times New Roman"/>
          <w:sz w:val="24"/>
        </w:rPr>
        <w:t xml:space="preserve"> </w:t>
      </w:r>
      <w:r>
        <w:rPr>
          <w:rFonts w:ascii="Times New Roman" w:hAnsi="Times New Roman" w:eastAsia="Times New Roman" w:cs="Times New Roman"/>
          <w:sz w:val="24"/>
        </w:rPr>
        <w:t>this</w:t>
      </w:r>
      <w:r>
        <w:rPr>
          <w:rFonts w:ascii="Times New Roman" w:hAnsi="Times New Roman" w:eastAsia="Times New Roman" w:cs="Times New Roman"/>
          <w:sz w:val="24"/>
        </w:rPr>
        <w:t xml:space="preserve"> </w:t>
      </w:r>
      <w:r>
        <w:rPr>
          <w:rFonts w:ascii="Times New Roman" w:hAnsi="Times New Roman" w:eastAsia="Times New Roman" w:cs="Times New Roman"/>
          <w:sz w:val="24"/>
        </w:rPr>
        <w:t>form.</w:t>
      </w:r>
    </w:p>
    <w:p>
      <w:pPr>
        <w:jc w:val="both"/>
      </w:pPr>
    </w:p>
    <w:p>
      <w:pPr>
        <w:spacing w:before="0" w:after="160" w:line="259" w:lineRule="auto"/>
      </w:pPr>
    </w:p>
    <w:p>
      <w:pPr>
        <w:spacing w:before="0" w:after="0"/>
        <w:jc w:val="center"/>
      </w:pPr>
      <w:r>
        <w:rPr>
          <w:rFonts w:ascii="Times New Roman" w:hAnsi="Times New Roman" w:eastAsia="Times New Roman" w:cs="Times New Roman"/>
          <w:b/>
          <w:sz w:val="24"/>
        </w:rPr>
        <w:t>DESIGNATION OF AGENT</w:t>
      </w:r>
    </w:p>
    <w:p>
      <w:pPr>
        <w:jc w:val="both"/>
      </w:pPr>
    </w:p>
    <w:p>
      <w:pPr>
        <w:jc w:val="both"/>
      </w:pPr>
      <w:r>
        <w:rPr>
          <w:rFonts w:ascii="Times New Roman" w:hAnsi="Times New Roman" w:eastAsia="Times New Roman" w:cs="Times New Roman"/>
          <w:sz w:val="24"/>
        </w:rPr>
        <w:t xml:space="preserve">I, </w:t>
      </w:r>
      <w:r>
        <w:rPr>
          <w:rFonts w:ascii="Times New Roman" w:hAnsi="Times New Roman" w:eastAsia="Times New Roman" w:cs="Times New Roman"/>
          <w:sz w:val="24"/>
        </w:rPr>
        <w:t>[NAME]</w:t>
      </w:r>
      <w:r>
        <w:rPr>
          <w:rFonts w:ascii="Times New Roman" w:hAnsi="Times New Roman" w:eastAsia="Times New Roman" w:cs="Times New Roman"/>
          <w:sz w:val="24"/>
        </w:rPr>
        <w:t xml:space="preserve"> name the following person as my agent:</w:t>
      </w:r>
    </w:p>
    <w:p>
      <w:pPr>
        <w:ind w:firstLine="720"/>
        <w:jc w:val="both"/>
      </w:pPr>
    </w:p>
    <w:p>
      <w:pPr>
        <w:jc w:val="both"/>
      </w:pPr>
    </w:p>
    <w:p>
      <w:pPr>
        <w:jc w:val="both"/>
      </w:pPr>
      <w:r>
        <w:rPr>
          <w:rFonts w:ascii="Times New Roman" w:hAnsi="Times New Roman" w:eastAsia="Times New Roman" w:cs="Times New Roman"/>
          <w:sz w:val="24"/>
        </w:rPr>
        <w:t>Name of Agent:</w:t>
        <w:tab/>
      </w:r>
      <w:r>
        <w:rPr>
          <w:rFonts w:ascii="Times New Roman" w:hAnsi="Times New Roman" w:eastAsia="Times New Roman" w:cs="Times New Roman"/>
          <w:sz w:val="24"/>
        </w:rPr>
        <w:t>[NAME]</w:t>
      </w:r>
    </w:p>
    <w:p>
      <w:pPr>
        <w:jc w:val="both"/>
      </w:pPr>
    </w:p>
    <w:p>
      <w:pPr>
        <w:jc w:val="center"/>
      </w:pPr>
      <w:r>
        <w:rPr>
          <w:rFonts w:ascii="Times New Roman" w:hAnsi="Times New Roman" w:eastAsia="Times New Roman" w:cs="Times New Roman"/>
          <w:b/>
          <w:sz w:val="24"/>
        </w:rPr>
        <w:t>DESIGNATION OF SUCCESSOR AGENT(S)</w:t>
      </w:r>
    </w:p>
    <w:p>
      <w:pPr>
        <w:jc w:val="center"/>
      </w:pPr>
      <w:r>
        <w:rPr>
          <w:rFonts w:ascii="Times New Roman" w:hAnsi="Times New Roman" w:eastAsia="Times New Roman" w:cs="Times New Roman"/>
          <w:b/>
          <w:sz w:val="24"/>
        </w:rPr>
        <w:t>(OPTIONAL)</w:t>
      </w:r>
    </w:p>
    <w:p>
      <w:pPr>
        <w:jc w:val="both"/>
      </w:pPr>
    </w:p>
    <w:p>
      <w:pPr>
        <w:jc w:val="both"/>
      </w:pPr>
      <w:r>
        <w:rPr>
          <w:rFonts w:ascii="Times New Roman" w:hAnsi="Times New Roman" w:eastAsia="Times New Roman" w:cs="Times New Roman"/>
          <w:sz w:val="24"/>
        </w:rPr>
        <w:t>If my agent is unable or unwilling to act for me, I name as my successor agent:</w:t>
      </w:r>
    </w:p>
    <w:p>
      <w:pPr>
        <w:jc w:val="both"/>
      </w:pPr>
    </w:p>
    <w:p>
      <w:pPr>
        <w:jc w:val="both"/>
      </w:pPr>
      <w:r>
        <w:rPr>
          <w:rFonts w:ascii="Times New Roman" w:hAnsi="Times New Roman" w:eastAsia="Times New Roman" w:cs="Times New Roman"/>
          <w:sz w:val="24"/>
        </w:rPr>
        <w:t>Name of Successor Agent:</w:t>
        <w:tab/>
      </w:r>
      <w:r>
        <w:rPr>
          <w:rFonts w:ascii="Times New Roman" w:hAnsi="Times New Roman" w:eastAsia="Times New Roman" w:cs="Times New Roman"/>
          <w:sz w:val="24"/>
        </w:rPr>
        <w:t>[NAME]</w:t>
      </w:r>
    </w:p>
    <w:p>
      <w:pPr>
        <w:jc w:val="both"/>
      </w:pPr>
    </w:p>
    <w:p>
      <w:pPr>
        <w:jc w:val="both"/>
      </w:pPr>
      <w:r>
        <w:rPr>
          <w:rFonts w:ascii="Times New Roman" w:hAnsi="Times New Roman" w:eastAsia="Times New Roman" w:cs="Times New Roman"/>
          <w:sz w:val="24"/>
        </w:rPr>
        <w:t>If my successor agent is unable or unwilling to act for me, I name as my second successor agent:</w:t>
      </w:r>
    </w:p>
    <w:p>
      <w:pPr>
        <w:jc w:val="both"/>
      </w:pPr>
    </w:p>
    <w:p>
      <w:pPr>
        <w:jc w:val="both"/>
      </w:pPr>
      <w:r>
        <w:rPr>
          <w:rFonts w:ascii="Times New Roman" w:hAnsi="Times New Roman" w:eastAsia="Times New Roman" w:cs="Times New Roman"/>
          <w:sz w:val="24"/>
        </w:rPr>
        <w:t>Name of Second Successor Agent:</w:t>
        <w:tab/>
      </w:r>
      <w:r>
        <w:rPr>
          <w:rFonts w:ascii="Times New Roman" w:hAnsi="Times New Roman" w:eastAsia="Times New Roman" w:cs="Times New Roman"/>
          <w:sz w:val="24"/>
        </w:rPr>
        <w:t>[NAME]</w:t>
      </w:r>
    </w:p>
    <w:p>
      <w:pPr>
        <w:jc w:val="both"/>
      </w:pPr>
    </w:p>
    <w:p>
      <w:pPr>
        <w:jc w:val="both"/>
      </w:pPr>
      <w:r>
        <w:rPr>
          <w:rFonts w:ascii="Times New Roman" w:hAnsi="Times New Roman" w:eastAsia="Times New Roman" w:cs="Times New Roman"/>
          <w:sz w:val="24"/>
        </w:rPr>
        <w:t>INITIAL below if you want to give an agent the power to name a successor agent.</w:t>
      </w:r>
    </w:p>
    <w:p>
      <w:pPr>
        <w:jc w:val="both"/>
      </w:pPr>
    </w:p>
    <w:p>
      <w:pPr>
        <w:ind w:hanging="720"/>
        <w:jc w:val="both"/>
      </w:pPr>
      <w:r>
        <w:rPr>
          <w:rFonts w:ascii="Times New Roman" w:hAnsi="Times New Roman" w:eastAsia="Times New Roman" w:cs="Times New Roman"/>
          <w:sz w:val="24"/>
        </w:rPr>
        <w:t>[INITIALS]</w:t>
      </w:r>
      <w:r>
        <w:rPr>
          <w:rFonts w:ascii="Times New Roman" w:hAnsi="Times New Roman" w:eastAsia="Times New Roman" w:cs="Times New Roman"/>
          <w:sz w:val="24"/>
        </w:rPr>
        <w:tab/>
        <w:t>I give to my acting agent the full power to appoint another to act as my agent, and full power to revoke such appointment, if no agent named by me above is willing or able to act.</w:t>
      </w:r>
    </w:p>
    <w:p>
      <w:pPr>
        <w:jc w:val="both"/>
      </w:pPr>
    </w:p>
    <w:p>
      <w:pPr>
        <w:jc w:val="center"/>
      </w:pPr>
      <w:r>
        <w:rPr>
          <w:rFonts w:ascii="Times New Roman" w:hAnsi="Times New Roman" w:eastAsia="Times New Roman" w:cs="Times New Roman"/>
          <w:b/>
          <w:sz w:val="24"/>
        </w:rPr>
        <w:t>GRANT OF GENERAL AUTHORITY</w:t>
      </w:r>
    </w:p>
    <w:p>
      <w:pPr>
        <w:jc w:val="both"/>
      </w:pPr>
    </w:p>
    <w:p>
      <w:pPr>
        <w:spacing w:before="69" w:after="0"/>
        <w:ind w:firstLine="0"/>
        <w:jc w:val="both"/>
      </w:pPr>
      <w:r>
        <w:rPr>
          <w:rFonts w:ascii="Times New Roman" w:hAnsi="Times New Roman" w:eastAsia="Times New Roman" w:cs="Times New Roman"/>
          <w:sz w:val="24"/>
        </w:rPr>
        <w:t>I</w:t>
      </w:r>
      <w:r>
        <w:rPr>
          <w:rFonts w:ascii="Times New Roman" w:hAnsi="Times New Roman" w:eastAsia="Times New Roman" w:cs="Times New Roman"/>
          <w:sz w:val="24"/>
        </w:rPr>
        <w:t xml:space="preserve"> </w:t>
      </w:r>
      <w:r>
        <w:rPr>
          <w:rFonts w:ascii="Times New Roman" w:hAnsi="Times New Roman" w:eastAsia="Times New Roman" w:cs="Times New Roman"/>
          <w:sz w:val="24"/>
        </w:rPr>
        <w:t>grant</w:t>
      </w:r>
      <w:r>
        <w:rPr>
          <w:rFonts w:ascii="Times New Roman" w:hAnsi="Times New Roman" w:eastAsia="Times New Roman" w:cs="Times New Roman"/>
          <w:sz w:val="24"/>
        </w:rPr>
        <w:t xml:space="preserve"> </w:t>
      </w:r>
      <w:r>
        <w:rPr>
          <w:rFonts w:ascii="Times New Roman" w:hAnsi="Times New Roman" w:eastAsia="Times New Roman" w:cs="Times New Roman"/>
          <w:sz w:val="24"/>
        </w:rPr>
        <w:t>my</w:t>
      </w:r>
      <w:r>
        <w:rPr>
          <w:rFonts w:ascii="Times New Roman" w:hAnsi="Times New Roman" w:eastAsia="Times New Roman" w:cs="Times New Roman"/>
          <w:sz w:val="24"/>
        </w:rPr>
        <w:t xml:space="preserve"> </w:t>
      </w:r>
      <w:r>
        <w:rPr>
          <w:rFonts w:ascii="Times New Roman" w:hAnsi="Times New Roman" w:eastAsia="Times New Roman" w:cs="Times New Roman"/>
          <w:sz w:val="24"/>
        </w:rPr>
        <w:t>agent</w:t>
      </w:r>
      <w:r>
        <w:rPr>
          <w:rFonts w:ascii="Times New Roman" w:hAnsi="Times New Roman" w:eastAsia="Times New Roman" w:cs="Times New Roman"/>
          <w:sz w:val="24"/>
        </w:rPr>
        <w:t xml:space="preserve"> </w:t>
      </w:r>
      <w:r>
        <w:rPr>
          <w:rFonts w:ascii="Times New Roman" w:hAnsi="Times New Roman" w:eastAsia="Times New Roman" w:cs="Times New Roman"/>
          <w:sz w:val="24"/>
        </w:rPr>
        <w:t>and</w:t>
      </w:r>
      <w:r>
        <w:rPr>
          <w:rFonts w:ascii="Times New Roman" w:hAnsi="Times New Roman" w:eastAsia="Times New Roman" w:cs="Times New Roman"/>
          <w:sz w:val="24"/>
        </w:rPr>
        <w:t xml:space="preserve"> </w:t>
      </w:r>
      <w:r>
        <w:rPr>
          <w:rFonts w:ascii="Times New Roman" w:hAnsi="Times New Roman" w:eastAsia="Times New Roman" w:cs="Times New Roman"/>
          <w:sz w:val="24"/>
        </w:rPr>
        <w:t>any</w:t>
      </w:r>
      <w:r>
        <w:rPr>
          <w:rFonts w:ascii="Times New Roman" w:hAnsi="Times New Roman" w:eastAsia="Times New Roman" w:cs="Times New Roman"/>
          <w:sz w:val="24"/>
        </w:rPr>
        <w:t xml:space="preserve"> </w:t>
      </w:r>
      <w:r>
        <w:rPr>
          <w:rFonts w:ascii="Times New Roman" w:hAnsi="Times New Roman" w:eastAsia="Times New Roman" w:cs="Times New Roman"/>
          <w:sz w:val="24"/>
        </w:rPr>
        <w:t>successor</w:t>
      </w:r>
      <w:r>
        <w:rPr>
          <w:rFonts w:ascii="Times New Roman" w:hAnsi="Times New Roman" w:eastAsia="Times New Roman" w:cs="Times New Roman"/>
          <w:sz w:val="24"/>
        </w:rPr>
        <w:t xml:space="preserve"> </w:t>
      </w:r>
      <w:r>
        <w:rPr>
          <w:rFonts w:ascii="Times New Roman" w:hAnsi="Times New Roman" w:eastAsia="Times New Roman" w:cs="Times New Roman"/>
          <w:sz w:val="24"/>
        </w:rPr>
        <w:t>agent</w:t>
      </w:r>
      <w:r>
        <w:rPr>
          <w:rFonts w:ascii="Times New Roman" w:hAnsi="Times New Roman" w:eastAsia="Times New Roman" w:cs="Times New Roman"/>
          <w:sz w:val="24"/>
        </w:rPr>
        <w:t xml:space="preserve"> </w:t>
      </w:r>
      <w:r>
        <w:rPr>
          <w:rFonts w:ascii="Times New Roman" w:hAnsi="Times New Roman" w:eastAsia="Times New Roman" w:cs="Times New Roman"/>
          <w:sz w:val="24"/>
        </w:rPr>
        <w:t>general</w:t>
      </w:r>
      <w:r>
        <w:rPr>
          <w:rFonts w:ascii="Times New Roman" w:hAnsi="Times New Roman" w:eastAsia="Times New Roman" w:cs="Times New Roman"/>
          <w:sz w:val="24"/>
        </w:rPr>
        <w:t xml:space="preserve"> </w:t>
      </w:r>
      <w:r>
        <w:rPr>
          <w:rFonts w:ascii="Times New Roman" w:hAnsi="Times New Roman" w:eastAsia="Times New Roman" w:cs="Times New Roman"/>
          <w:sz w:val="24"/>
        </w:rPr>
        <w:t>authority</w:t>
      </w:r>
      <w:r>
        <w:rPr>
          <w:rFonts w:ascii="Times New Roman" w:hAnsi="Times New Roman" w:eastAsia="Times New Roman" w:cs="Times New Roman"/>
          <w:sz w:val="24"/>
        </w:rPr>
        <w:t xml:space="preserve"> </w:t>
      </w:r>
      <w:r>
        <w:rPr>
          <w:rFonts w:ascii="Times New Roman" w:hAnsi="Times New Roman" w:eastAsia="Times New Roman" w:cs="Times New Roman"/>
          <w:sz w:val="24"/>
        </w:rPr>
        <w:t>to</w:t>
      </w:r>
      <w:r>
        <w:rPr>
          <w:rFonts w:ascii="Times New Roman" w:hAnsi="Times New Roman" w:eastAsia="Times New Roman" w:cs="Times New Roman"/>
          <w:sz w:val="24"/>
        </w:rPr>
        <w:t xml:space="preserve"> </w:t>
      </w:r>
      <w:r>
        <w:rPr>
          <w:rFonts w:ascii="Times New Roman" w:hAnsi="Times New Roman" w:eastAsia="Times New Roman" w:cs="Times New Roman"/>
          <w:sz w:val="24"/>
        </w:rPr>
        <w:t>act</w:t>
      </w:r>
      <w:r>
        <w:rPr>
          <w:rFonts w:ascii="Times New Roman" w:hAnsi="Times New Roman" w:eastAsia="Times New Roman" w:cs="Times New Roman"/>
          <w:sz w:val="24"/>
        </w:rPr>
        <w:t xml:space="preserve"> </w:t>
      </w:r>
      <w:r>
        <w:rPr>
          <w:rFonts w:ascii="Times New Roman" w:hAnsi="Times New Roman" w:eastAsia="Times New Roman" w:cs="Times New Roman"/>
          <w:sz w:val="24"/>
        </w:rPr>
        <w:t>for</w:t>
      </w:r>
      <w:r>
        <w:rPr>
          <w:rFonts w:ascii="Times New Roman" w:hAnsi="Times New Roman" w:eastAsia="Times New Roman" w:cs="Times New Roman"/>
          <w:sz w:val="24"/>
        </w:rPr>
        <w:t xml:space="preserve"> </w:t>
      </w:r>
      <w:r>
        <w:rPr>
          <w:rFonts w:ascii="Times New Roman" w:hAnsi="Times New Roman" w:eastAsia="Times New Roman" w:cs="Times New Roman"/>
          <w:sz w:val="24"/>
        </w:rPr>
        <w:t>me</w:t>
      </w:r>
      <w:r>
        <w:rPr>
          <w:rFonts w:ascii="Times New Roman" w:hAnsi="Times New Roman" w:eastAsia="Times New Roman" w:cs="Times New Roman"/>
          <w:sz w:val="24"/>
        </w:rPr>
        <w:t xml:space="preserve"> </w:t>
      </w:r>
      <w:r>
        <w:rPr>
          <w:rFonts w:ascii="Times New Roman" w:hAnsi="Times New Roman" w:eastAsia="Times New Roman" w:cs="Times New Roman"/>
          <w:sz w:val="24"/>
        </w:rPr>
        <w:t>with</w:t>
      </w:r>
      <w:r>
        <w:rPr>
          <w:rFonts w:ascii="Times New Roman" w:hAnsi="Times New Roman" w:eastAsia="Times New Roman" w:cs="Times New Roman"/>
          <w:sz w:val="24"/>
        </w:rPr>
        <w:t xml:space="preserve"> </w:t>
      </w:r>
      <w:r>
        <w:rPr>
          <w:rFonts w:ascii="Times New Roman" w:hAnsi="Times New Roman" w:eastAsia="Times New Roman" w:cs="Times New Roman"/>
          <w:sz w:val="24"/>
        </w:rPr>
        <w:t>respect</w:t>
      </w:r>
      <w:r>
        <w:rPr>
          <w:rFonts w:ascii="Times New Roman" w:hAnsi="Times New Roman" w:eastAsia="Times New Roman" w:cs="Times New Roman"/>
          <w:sz w:val="24"/>
        </w:rPr>
        <w:t xml:space="preserve"> </w:t>
      </w:r>
      <w:r>
        <w:rPr>
          <w:rFonts w:ascii="Times New Roman" w:hAnsi="Times New Roman" w:eastAsia="Times New Roman" w:cs="Times New Roman"/>
          <w:sz w:val="24"/>
        </w:rPr>
        <w:t>to</w:t>
      </w:r>
      <w:r>
        <w:rPr>
          <w:rFonts w:ascii="Times New Roman" w:hAnsi="Times New Roman" w:eastAsia="Times New Roman" w:cs="Times New Roman"/>
          <w:sz w:val="24"/>
        </w:rPr>
        <w:t xml:space="preserve"> </w:t>
      </w:r>
      <w:r>
        <w:rPr>
          <w:rFonts w:ascii="Times New Roman" w:hAnsi="Times New Roman" w:eastAsia="Times New Roman" w:cs="Times New Roman"/>
          <w:sz w:val="24"/>
        </w:rPr>
        <w:t>the</w:t>
      </w:r>
      <w:r>
        <w:rPr>
          <w:rFonts w:ascii="Times New Roman" w:hAnsi="Times New Roman" w:eastAsia="Times New Roman" w:cs="Times New Roman"/>
          <w:sz w:val="24"/>
        </w:rPr>
        <w:t xml:space="preserve"> </w:t>
      </w:r>
      <w:r>
        <w:rPr>
          <w:rFonts w:ascii="Times New Roman" w:hAnsi="Times New Roman" w:eastAsia="Times New Roman" w:cs="Times New Roman"/>
          <w:sz w:val="24"/>
        </w:rPr>
        <w:t>following</w:t>
      </w:r>
      <w:r>
        <w:rPr>
          <w:rFonts w:ascii="Times New Roman" w:hAnsi="Times New Roman" w:eastAsia="Times New Roman" w:cs="Times New Roman"/>
          <w:sz w:val="24"/>
        </w:rPr>
        <w:t xml:space="preserve"> </w:t>
      </w:r>
      <w:r>
        <w:rPr>
          <w:rFonts w:ascii="Times New Roman" w:hAnsi="Times New Roman" w:eastAsia="Times New Roman" w:cs="Times New Roman"/>
          <w:sz w:val="24"/>
        </w:rPr>
        <w:t>subjects</w:t>
      </w:r>
      <w:r>
        <w:rPr>
          <w:rFonts w:ascii="Times New Roman" w:hAnsi="Times New Roman" w:eastAsia="Times New Roman" w:cs="Times New Roman"/>
          <w:sz w:val="24"/>
        </w:rPr>
        <w:t xml:space="preserve"> </w:t>
      </w:r>
      <w:r>
        <w:rPr>
          <w:rFonts w:ascii="Times New Roman" w:hAnsi="Times New Roman" w:eastAsia="Times New Roman" w:cs="Times New Roman"/>
          <w:sz w:val="24"/>
        </w:rPr>
        <w:t>as</w:t>
      </w:r>
      <w:r>
        <w:rPr>
          <w:rFonts w:ascii="Times New Roman" w:hAnsi="Times New Roman" w:eastAsia="Times New Roman" w:cs="Times New Roman"/>
          <w:sz w:val="24"/>
        </w:rPr>
        <w:t xml:space="preserve"> </w:t>
      </w:r>
      <w:r>
        <w:rPr>
          <w:rFonts w:ascii="Times New Roman" w:hAnsi="Times New Roman" w:eastAsia="Times New Roman" w:cs="Times New Roman"/>
          <w:sz w:val="24"/>
        </w:rPr>
        <w:t>defined</w:t>
      </w:r>
      <w:r>
        <w:rPr>
          <w:rFonts w:ascii="Times New Roman" w:hAnsi="Times New Roman" w:eastAsia="Times New Roman" w:cs="Times New Roman"/>
          <w:sz w:val="24"/>
        </w:rPr>
        <w:t xml:space="preserve"> </w:t>
      </w:r>
      <w:r>
        <w:rPr>
          <w:rFonts w:ascii="Times New Roman" w:hAnsi="Times New Roman" w:eastAsia="Times New Roman" w:cs="Times New Roman"/>
          <w:sz w:val="24"/>
        </w:rPr>
        <w:t>in</w:t>
      </w:r>
      <w:r>
        <w:rPr>
          <w:rFonts w:ascii="Times New Roman" w:hAnsi="Times New Roman" w:eastAsia="Times New Roman" w:cs="Times New Roman"/>
          <w:sz w:val="24"/>
        </w:rPr>
        <w:t xml:space="preserve"> </w:t>
      </w:r>
      <w:r>
        <w:rPr>
          <w:rFonts w:ascii="Times New Roman" w:hAnsi="Times New Roman" w:eastAsia="Times New Roman" w:cs="Times New Roman"/>
          <w:sz w:val="24"/>
        </w:rPr>
        <w:t>the</w:t>
      </w:r>
      <w:r>
        <w:rPr>
          <w:rFonts w:ascii="Times New Roman" w:hAnsi="Times New Roman" w:eastAsia="Times New Roman" w:cs="Times New Roman"/>
          <w:sz w:val="24"/>
        </w:rPr>
        <w:t xml:space="preserve"> </w:t>
      </w:r>
      <w:r>
        <w:rPr>
          <w:rFonts w:ascii="Times New Roman" w:hAnsi="Times New Roman" w:eastAsia="Times New Roman" w:cs="Times New Roman"/>
          <w:sz w:val="24"/>
        </w:rPr>
        <w:t>North</w:t>
      </w:r>
      <w:r>
        <w:rPr>
          <w:rFonts w:ascii="Times New Roman" w:hAnsi="Times New Roman" w:eastAsia="Times New Roman" w:cs="Times New Roman"/>
          <w:sz w:val="24"/>
        </w:rPr>
        <w:t xml:space="preserve"> </w:t>
      </w:r>
      <w:r>
        <w:rPr>
          <w:rFonts w:ascii="Times New Roman" w:hAnsi="Times New Roman" w:eastAsia="Times New Roman" w:cs="Times New Roman"/>
          <w:sz w:val="24"/>
        </w:rPr>
        <w:t>Carolina</w:t>
      </w:r>
      <w:r>
        <w:rPr>
          <w:rFonts w:ascii="Times New Roman" w:hAnsi="Times New Roman" w:eastAsia="Times New Roman" w:cs="Times New Roman"/>
          <w:sz w:val="24"/>
        </w:rPr>
        <w:t xml:space="preserve"> </w:t>
      </w:r>
      <w:r>
        <w:rPr>
          <w:rFonts w:ascii="Times New Roman" w:hAnsi="Times New Roman" w:eastAsia="Times New Roman" w:cs="Times New Roman"/>
          <w:sz w:val="24"/>
        </w:rPr>
        <w:t>Uniform</w:t>
      </w:r>
      <w:r>
        <w:rPr>
          <w:rFonts w:ascii="Times New Roman" w:hAnsi="Times New Roman" w:eastAsia="Times New Roman" w:cs="Times New Roman"/>
          <w:sz w:val="24"/>
        </w:rPr>
        <w:t xml:space="preserve"> </w:t>
      </w:r>
      <w:r>
        <w:rPr>
          <w:rFonts w:ascii="Times New Roman" w:hAnsi="Times New Roman" w:eastAsia="Times New Roman" w:cs="Times New Roman"/>
          <w:sz w:val="24"/>
        </w:rPr>
        <w:t>Power</w:t>
      </w:r>
      <w:r>
        <w:rPr>
          <w:rFonts w:ascii="Times New Roman" w:hAnsi="Times New Roman" w:eastAsia="Times New Roman" w:cs="Times New Roman"/>
          <w:sz w:val="24"/>
        </w:rPr>
        <w:t xml:space="preserve"> </w:t>
      </w:r>
      <w:r>
        <w:rPr>
          <w:rFonts w:ascii="Times New Roman" w:hAnsi="Times New Roman" w:eastAsia="Times New Roman" w:cs="Times New Roman"/>
          <w:sz w:val="24"/>
        </w:rPr>
        <w:t>of</w:t>
      </w:r>
      <w:r>
        <w:rPr>
          <w:rFonts w:ascii="Times New Roman" w:hAnsi="Times New Roman" w:eastAsia="Times New Roman" w:cs="Times New Roman"/>
          <w:sz w:val="24"/>
        </w:rPr>
        <w:t xml:space="preserve"> </w:t>
      </w:r>
      <w:r>
        <w:rPr>
          <w:rFonts w:ascii="Times New Roman" w:hAnsi="Times New Roman" w:eastAsia="Times New Roman" w:cs="Times New Roman"/>
          <w:sz w:val="24"/>
        </w:rPr>
        <w:t>Attorney</w:t>
      </w:r>
      <w:r>
        <w:rPr>
          <w:rFonts w:ascii="Times New Roman" w:hAnsi="Times New Roman" w:eastAsia="Times New Roman" w:cs="Times New Roman"/>
          <w:sz w:val="24"/>
        </w:rPr>
        <w:t xml:space="preserve"> </w:t>
      </w:r>
      <w:r>
        <w:rPr>
          <w:rFonts w:ascii="Times New Roman" w:hAnsi="Times New Roman" w:eastAsia="Times New Roman" w:cs="Times New Roman"/>
          <w:sz w:val="24"/>
        </w:rPr>
        <w:t>Act,</w:t>
      </w:r>
      <w:r>
        <w:rPr>
          <w:rFonts w:ascii="Times New Roman" w:hAnsi="Times New Roman" w:eastAsia="Times New Roman" w:cs="Times New Roman"/>
          <w:sz w:val="24"/>
        </w:rPr>
        <w:t xml:space="preserve"> </w:t>
      </w:r>
      <w:r>
        <w:rPr>
          <w:rFonts w:ascii="Times New Roman" w:hAnsi="Times New Roman" w:eastAsia="Times New Roman" w:cs="Times New Roman"/>
          <w:sz w:val="24"/>
        </w:rPr>
        <w:t>Chapter</w:t>
      </w:r>
      <w:r>
        <w:rPr>
          <w:rFonts w:ascii="Times New Roman" w:hAnsi="Times New Roman" w:eastAsia="Times New Roman" w:cs="Times New Roman"/>
          <w:sz w:val="24"/>
        </w:rPr>
        <w:t xml:space="preserve"> </w:t>
      </w:r>
      <w:r>
        <w:rPr>
          <w:rFonts w:ascii="Times New Roman" w:hAnsi="Times New Roman" w:eastAsia="Times New Roman" w:cs="Times New Roman"/>
          <w:sz w:val="24"/>
        </w:rPr>
        <w:t>32C</w:t>
      </w:r>
      <w:r>
        <w:rPr>
          <w:rFonts w:ascii="Times New Roman" w:hAnsi="Times New Roman" w:eastAsia="Times New Roman" w:cs="Times New Roman"/>
          <w:sz w:val="24"/>
        </w:rPr>
        <w:t xml:space="preserve"> </w:t>
      </w:r>
      <w:r>
        <w:rPr>
          <w:rFonts w:ascii="Times New Roman" w:hAnsi="Times New Roman" w:eastAsia="Times New Roman" w:cs="Times New Roman"/>
          <w:sz w:val="24"/>
        </w:rPr>
        <w:t>of the</w:t>
      </w:r>
      <w:r>
        <w:rPr>
          <w:rFonts w:ascii="Times New Roman" w:hAnsi="Times New Roman" w:eastAsia="Times New Roman" w:cs="Times New Roman"/>
          <w:sz w:val="24"/>
        </w:rPr>
        <w:t xml:space="preserve"> </w:t>
      </w:r>
      <w:r>
        <w:rPr>
          <w:rFonts w:ascii="Times New Roman" w:hAnsi="Times New Roman" w:eastAsia="Times New Roman" w:cs="Times New Roman"/>
          <w:sz w:val="24"/>
        </w:rPr>
        <w:t>General</w:t>
      </w:r>
      <w:r>
        <w:rPr>
          <w:rFonts w:ascii="Times New Roman" w:hAnsi="Times New Roman" w:eastAsia="Times New Roman" w:cs="Times New Roman"/>
          <w:sz w:val="24"/>
        </w:rPr>
        <w:t xml:space="preserve"> </w:t>
      </w:r>
      <w:r>
        <w:rPr>
          <w:rFonts w:ascii="Times New Roman" w:hAnsi="Times New Roman" w:eastAsia="Times New Roman" w:cs="Times New Roman"/>
          <w:sz w:val="24"/>
        </w:rPr>
        <w:t>Statutes:</w:t>
      </w:r>
    </w:p>
    <w:p>
      <w:pPr>
        <w:spacing w:before="11" w:after="0"/>
      </w:pPr>
    </w:p>
    <w:p>
      <w:pPr>
        <w:spacing w:before="69" w:after="0"/>
        <w:ind w:firstLine="0"/>
        <w:jc w:val="both"/>
      </w:pPr>
      <w:r>
        <w:rPr>
          <w:rFonts w:ascii="Times New Roman" w:hAnsi="Times New Roman" w:eastAsia="Times New Roman" w:cs="Times New Roman"/>
          <w:sz w:val="24"/>
        </w:rPr>
        <w:t>(INITIAL</w:t>
      </w:r>
      <w:r>
        <w:rPr>
          <w:rFonts w:ascii="Times New Roman" w:hAnsi="Times New Roman" w:eastAsia="Times New Roman" w:cs="Times New Roman"/>
          <w:sz w:val="24"/>
        </w:rPr>
        <w:t xml:space="preserve"> </w:t>
      </w:r>
      <w:r>
        <w:rPr>
          <w:rFonts w:ascii="Times New Roman" w:hAnsi="Times New Roman" w:eastAsia="Times New Roman" w:cs="Times New Roman"/>
          <w:sz w:val="24"/>
        </w:rPr>
        <w:t>each</w:t>
      </w:r>
      <w:r>
        <w:rPr>
          <w:rFonts w:ascii="Times New Roman" w:hAnsi="Times New Roman" w:eastAsia="Times New Roman" w:cs="Times New Roman"/>
          <w:sz w:val="24"/>
        </w:rPr>
        <w:t xml:space="preserve"> </w:t>
      </w:r>
      <w:r>
        <w:rPr>
          <w:rFonts w:ascii="Times New Roman" w:hAnsi="Times New Roman" w:eastAsia="Times New Roman" w:cs="Times New Roman"/>
          <w:sz w:val="24"/>
        </w:rPr>
        <w:t>subject</w:t>
      </w:r>
      <w:r>
        <w:rPr>
          <w:rFonts w:ascii="Times New Roman" w:hAnsi="Times New Roman" w:eastAsia="Times New Roman" w:cs="Times New Roman"/>
          <w:sz w:val="24"/>
        </w:rPr>
        <w:t xml:space="preserve"> </w:t>
      </w:r>
      <w:r>
        <w:rPr>
          <w:rFonts w:ascii="Times New Roman" w:hAnsi="Times New Roman" w:eastAsia="Times New Roman" w:cs="Times New Roman"/>
          <w:sz w:val="24"/>
        </w:rPr>
        <w:t>you</w:t>
      </w:r>
      <w:r>
        <w:rPr>
          <w:rFonts w:ascii="Times New Roman" w:hAnsi="Times New Roman" w:eastAsia="Times New Roman" w:cs="Times New Roman"/>
          <w:sz w:val="24"/>
        </w:rPr>
        <w:t xml:space="preserve"> </w:t>
      </w:r>
      <w:r>
        <w:rPr>
          <w:rFonts w:ascii="Times New Roman" w:hAnsi="Times New Roman" w:eastAsia="Times New Roman" w:cs="Times New Roman"/>
          <w:sz w:val="24"/>
        </w:rPr>
        <w:t>want</w:t>
      </w:r>
      <w:r>
        <w:rPr>
          <w:rFonts w:ascii="Times New Roman" w:hAnsi="Times New Roman" w:eastAsia="Times New Roman" w:cs="Times New Roman"/>
          <w:sz w:val="24"/>
        </w:rPr>
        <w:t xml:space="preserve"> </w:t>
      </w:r>
      <w:r>
        <w:rPr>
          <w:rFonts w:ascii="Times New Roman" w:hAnsi="Times New Roman" w:eastAsia="Times New Roman" w:cs="Times New Roman"/>
          <w:sz w:val="24"/>
        </w:rPr>
        <w:t>to</w:t>
      </w:r>
      <w:r>
        <w:rPr>
          <w:rFonts w:ascii="Times New Roman" w:hAnsi="Times New Roman" w:eastAsia="Times New Roman" w:cs="Times New Roman"/>
          <w:sz w:val="24"/>
        </w:rPr>
        <w:t xml:space="preserve"> </w:t>
      </w:r>
      <w:r>
        <w:rPr>
          <w:rFonts w:ascii="Times New Roman" w:hAnsi="Times New Roman" w:eastAsia="Times New Roman" w:cs="Times New Roman"/>
          <w:sz w:val="24"/>
        </w:rPr>
        <w:t>include</w:t>
      </w:r>
      <w:r>
        <w:rPr>
          <w:rFonts w:ascii="Times New Roman" w:hAnsi="Times New Roman" w:eastAsia="Times New Roman" w:cs="Times New Roman"/>
          <w:sz w:val="24"/>
        </w:rPr>
        <w:t xml:space="preserve"> </w:t>
      </w:r>
      <w:r>
        <w:rPr>
          <w:rFonts w:ascii="Times New Roman" w:hAnsi="Times New Roman" w:eastAsia="Times New Roman" w:cs="Times New Roman"/>
          <w:sz w:val="24"/>
        </w:rPr>
        <w:t>in</w:t>
      </w:r>
      <w:r>
        <w:rPr>
          <w:rFonts w:ascii="Times New Roman" w:hAnsi="Times New Roman" w:eastAsia="Times New Roman" w:cs="Times New Roman"/>
          <w:sz w:val="24"/>
        </w:rPr>
        <w:t xml:space="preserve"> </w:t>
      </w:r>
      <w:r>
        <w:rPr>
          <w:rFonts w:ascii="Times New Roman" w:hAnsi="Times New Roman" w:eastAsia="Times New Roman" w:cs="Times New Roman"/>
          <w:sz w:val="24"/>
        </w:rPr>
        <w:t>the</w:t>
      </w:r>
      <w:r>
        <w:rPr>
          <w:rFonts w:ascii="Times New Roman" w:hAnsi="Times New Roman" w:eastAsia="Times New Roman" w:cs="Times New Roman"/>
          <w:sz w:val="24"/>
        </w:rPr>
        <w:t xml:space="preserve"> </w:t>
      </w:r>
      <w:r>
        <w:rPr>
          <w:rFonts w:ascii="Times New Roman" w:hAnsi="Times New Roman" w:eastAsia="Times New Roman" w:cs="Times New Roman"/>
          <w:sz w:val="24"/>
        </w:rPr>
        <w:t>agent's</w:t>
      </w:r>
      <w:r>
        <w:rPr>
          <w:rFonts w:ascii="Times New Roman" w:hAnsi="Times New Roman" w:eastAsia="Times New Roman" w:cs="Times New Roman"/>
          <w:sz w:val="24"/>
        </w:rPr>
        <w:t xml:space="preserve"> </w:t>
      </w:r>
      <w:r>
        <w:rPr>
          <w:rFonts w:ascii="Times New Roman" w:hAnsi="Times New Roman" w:eastAsia="Times New Roman" w:cs="Times New Roman"/>
          <w:sz w:val="24"/>
        </w:rPr>
        <w:t>general</w:t>
      </w:r>
      <w:r>
        <w:rPr>
          <w:rFonts w:ascii="Times New Roman" w:hAnsi="Times New Roman" w:eastAsia="Times New Roman" w:cs="Times New Roman"/>
          <w:sz w:val="24"/>
        </w:rPr>
        <w:t xml:space="preserve"> </w:t>
      </w:r>
      <w:r>
        <w:rPr>
          <w:rFonts w:ascii="Times New Roman" w:hAnsi="Times New Roman" w:eastAsia="Times New Roman" w:cs="Times New Roman"/>
          <w:sz w:val="24"/>
        </w:rPr>
        <w:t>authority.</w:t>
      </w:r>
      <w:r>
        <w:rPr>
          <w:rFonts w:ascii="Times New Roman" w:hAnsi="Times New Roman" w:eastAsia="Times New Roman" w:cs="Times New Roman"/>
          <w:sz w:val="24"/>
        </w:rPr>
        <w:t xml:space="preserve"> </w:t>
      </w:r>
      <w:r>
        <w:rPr>
          <w:rFonts w:ascii="Times New Roman" w:hAnsi="Times New Roman" w:eastAsia="Times New Roman" w:cs="Times New Roman"/>
          <w:sz w:val="24"/>
        </w:rPr>
        <w:t>If</w:t>
      </w:r>
      <w:r>
        <w:rPr>
          <w:rFonts w:ascii="Times New Roman" w:hAnsi="Times New Roman" w:eastAsia="Times New Roman" w:cs="Times New Roman"/>
          <w:sz w:val="24"/>
        </w:rPr>
        <w:t xml:space="preserve"> </w:t>
      </w:r>
      <w:r>
        <w:rPr>
          <w:rFonts w:ascii="Times New Roman" w:hAnsi="Times New Roman" w:eastAsia="Times New Roman" w:cs="Times New Roman"/>
          <w:sz w:val="24"/>
        </w:rPr>
        <w:t>you</w:t>
      </w:r>
      <w:r>
        <w:rPr>
          <w:rFonts w:ascii="Times New Roman" w:hAnsi="Times New Roman" w:eastAsia="Times New Roman" w:cs="Times New Roman"/>
          <w:sz w:val="24"/>
        </w:rPr>
        <w:t xml:space="preserve"> </w:t>
      </w:r>
      <w:r>
        <w:rPr>
          <w:rFonts w:ascii="Times New Roman" w:hAnsi="Times New Roman" w:eastAsia="Times New Roman" w:cs="Times New Roman"/>
          <w:sz w:val="24"/>
        </w:rPr>
        <w:t>wish</w:t>
      </w:r>
      <w:r>
        <w:rPr>
          <w:rFonts w:ascii="Times New Roman" w:hAnsi="Times New Roman" w:eastAsia="Times New Roman" w:cs="Times New Roman"/>
          <w:sz w:val="24"/>
        </w:rPr>
        <w:t xml:space="preserve"> </w:t>
      </w:r>
      <w:r>
        <w:rPr>
          <w:rFonts w:ascii="Times New Roman" w:hAnsi="Times New Roman" w:eastAsia="Times New Roman" w:cs="Times New Roman"/>
          <w:sz w:val="24"/>
        </w:rPr>
        <w:t>to</w:t>
      </w:r>
      <w:r>
        <w:rPr>
          <w:rFonts w:ascii="Times New Roman" w:hAnsi="Times New Roman" w:eastAsia="Times New Roman" w:cs="Times New Roman"/>
          <w:sz w:val="24"/>
        </w:rPr>
        <w:t xml:space="preserve"> </w:t>
      </w:r>
      <w:r>
        <w:rPr>
          <w:rFonts w:ascii="Times New Roman" w:hAnsi="Times New Roman" w:eastAsia="Times New Roman" w:cs="Times New Roman"/>
          <w:sz w:val="24"/>
        </w:rPr>
        <w:t>grant</w:t>
      </w:r>
      <w:r>
        <w:rPr>
          <w:rFonts w:ascii="Times New Roman" w:hAnsi="Times New Roman" w:eastAsia="Times New Roman" w:cs="Times New Roman"/>
          <w:sz w:val="24"/>
        </w:rPr>
        <w:t xml:space="preserve"> </w:t>
      </w:r>
      <w:r>
        <w:rPr>
          <w:rFonts w:ascii="Times New Roman" w:hAnsi="Times New Roman" w:eastAsia="Times New Roman" w:cs="Times New Roman"/>
          <w:sz w:val="24"/>
        </w:rPr>
        <w:t>general</w:t>
      </w:r>
      <w:r>
        <w:rPr>
          <w:rFonts w:ascii="Times New Roman" w:hAnsi="Times New Roman" w:eastAsia="Times New Roman" w:cs="Times New Roman"/>
          <w:sz w:val="24"/>
        </w:rPr>
        <w:t xml:space="preserve"> </w:t>
      </w:r>
      <w:r>
        <w:rPr>
          <w:rFonts w:ascii="Times New Roman" w:hAnsi="Times New Roman" w:eastAsia="Times New Roman" w:cs="Times New Roman"/>
          <w:sz w:val="24"/>
        </w:rPr>
        <w:t>authority</w:t>
      </w:r>
      <w:r>
        <w:rPr>
          <w:rFonts w:ascii="Times New Roman" w:hAnsi="Times New Roman" w:eastAsia="Times New Roman" w:cs="Times New Roman"/>
          <w:sz w:val="24"/>
        </w:rPr>
        <w:t xml:space="preserve"> </w:t>
      </w:r>
      <w:r>
        <w:rPr>
          <w:rFonts w:ascii="Times New Roman" w:hAnsi="Times New Roman" w:eastAsia="Times New Roman" w:cs="Times New Roman"/>
          <w:sz w:val="24"/>
        </w:rPr>
        <w:t>over</w:t>
      </w:r>
      <w:r>
        <w:rPr>
          <w:rFonts w:ascii="Times New Roman" w:hAnsi="Times New Roman" w:eastAsia="Times New Roman" w:cs="Times New Roman"/>
          <w:sz w:val="24"/>
        </w:rPr>
        <w:t xml:space="preserve"> </w:t>
      </w:r>
      <w:r>
        <w:rPr>
          <w:rFonts w:ascii="Times New Roman" w:hAnsi="Times New Roman" w:eastAsia="Times New Roman" w:cs="Times New Roman"/>
          <w:sz w:val="24"/>
        </w:rPr>
        <w:t>all</w:t>
      </w:r>
      <w:r>
        <w:rPr>
          <w:rFonts w:ascii="Times New Roman" w:hAnsi="Times New Roman" w:eastAsia="Times New Roman" w:cs="Times New Roman"/>
          <w:sz w:val="24"/>
        </w:rPr>
        <w:t xml:space="preserve"> </w:t>
      </w:r>
      <w:r>
        <w:rPr>
          <w:rFonts w:ascii="Times New Roman" w:hAnsi="Times New Roman" w:eastAsia="Times New Roman" w:cs="Times New Roman"/>
          <w:sz w:val="24"/>
        </w:rPr>
        <w:t>of</w:t>
      </w:r>
      <w:r>
        <w:rPr>
          <w:rFonts w:ascii="Times New Roman" w:hAnsi="Times New Roman" w:eastAsia="Times New Roman" w:cs="Times New Roman"/>
          <w:sz w:val="24"/>
        </w:rPr>
        <w:t xml:space="preserve"> </w:t>
      </w:r>
      <w:r>
        <w:rPr>
          <w:rFonts w:ascii="Times New Roman" w:hAnsi="Times New Roman" w:eastAsia="Times New Roman" w:cs="Times New Roman"/>
          <w:sz w:val="24"/>
        </w:rPr>
        <w:t>the</w:t>
      </w:r>
      <w:r>
        <w:rPr>
          <w:rFonts w:ascii="Times New Roman" w:hAnsi="Times New Roman" w:eastAsia="Times New Roman" w:cs="Times New Roman"/>
          <w:sz w:val="24"/>
        </w:rPr>
        <w:t xml:space="preserve"> </w:t>
      </w:r>
      <w:r>
        <w:rPr>
          <w:rFonts w:ascii="Times New Roman" w:hAnsi="Times New Roman" w:eastAsia="Times New Roman" w:cs="Times New Roman"/>
          <w:sz w:val="24"/>
        </w:rPr>
        <w:t>subjects</w:t>
      </w:r>
      <w:r>
        <w:rPr>
          <w:rFonts w:ascii="Times New Roman" w:hAnsi="Times New Roman" w:eastAsia="Times New Roman" w:cs="Times New Roman"/>
          <w:sz w:val="24"/>
        </w:rPr>
        <w:t xml:space="preserve"> </w:t>
      </w:r>
      <w:r>
        <w:rPr>
          <w:rFonts w:ascii="Times New Roman" w:hAnsi="Times New Roman" w:eastAsia="Times New Roman" w:cs="Times New Roman"/>
          <w:sz w:val="24"/>
        </w:rPr>
        <w:t>you</w:t>
      </w:r>
      <w:r>
        <w:rPr>
          <w:rFonts w:ascii="Times New Roman" w:hAnsi="Times New Roman" w:eastAsia="Times New Roman" w:cs="Times New Roman"/>
          <w:sz w:val="24"/>
        </w:rPr>
        <w:t xml:space="preserve"> </w:t>
      </w:r>
      <w:r>
        <w:rPr>
          <w:rFonts w:ascii="Times New Roman" w:hAnsi="Times New Roman" w:eastAsia="Times New Roman" w:cs="Times New Roman"/>
          <w:sz w:val="24"/>
        </w:rPr>
        <w:t>may</w:t>
      </w:r>
      <w:r>
        <w:rPr>
          <w:rFonts w:ascii="Times New Roman" w:hAnsi="Times New Roman" w:eastAsia="Times New Roman" w:cs="Times New Roman"/>
          <w:sz w:val="24"/>
        </w:rPr>
        <w:t xml:space="preserve"> </w:t>
      </w:r>
      <w:r>
        <w:rPr>
          <w:rFonts w:ascii="Times New Roman" w:hAnsi="Times New Roman" w:eastAsia="Times New Roman" w:cs="Times New Roman"/>
          <w:sz w:val="24"/>
        </w:rPr>
        <w:t>initial</w:t>
      </w:r>
      <w:r>
        <w:rPr>
          <w:rFonts w:ascii="Times New Roman" w:hAnsi="Times New Roman" w:eastAsia="Times New Roman" w:cs="Times New Roman"/>
          <w:sz w:val="24"/>
        </w:rPr>
        <w:t xml:space="preserve"> </w:t>
      </w:r>
      <w:r>
        <w:rPr>
          <w:rFonts w:ascii="Times New Roman" w:hAnsi="Times New Roman" w:eastAsia="Times New Roman" w:cs="Times New Roman"/>
          <w:sz w:val="24"/>
        </w:rPr>
        <w:t>"All</w:t>
      </w:r>
      <w:r>
        <w:rPr>
          <w:rFonts w:ascii="Times New Roman" w:hAnsi="Times New Roman" w:eastAsia="Times New Roman" w:cs="Times New Roman"/>
          <w:sz w:val="24"/>
        </w:rPr>
        <w:t xml:space="preserve"> </w:t>
      </w:r>
      <w:r>
        <w:rPr>
          <w:rFonts w:ascii="Times New Roman" w:hAnsi="Times New Roman" w:eastAsia="Times New Roman" w:cs="Times New Roman"/>
          <w:sz w:val="24"/>
        </w:rPr>
        <w:t>Preceding</w:t>
      </w:r>
      <w:r>
        <w:rPr>
          <w:rFonts w:ascii="Times New Roman" w:hAnsi="Times New Roman" w:eastAsia="Times New Roman" w:cs="Times New Roman"/>
          <w:sz w:val="24"/>
        </w:rPr>
        <w:t xml:space="preserve"> </w:t>
      </w:r>
      <w:r>
        <w:rPr>
          <w:rFonts w:ascii="Times New Roman" w:hAnsi="Times New Roman" w:eastAsia="Times New Roman" w:cs="Times New Roman"/>
          <w:sz w:val="24"/>
        </w:rPr>
        <w:t>Subjects"</w:t>
      </w:r>
      <w:r>
        <w:rPr>
          <w:rFonts w:ascii="Times New Roman" w:hAnsi="Times New Roman" w:eastAsia="Times New Roman" w:cs="Times New Roman"/>
          <w:sz w:val="24"/>
        </w:rPr>
        <w:t xml:space="preserve"> </w:t>
      </w:r>
      <w:r>
        <w:rPr>
          <w:rFonts w:ascii="Times New Roman" w:hAnsi="Times New Roman" w:eastAsia="Times New Roman" w:cs="Times New Roman"/>
          <w:sz w:val="24"/>
        </w:rPr>
        <w:t>instead</w:t>
      </w:r>
      <w:r>
        <w:rPr>
          <w:rFonts w:ascii="Times New Roman" w:hAnsi="Times New Roman" w:eastAsia="Times New Roman" w:cs="Times New Roman"/>
          <w:sz w:val="24"/>
        </w:rPr>
        <w:t xml:space="preserve"> </w:t>
      </w:r>
      <w:r>
        <w:rPr>
          <w:rFonts w:ascii="Times New Roman" w:hAnsi="Times New Roman" w:eastAsia="Times New Roman" w:cs="Times New Roman"/>
          <w:sz w:val="24"/>
        </w:rPr>
        <w:t>of</w:t>
      </w:r>
      <w:r>
        <w:rPr>
          <w:rFonts w:ascii="Times New Roman" w:hAnsi="Times New Roman" w:eastAsia="Times New Roman" w:cs="Times New Roman"/>
          <w:sz w:val="24"/>
        </w:rPr>
        <w:t xml:space="preserve"> </w:t>
      </w:r>
      <w:r>
        <w:rPr>
          <w:rFonts w:ascii="Times New Roman" w:hAnsi="Times New Roman" w:eastAsia="Times New Roman" w:cs="Times New Roman"/>
          <w:sz w:val="24"/>
        </w:rPr>
        <w:t>initialing</w:t>
      </w:r>
      <w:r>
        <w:rPr>
          <w:rFonts w:ascii="Times New Roman" w:hAnsi="Times New Roman" w:eastAsia="Times New Roman" w:cs="Times New Roman"/>
          <w:sz w:val="24"/>
        </w:rPr>
        <w:t xml:space="preserve"> </w:t>
      </w:r>
      <w:r>
        <w:rPr>
          <w:rFonts w:ascii="Times New Roman" w:hAnsi="Times New Roman" w:eastAsia="Times New Roman" w:cs="Times New Roman"/>
          <w:sz w:val="24"/>
        </w:rPr>
        <w:t>each</w:t>
      </w:r>
      <w:r>
        <w:rPr>
          <w:rFonts w:ascii="Times New Roman" w:hAnsi="Times New Roman" w:eastAsia="Times New Roman" w:cs="Times New Roman"/>
          <w:sz w:val="24"/>
        </w:rPr>
        <w:t xml:space="preserve"> </w:t>
      </w:r>
      <w:r>
        <w:rPr>
          <w:rFonts w:ascii="Times New Roman" w:hAnsi="Times New Roman" w:eastAsia="Times New Roman" w:cs="Times New Roman"/>
          <w:sz w:val="24"/>
        </w:rPr>
        <w:t>subject.)</w:t>
      </w:r>
    </w:p>
    <w:p>
      <w:pPr>
        <w:jc w:val="both"/>
      </w:pPr>
    </w:p>
    <w:p>
      <w:pPr>
        <w:jc w:val="both"/>
      </w:pPr>
      <w:r>
        <w:rPr>
          <w:rFonts w:ascii="Times New Roman" w:hAnsi="Times New Roman" w:eastAsia="Times New Roman" w:cs="Times New Roman"/>
          <w:sz w:val="24"/>
        </w:rPr>
        <w:t>[INITIALS]</w:t>
      </w:r>
      <w:r>
        <w:rPr>
          <w:rFonts w:ascii="Times New Roman" w:hAnsi="Times New Roman" w:eastAsia="Times New Roman" w:cs="Times New Roman"/>
          <w:sz w:val="24"/>
        </w:rPr>
        <w:tab/>
        <w:t>Real Property</w:t>
      </w:r>
    </w:p>
    <w:p>
      <w:pPr>
        <w:jc w:val="both"/>
      </w:pPr>
    </w:p>
    <w:p>
      <w:pPr>
        <w:jc w:val="both"/>
      </w:pPr>
      <w:r>
        <w:rPr>
          <w:rFonts w:ascii="Times New Roman" w:hAnsi="Times New Roman" w:eastAsia="Times New Roman" w:cs="Times New Roman"/>
          <w:sz w:val="24"/>
        </w:rPr>
        <w:t>[INITIALS]</w:t>
      </w:r>
      <w:r>
        <w:rPr>
          <w:rFonts w:ascii="Times New Roman" w:hAnsi="Times New Roman" w:eastAsia="Times New Roman" w:cs="Times New Roman"/>
          <w:sz w:val="24"/>
        </w:rPr>
        <w:tab/>
        <w:t>Tangible Personal Property</w:t>
      </w:r>
    </w:p>
    <w:p>
      <w:pPr>
        <w:jc w:val="both"/>
      </w:pPr>
    </w:p>
    <w:p>
      <w:pPr>
        <w:jc w:val="both"/>
      </w:pPr>
      <w:r>
        <w:rPr>
          <w:rFonts w:ascii="Times New Roman" w:hAnsi="Times New Roman" w:eastAsia="Times New Roman" w:cs="Times New Roman"/>
          <w:sz w:val="24"/>
        </w:rPr>
        <w:t>[INITIALS]</w:t>
      </w:r>
      <w:r>
        <w:rPr>
          <w:rFonts w:ascii="Times New Roman" w:hAnsi="Times New Roman" w:eastAsia="Times New Roman" w:cs="Times New Roman"/>
          <w:sz w:val="24"/>
        </w:rPr>
        <w:tab/>
        <w:t>Stocks and Bonds</w:t>
      </w:r>
    </w:p>
    <w:p>
      <w:pPr>
        <w:jc w:val="both"/>
      </w:pPr>
    </w:p>
    <w:p>
      <w:pPr>
        <w:jc w:val="both"/>
      </w:pPr>
      <w:r>
        <w:rPr>
          <w:rFonts w:ascii="Times New Roman" w:hAnsi="Times New Roman" w:eastAsia="Times New Roman" w:cs="Times New Roman"/>
          <w:sz w:val="24"/>
        </w:rPr>
        <w:t>[INITIALS]</w:t>
      </w:r>
      <w:r>
        <w:rPr>
          <w:rFonts w:ascii="Times New Roman" w:hAnsi="Times New Roman" w:eastAsia="Times New Roman" w:cs="Times New Roman"/>
          <w:sz w:val="24"/>
        </w:rPr>
        <w:tab/>
        <w:t>Commodities and Options</w:t>
      </w:r>
    </w:p>
    <w:p>
      <w:pPr>
        <w:jc w:val="both"/>
      </w:pPr>
    </w:p>
    <w:p>
      <w:pPr>
        <w:jc w:val="both"/>
      </w:pPr>
      <w:r>
        <w:rPr>
          <w:rFonts w:ascii="Times New Roman" w:hAnsi="Times New Roman" w:eastAsia="Times New Roman" w:cs="Times New Roman"/>
          <w:sz w:val="24"/>
        </w:rPr>
        <w:t>[INITIALS]</w:t>
      </w:r>
      <w:r>
        <w:rPr>
          <w:rFonts w:ascii="Times New Roman" w:hAnsi="Times New Roman" w:eastAsia="Times New Roman" w:cs="Times New Roman"/>
          <w:sz w:val="24"/>
        </w:rPr>
        <w:tab/>
        <w:t>Banks and Other Financial Institutions</w:t>
      </w:r>
    </w:p>
    <w:p>
      <w:pPr>
        <w:jc w:val="both"/>
      </w:pPr>
    </w:p>
    <w:p>
      <w:pPr>
        <w:jc w:val="both"/>
      </w:pPr>
      <w:r>
        <w:rPr>
          <w:rFonts w:ascii="Times New Roman" w:hAnsi="Times New Roman" w:eastAsia="Times New Roman" w:cs="Times New Roman"/>
          <w:sz w:val="24"/>
        </w:rPr>
        <w:t>[INITIALS]</w:t>
      </w:r>
      <w:r>
        <w:rPr>
          <w:rFonts w:ascii="Times New Roman" w:hAnsi="Times New Roman" w:eastAsia="Times New Roman" w:cs="Times New Roman"/>
          <w:sz w:val="24"/>
        </w:rPr>
        <w:tab/>
        <w:t>Operation of Entity</w:t>
      </w:r>
    </w:p>
    <w:p>
      <w:pPr>
        <w:jc w:val="both"/>
      </w:pPr>
    </w:p>
    <w:p>
      <w:pPr>
        <w:jc w:val="both"/>
      </w:pPr>
      <w:r>
        <w:rPr>
          <w:rFonts w:ascii="Times New Roman" w:hAnsi="Times New Roman" w:eastAsia="Times New Roman" w:cs="Times New Roman"/>
          <w:sz w:val="24"/>
        </w:rPr>
        <w:t>[INITIALS]</w:t>
      </w:r>
      <w:r>
        <w:rPr>
          <w:rFonts w:ascii="Times New Roman" w:hAnsi="Times New Roman" w:eastAsia="Times New Roman" w:cs="Times New Roman"/>
          <w:sz w:val="24"/>
        </w:rPr>
        <w:tab/>
        <w:t>Insurance and Annuities</w:t>
      </w:r>
    </w:p>
    <w:p>
      <w:pPr>
        <w:jc w:val="both"/>
      </w:pPr>
    </w:p>
    <w:p>
      <w:pPr>
        <w:jc w:val="both"/>
      </w:pPr>
      <w:r>
        <w:rPr>
          <w:rFonts w:ascii="Times New Roman" w:hAnsi="Times New Roman" w:eastAsia="Times New Roman" w:cs="Times New Roman"/>
          <w:sz w:val="24"/>
        </w:rPr>
        <w:t>[INITIALS]</w:t>
      </w:r>
      <w:r>
        <w:rPr>
          <w:rFonts w:ascii="Times New Roman" w:hAnsi="Times New Roman" w:eastAsia="Times New Roman" w:cs="Times New Roman"/>
          <w:sz w:val="24"/>
        </w:rPr>
        <w:tab/>
        <w:t>Estates, Trusts, and Other Beneficial Interests</w:t>
      </w:r>
    </w:p>
    <w:p>
      <w:pPr>
        <w:jc w:val="both"/>
      </w:pPr>
    </w:p>
    <w:p>
      <w:pPr>
        <w:jc w:val="both"/>
      </w:pPr>
      <w:r>
        <w:rPr>
          <w:rFonts w:ascii="Times New Roman" w:hAnsi="Times New Roman" w:eastAsia="Times New Roman" w:cs="Times New Roman"/>
          <w:sz w:val="24"/>
        </w:rPr>
        <w:t>[INITIALS]</w:t>
      </w:r>
      <w:r>
        <w:rPr>
          <w:rFonts w:ascii="Times New Roman" w:hAnsi="Times New Roman" w:eastAsia="Times New Roman" w:cs="Times New Roman"/>
          <w:sz w:val="24"/>
        </w:rPr>
        <w:tab/>
        <w:t>Claims and Litigation</w:t>
      </w:r>
    </w:p>
    <w:p>
      <w:pPr>
        <w:jc w:val="both"/>
      </w:pPr>
    </w:p>
    <w:p>
      <w:pPr>
        <w:jc w:val="both"/>
      </w:pPr>
      <w:r>
        <w:rPr>
          <w:rFonts w:ascii="Times New Roman" w:hAnsi="Times New Roman" w:eastAsia="Times New Roman" w:cs="Times New Roman"/>
          <w:sz w:val="24"/>
        </w:rPr>
        <w:t>[INITIALS]</w:t>
      </w:r>
      <w:r>
        <w:rPr>
          <w:rFonts w:ascii="Times New Roman" w:hAnsi="Times New Roman" w:eastAsia="Times New Roman" w:cs="Times New Roman"/>
          <w:sz w:val="24"/>
        </w:rPr>
        <w:tab/>
        <w:t>Personal and Family Maintenance</w:t>
      </w:r>
    </w:p>
    <w:p>
      <w:pPr>
        <w:jc w:val="both"/>
      </w:pPr>
    </w:p>
    <w:p>
      <w:pPr>
        <w:jc w:val="both"/>
      </w:pPr>
      <w:r>
        <w:rPr>
          <w:rFonts w:ascii="Times New Roman" w:hAnsi="Times New Roman" w:eastAsia="Times New Roman" w:cs="Times New Roman"/>
          <w:sz w:val="24"/>
        </w:rPr>
        <w:t>[INITIALS]</w:t>
      </w:r>
      <w:r>
        <w:rPr>
          <w:rFonts w:ascii="Times New Roman" w:hAnsi="Times New Roman" w:eastAsia="Times New Roman" w:cs="Times New Roman"/>
          <w:sz w:val="24"/>
        </w:rPr>
        <w:tab/>
        <w:t>Benefits from Governmental Programs or Civil or Military Service</w:t>
      </w:r>
    </w:p>
    <w:p>
      <w:pPr>
        <w:jc w:val="both"/>
      </w:pPr>
    </w:p>
    <w:p>
      <w:pPr>
        <w:jc w:val="both"/>
      </w:pPr>
      <w:r>
        <w:rPr>
          <w:rFonts w:ascii="Times New Roman" w:hAnsi="Times New Roman" w:eastAsia="Times New Roman" w:cs="Times New Roman"/>
          <w:sz w:val="24"/>
        </w:rPr>
        <w:t>[INITIALS]</w:t>
      </w:r>
      <w:r>
        <w:rPr>
          <w:rFonts w:ascii="Times New Roman" w:hAnsi="Times New Roman" w:eastAsia="Times New Roman" w:cs="Times New Roman"/>
          <w:sz w:val="24"/>
        </w:rPr>
        <w:tab/>
        <w:t>Retirement Plans</w:t>
      </w:r>
    </w:p>
    <w:p>
      <w:pPr>
        <w:jc w:val="both"/>
      </w:pPr>
    </w:p>
    <w:p>
      <w:pPr>
        <w:jc w:val="both"/>
      </w:pPr>
      <w:r>
        <w:rPr>
          <w:rFonts w:ascii="Times New Roman" w:hAnsi="Times New Roman" w:eastAsia="Times New Roman" w:cs="Times New Roman"/>
          <w:sz w:val="24"/>
        </w:rPr>
        <w:t>[INITIALS]</w:t>
      </w:r>
      <w:r>
        <w:rPr>
          <w:rFonts w:ascii="Times New Roman" w:hAnsi="Times New Roman" w:eastAsia="Times New Roman" w:cs="Times New Roman"/>
          <w:sz w:val="24"/>
        </w:rPr>
        <w:tab/>
        <w:t>Taxes</w:t>
      </w:r>
    </w:p>
    <w:p>
      <w:pPr>
        <w:jc w:val="both"/>
      </w:pPr>
    </w:p>
    <w:p>
      <w:pPr>
        <w:jc w:val="both"/>
      </w:pPr>
      <w:r>
        <w:rPr>
          <w:rFonts w:ascii="Times New Roman" w:hAnsi="Times New Roman" w:eastAsia="Times New Roman" w:cs="Times New Roman"/>
          <w:sz w:val="24"/>
        </w:rPr>
        <w:t>[INITIALS]</w:t>
      </w:r>
      <w:r>
        <w:rPr>
          <w:rFonts w:ascii="Times New Roman" w:hAnsi="Times New Roman" w:eastAsia="Times New Roman" w:cs="Times New Roman"/>
          <w:sz w:val="24"/>
        </w:rPr>
        <w:tab/>
        <w:t>All Preceding Subjects</w:t>
      </w:r>
    </w:p>
    <w:p>
      <w:pPr>
        <w:jc w:val="both"/>
      </w:pPr>
    </w:p>
    <w:p>
      <w:pPr>
        <w:jc w:val="center"/>
      </w:pPr>
      <w:r>
        <w:rPr>
          <w:rFonts w:ascii="Times New Roman" w:hAnsi="Times New Roman" w:eastAsia="Times New Roman" w:cs="Times New Roman"/>
          <w:b/>
          <w:sz w:val="24"/>
        </w:rPr>
        <w:t>GRANT OF SPECIFIC AUTHORITY</w:t>
      </w:r>
    </w:p>
    <w:p>
      <w:pPr>
        <w:jc w:val="center"/>
      </w:pPr>
      <w:r>
        <w:rPr>
          <w:rFonts w:ascii="Times New Roman" w:hAnsi="Times New Roman" w:eastAsia="Times New Roman" w:cs="Times New Roman"/>
          <w:b/>
          <w:sz w:val="24"/>
        </w:rPr>
        <w:t>(OPTIONAL)</w:t>
      </w:r>
    </w:p>
    <w:p>
      <w:pPr>
        <w:jc w:val="both"/>
      </w:pPr>
    </w:p>
    <w:p>
      <w:pPr>
        <w:spacing w:before="69" w:after="0"/>
        <w:ind w:firstLine="0"/>
      </w:pPr>
      <w:r>
        <w:rPr>
          <w:rFonts w:ascii="Times New Roman" w:hAnsi="Times New Roman" w:eastAsia="Times New Roman" w:cs="Times New Roman"/>
          <w:sz w:val="24"/>
        </w:rPr>
        <w:t>My</w:t>
      </w:r>
      <w:r>
        <w:rPr>
          <w:rFonts w:ascii="Times New Roman" w:hAnsi="Times New Roman" w:eastAsia="Times New Roman" w:cs="Times New Roman"/>
          <w:sz w:val="24"/>
        </w:rPr>
        <w:t xml:space="preserve"> </w:t>
      </w:r>
      <w:r>
        <w:rPr>
          <w:rFonts w:ascii="Times New Roman" w:hAnsi="Times New Roman" w:eastAsia="Times New Roman" w:cs="Times New Roman"/>
          <w:sz w:val="24"/>
        </w:rPr>
        <w:t>agent</w:t>
      </w:r>
      <w:r>
        <w:rPr>
          <w:rFonts w:ascii="Times New Roman" w:hAnsi="Times New Roman" w:eastAsia="Times New Roman" w:cs="Times New Roman"/>
          <w:sz w:val="24"/>
        </w:rPr>
        <w:t xml:space="preserve"> </w:t>
      </w:r>
      <w:r>
        <w:rPr>
          <w:rFonts w:ascii="Times New Roman" w:hAnsi="Times New Roman" w:eastAsia="Times New Roman" w:cs="Times New Roman"/>
          <w:sz w:val="24"/>
        </w:rPr>
        <w:t>MAY</w:t>
      </w:r>
      <w:r>
        <w:rPr>
          <w:rFonts w:ascii="Times New Roman" w:hAnsi="Times New Roman" w:eastAsia="Times New Roman" w:cs="Times New Roman"/>
          <w:sz w:val="24"/>
        </w:rPr>
        <w:t xml:space="preserve"> </w:t>
      </w:r>
      <w:r>
        <w:rPr>
          <w:rFonts w:ascii="Times New Roman" w:hAnsi="Times New Roman" w:eastAsia="Times New Roman" w:cs="Times New Roman"/>
          <w:sz w:val="24"/>
        </w:rPr>
        <w:t>NOT</w:t>
      </w:r>
      <w:r>
        <w:rPr>
          <w:rFonts w:ascii="Times New Roman" w:hAnsi="Times New Roman" w:eastAsia="Times New Roman" w:cs="Times New Roman"/>
          <w:sz w:val="24"/>
        </w:rPr>
        <w:t xml:space="preserve"> </w:t>
      </w:r>
      <w:r>
        <w:rPr>
          <w:rFonts w:ascii="Times New Roman" w:hAnsi="Times New Roman" w:eastAsia="Times New Roman" w:cs="Times New Roman"/>
          <w:sz w:val="24"/>
        </w:rPr>
        <w:t>do</w:t>
      </w:r>
      <w:r>
        <w:rPr>
          <w:rFonts w:ascii="Times New Roman" w:hAnsi="Times New Roman" w:eastAsia="Times New Roman" w:cs="Times New Roman"/>
          <w:sz w:val="24"/>
        </w:rPr>
        <w:t xml:space="preserve"> </w:t>
      </w:r>
      <w:r>
        <w:rPr>
          <w:rFonts w:ascii="Times New Roman" w:hAnsi="Times New Roman" w:eastAsia="Times New Roman" w:cs="Times New Roman"/>
          <w:sz w:val="24"/>
        </w:rPr>
        <w:t>any</w:t>
      </w:r>
      <w:r>
        <w:rPr>
          <w:rFonts w:ascii="Times New Roman" w:hAnsi="Times New Roman" w:eastAsia="Times New Roman" w:cs="Times New Roman"/>
          <w:sz w:val="24"/>
        </w:rPr>
        <w:t xml:space="preserve"> </w:t>
      </w:r>
      <w:r>
        <w:rPr>
          <w:rFonts w:ascii="Times New Roman" w:hAnsi="Times New Roman" w:eastAsia="Times New Roman" w:cs="Times New Roman"/>
          <w:sz w:val="24"/>
        </w:rPr>
        <w:t>of</w:t>
      </w:r>
      <w:r>
        <w:rPr>
          <w:rFonts w:ascii="Times New Roman" w:hAnsi="Times New Roman" w:eastAsia="Times New Roman" w:cs="Times New Roman"/>
          <w:sz w:val="24"/>
        </w:rPr>
        <w:t xml:space="preserve"> </w:t>
      </w:r>
      <w:r>
        <w:rPr>
          <w:rFonts w:ascii="Times New Roman" w:hAnsi="Times New Roman" w:eastAsia="Times New Roman" w:cs="Times New Roman"/>
          <w:sz w:val="24"/>
        </w:rPr>
        <w:t>the</w:t>
      </w:r>
      <w:r>
        <w:rPr>
          <w:rFonts w:ascii="Times New Roman" w:hAnsi="Times New Roman" w:eastAsia="Times New Roman" w:cs="Times New Roman"/>
          <w:sz w:val="24"/>
        </w:rPr>
        <w:t xml:space="preserve"> </w:t>
      </w:r>
      <w:r>
        <w:rPr>
          <w:rFonts w:ascii="Times New Roman" w:hAnsi="Times New Roman" w:eastAsia="Times New Roman" w:cs="Times New Roman"/>
          <w:sz w:val="24"/>
        </w:rPr>
        <w:t>following specific</w:t>
      </w:r>
      <w:r>
        <w:rPr>
          <w:rFonts w:ascii="Times New Roman" w:hAnsi="Times New Roman" w:eastAsia="Times New Roman" w:cs="Times New Roman"/>
          <w:sz w:val="24"/>
        </w:rPr>
        <w:t xml:space="preserve"> </w:t>
      </w:r>
      <w:r>
        <w:rPr>
          <w:rFonts w:ascii="Times New Roman" w:hAnsi="Times New Roman" w:eastAsia="Times New Roman" w:cs="Times New Roman"/>
          <w:sz w:val="24"/>
        </w:rPr>
        <w:t>acts</w:t>
      </w:r>
      <w:r>
        <w:rPr>
          <w:rFonts w:ascii="Times New Roman" w:hAnsi="Times New Roman" w:eastAsia="Times New Roman" w:cs="Times New Roman"/>
          <w:sz w:val="24"/>
        </w:rPr>
        <w:t xml:space="preserve"> </w:t>
      </w:r>
      <w:r>
        <w:rPr>
          <w:rFonts w:ascii="Times New Roman" w:hAnsi="Times New Roman" w:eastAsia="Times New Roman" w:cs="Times New Roman"/>
          <w:sz w:val="24"/>
        </w:rPr>
        <w:t>for</w:t>
      </w:r>
      <w:r>
        <w:rPr>
          <w:rFonts w:ascii="Times New Roman" w:hAnsi="Times New Roman" w:eastAsia="Times New Roman" w:cs="Times New Roman"/>
          <w:sz w:val="24"/>
        </w:rPr>
        <w:t xml:space="preserve"> </w:t>
      </w:r>
      <w:r>
        <w:rPr>
          <w:rFonts w:ascii="Times New Roman" w:hAnsi="Times New Roman" w:eastAsia="Times New Roman" w:cs="Times New Roman"/>
          <w:sz w:val="24"/>
        </w:rPr>
        <w:t>me</w:t>
      </w:r>
      <w:r>
        <w:rPr>
          <w:rFonts w:ascii="Times New Roman" w:hAnsi="Times New Roman" w:eastAsia="Times New Roman" w:cs="Times New Roman"/>
          <w:sz w:val="24"/>
        </w:rPr>
        <w:t xml:space="preserve"> </w:t>
      </w:r>
      <w:r>
        <w:rPr>
          <w:rFonts w:ascii="Times New Roman" w:hAnsi="Times New Roman" w:eastAsia="Times New Roman" w:cs="Times New Roman"/>
          <w:sz w:val="24"/>
        </w:rPr>
        <w:t>UNLESS</w:t>
      </w:r>
      <w:r>
        <w:rPr>
          <w:rFonts w:ascii="Times New Roman" w:hAnsi="Times New Roman" w:eastAsia="Times New Roman" w:cs="Times New Roman"/>
          <w:sz w:val="24"/>
        </w:rPr>
        <w:t xml:space="preserve"> </w:t>
      </w:r>
      <w:r>
        <w:rPr>
          <w:rFonts w:ascii="Times New Roman" w:hAnsi="Times New Roman" w:eastAsia="Times New Roman" w:cs="Times New Roman"/>
          <w:sz w:val="24"/>
        </w:rPr>
        <w:t>I</w:t>
      </w:r>
      <w:r>
        <w:rPr>
          <w:rFonts w:ascii="Times New Roman" w:hAnsi="Times New Roman" w:eastAsia="Times New Roman" w:cs="Times New Roman"/>
          <w:sz w:val="24"/>
        </w:rPr>
        <w:t xml:space="preserve"> </w:t>
      </w:r>
      <w:r>
        <w:rPr>
          <w:rFonts w:ascii="Times New Roman" w:hAnsi="Times New Roman" w:eastAsia="Times New Roman" w:cs="Times New Roman"/>
          <w:sz w:val="24"/>
        </w:rPr>
        <w:t>have</w:t>
      </w:r>
      <w:r>
        <w:rPr>
          <w:rFonts w:ascii="Times New Roman" w:hAnsi="Times New Roman" w:eastAsia="Times New Roman" w:cs="Times New Roman"/>
          <w:sz w:val="24"/>
        </w:rPr>
        <w:t xml:space="preserve"> </w:t>
      </w:r>
      <w:r>
        <w:rPr>
          <w:rFonts w:ascii="Times New Roman" w:hAnsi="Times New Roman" w:eastAsia="Times New Roman" w:cs="Times New Roman"/>
          <w:sz w:val="24"/>
        </w:rPr>
        <w:t>INITIALED</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the </w:t>
      </w:r>
      <w:r>
        <w:rPr>
          <w:rFonts w:ascii="Times New Roman" w:hAnsi="Times New Roman" w:eastAsia="Times New Roman" w:cs="Times New Roman"/>
          <w:sz w:val="24"/>
        </w:rPr>
        <w:t>specific</w:t>
      </w:r>
      <w:r>
        <w:rPr>
          <w:rFonts w:ascii="Times New Roman" w:hAnsi="Times New Roman" w:eastAsia="Times New Roman" w:cs="Times New Roman"/>
          <w:sz w:val="24"/>
        </w:rPr>
        <w:t xml:space="preserve"> </w:t>
      </w:r>
      <w:r>
        <w:rPr>
          <w:rFonts w:ascii="Times New Roman" w:hAnsi="Times New Roman" w:eastAsia="Times New Roman" w:cs="Times New Roman"/>
          <w:sz w:val="24"/>
        </w:rPr>
        <w:t>authority</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listed </w:t>
      </w:r>
      <w:r>
        <w:rPr>
          <w:rFonts w:ascii="Times New Roman" w:hAnsi="Times New Roman" w:eastAsia="Times New Roman" w:cs="Times New Roman"/>
          <w:sz w:val="24"/>
        </w:rPr>
        <w:t>below:</w:t>
      </w:r>
    </w:p>
    <w:p>
      <w:pPr>
        <w:spacing w:before="11" w:after="0"/>
      </w:pPr>
    </w:p>
    <w:p>
      <w:pPr>
        <w:spacing w:before="69" w:after="0"/>
        <w:ind w:firstLine="0"/>
        <w:jc w:val="both"/>
      </w:pPr>
      <w:r>
        <w:rPr>
          <w:rFonts w:ascii="Times New Roman" w:hAnsi="Times New Roman" w:eastAsia="Times New Roman" w:cs="Times New Roman"/>
          <w:sz w:val="24"/>
        </w:rPr>
        <w:t>(CAUTION:</w:t>
      </w:r>
      <w:r>
        <w:rPr>
          <w:rFonts w:ascii="Times New Roman" w:hAnsi="Times New Roman" w:eastAsia="Times New Roman" w:cs="Times New Roman"/>
          <w:sz w:val="24"/>
        </w:rPr>
        <w:t xml:space="preserve"> </w:t>
      </w:r>
      <w:r>
        <w:rPr>
          <w:rFonts w:ascii="Times New Roman" w:hAnsi="Times New Roman" w:eastAsia="Times New Roman" w:cs="Times New Roman"/>
          <w:sz w:val="24"/>
        </w:rPr>
        <w:t>Granting</w:t>
      </w:r>
      <w:r>
        <w:rPr>
          <w:rFonts w:ascii="Times New Roman" w:hAnsi="Times New Roman" w:eastAsia="Times New Roman" w:cs="Times New Roman"/>
          <w:sz w:val="24"/>
        </w:rPr>
        <w:t xml:space="preserve"> </w:t>
      </w:r>
      <w:r>
        <w:rPr>
          <w:rFonts w:ascii="Times New Roman" w:hAnsi="Times New Roman" w:eastAsia="Times New Roman" w:cs="Times New Roman"/>
          <w:sz w:val="24"/>
        </w:rPr>
        <w:t>any</w:t>
      </w:r>
      <w:r>
        <w:rPr>
          <w:rFonts w:ascii="Times New Roman" w:hAnsi="Times New Roman" w:eastAsia="Times New Roman" w:cs="Times New Roman"/>
          <w:sz w:val="24"/>
        </w:rPr>
        <w:t xml:space="preserve"> </w:t>
      </w:r>
      <w:r>
        <w:rPr>
          <w:rFonts w:ascii="Times New Roman" w:hAnsi="Times New Roman" w:eastAsia="Times New Roman" w:cs="Times New Roman"/>
          <w:sz w:val="24"/>
        </w:rPr>
        <w:t>of</w:t>
      </w:r>
      <w:r>
        <w:rPr>
          <w:rFonts w:ascii="Times New Roman" w:hAnsi="Times New Roman" w:eastAsia="Times New Roman" w:cs="Times New Roman"/>
          <w:sz w:val="24"/>
        </w:rPr>
        <w:t xml:space="preserve"> </w:t>
      </w:r>
      <w:r>
        <w:rPr>
          <w:rFonts w:ascii="Times New Roman" w:hAnsi="Times New Roman" w:eastAsia="Times New Roman" w:cs="Times New Roman"/>
          <w:sz w:val="24"/>
        </w:rPr>
        <w:t>the</w:t>
      </w:r>
      <w:r>
        <w:rPr>
          <w:rFonts w:ascii="Times New Roman" w:hAnsi="Times New Roman" w:eastAsia="Times New Roman" w:cs="Times New Roman"/>
          <w:sz w:val="24"/>
        </w:rPr>
        <w:t xml:space="preserve"> </w:t>
      </w:r>
      <w:r>
        <w:rPr>
          <w:rFonts w:ascii="Times New Roman" w:hAnsi="Times New Roman" w:eastAsia="Times New Roman" w:cs="Times New Roman"/>
          <w:sz w:val="24"/>
        </w:rPr>
        <w:t>following</w:t>
      </w:r>
      <w:r>
        <w:rPr>
          <w:rFonts w:ascii="Times New Roman" w:hAnsi="Times New Roman" w:eastAsia="Times New Roman" w:cs="Times New Roman"/>
          <w:sz w:val="24"/>
        </w:rPr>
        <w:t xml:space="preserve"> </w:t>
      </w:r>
      <w:r>
        <w:rPr>
          <w:rFonts w:ascii="Times New Roman" w:hAnsi="Times New Roman" w:eastAsia="Times New Roman" w:cs="Times New Roman"/>
          <w:sz w:val="24"/>
        </w:rPr>
        <w:t>will</w:t>
      </w:r>
      <w:r>
        <w:rPr>
          <w:rFonts w:ascii="Times New Roman" w:hAnsi="Times New Roman" w:eastAsia="Times New Roman" w:cs="Times New Roman"/>
          <w:sz w:val="24"/>
        </w:rPr>
        <w:t xml:space="preserve"> </w:t>
      </w:r>
      <w:r>
        <w:rPr>
          <w:rFonts w:ascii="Times New Roman" w:hAnsi="Times New Roman" w:eastAsia="Times New Roman" w:cs="Times New Roman"/>
          <w:sz w:val="24"/>
        </w:rPr>
        <w:t>give</w:t>
      </w:r>
      <w:r>
        <w:rPr>
          <w:rFonts w:ascii="Times New Roman" w:hAnsi="Times New Roman" w:eastAsia="Times New Roman" w:cs="Times New Roman"/>
          <w:sz w:val="24"/>
        </w:rPr>
        <w:t xml:space="preserve"> </w:t>
      </w:r>
      <w:r>
        <w:rPr>
          <w:rFonts w:ascii="Times New Roman" w:hAnsi="Times New Roman" w:eastAsia="Times New Roman" w:cs="Times New Roman"/>
          <w:sz w:val="24"/>
        </w:rPr>
        <w:t>your</w:t>
      </w:r>
      <w:r>
        <w:rPr>
          <w:rFonts w:ascii="Times New Roman" w:hAnsi="Times New Roman" w:eastAsia="Times New Roman" w:cs="Times New Roman"/>
          <w:sz w:val="24"/>
        </w:rPr>
        <w:t xml:space="preserve"> </w:t>
      </w:r>
      <w:r>
        <w:rPr>
          <w:rFonts w:ascii="Times New Roman" w:hAnsi="Times New Roman" w:eastAsia="Times New Roman" w:cs="Times New Roman"/>
          <w:sz w:val="24"/>
        </w:rPr>
        <w:t>agent</w:t>
      </w:r>
      <w:r>
        <w:rPr>
          <w:rFonts w:ascii="Times New Roman" w:hAnsi="Times New Roman" w:eastAsia="Times New Roman" w:cs="Times New Roman"/>
          <w:sz w:val="24"/>
        </w:rPr>
        <w:t xml:space="preserve"> </w:t>
      </w:r>
      <w:r>
        <w:rPr>
          <w:rFonts w:ascii="Times New Roman" w:hAnsi="Times New Roman" w:eastAsia="Times New Roman" w:cs="Times New Roman"/>
          <w:sz w:val="24"/>
        </w:rPr>
        <w:t>the</w:t>
      </w:r>
      <w:r>
        <w:rPr>
          <w:rFonts w:ascii="Times New Roman" w:hAnsi="Times New Roman" w:eastAsia="Times New Roman" w:cs="Times New Roman"/>
          <w:sz w:val="24"/>
        </w:rPr>
        <w:t xml:space="preserve"> </w:t>
      </w:r>
      <w:r>
        <w:rPr>
          <w:rFonts w:ascii="Times New Roman" w:hAnsi="Times New Roman" w:eastAsia="Times New Roman" w:cs="Times New Roman"/>
          <w:sz w:val="24"/>
        </w:rPr>
        <w:t>authority</w:t>
      </w:r>
      <w:r>
        <w:rPr>
          <w:rFonts w:ascii="Times New Roman" w:hAnsi="Times New Roman" w:eastAsia="Times New Roman" w:cs="Times New Roman"/>
          <w:sz w:val="24"/>
        </w:rPr>
        <w:t xml:space="preserve"> </w:t>
      </w:r>
      <w:r>
        <w:rPr>
          <w:rFonts w:ascii="Times New Roman" w:hAnsi="Times New Roman" w:eastAsia="Times New Roman" w:cs="Times New Roman"/>
          <w:sz w:val="24"/>
        </w:rPr>
        <w:t>to</w:t>
      </w:r>
      <w:r>
        <w:rPr>
          <w:rFonts w:ascii="Times New Roman" w:hAnsi="Times New Roman" w:eastAsia="Times New Roman" w:cs="Times New Roman"/>
          <w:sz w:val="24"/>
        </w:rPr>
        <w:t xml:space="preserve"> </w:t>
      </w:r>
      <w:r>
        <w:rPr>
          <w:rFonts w:ascii="Times New Roman" w:hAnsi="Times New Roman" w:eastAsia="Times New Roman" w:cs="Times New Roman"/>
          <w:sz w:val="24"/>
        </w:rPr>
        <w:t>take</w:t>
      </w:r>
      <w:r>
        <w:rPr>
          <w:rFonts w:ascii="Times New Roman" w:hAnsi="Times New Roman" w:eastAsia="Times New Roman" w:cs="Times New Roman"/>
          <w:sz w:val="24"/>
        </w:rPr>
        <w:t xml:space="preserve"> </w:t>
      </w:r>
      <w:r>
        <w:rPr>
          <w:rFonts w:ascii="Times New Roman" w:hAnsi="Times New Roman" w:eastAsia="Times New Roman" w:cs="Times New Roman"/>
          <w:sz w:val="24"/>
        </w:rPr>
        <w:t>actions</w:t>
      </w:r>
      <w:r>
        <w:rPr>
          <w:rFonts w:ascii="Times New Roman" w:hAnsi="Times New Roman" w:eastAsia="Times New Roman" w:cs="Times New Roman"/>
          <w:sz w:val="24"/>
        </w:rPr>
        <w:t xml:space="preserve"> </w:t>
      </w:r>
      <w:r>
        <w:rPr>
          <w:rFonts w:ascii="Times New Roman" w:hAnsi="Times New Roman" w:eastAsia="Times New Roman" w:cs="Times New Roman"/>
          <w:sz w:val="24"/>
        </w:rPr>
        <w:t>that</w:t>
      </w:r>
      <w:r>
        <w:rPr>
          <w:rFonts w:ascii="Times New Roman" w:hAnsi="Times New Roman" w:eastAsia="Times New Roman" w:cs="Times New Roman"/>
          <w:sz w:val="24"/>
        </w:rPr>
        <w:t xml:space="preserve"> </w:t>
      </w:r>
      <w:r>
        <w:rPr>
          <w:rFonts w:ascii="Times New Roman" w:hAnsi="Times New Roman" w:eastAsia="Times New Roman" w:cs="Times New Roman"/>
          <w:sz w:val="24"/>
        </w:rPr>
        <w:t>could</w:t>
      </w:r>
      <w:r>
        <w:rPr>
          <w:rFonts w:ascii="Times New Roman" w:hAnsi="Times New Roman" w:eastAsia="Times New Roman" w:cs="Times New Roman"/>
          <w:sz w:val="24"/>
        </w:rPr>
        <w:t xml:space="preserve"> </w:t>
      </w:r>
      <w:r>
        <w:rPr>
          <w:rFonts w:ascii="Times New Roman" w:hAnsi="Times New Roman" w:eastAsia="Times New Roman" w:cs="Times New Roman"/>
          <w:sz w:val="24"/>
        </w:rPr>
        <w:t>significantly</w:t>
      </w:r>
      <w:r>
        <w:rPr>
          <w:rFonts w:ascii="Times New Roman" w:hAnsi="Times New Roman" w:eastAsia="Times New Roman" w:cs="Times New Roman"/>
          <w:sz w:val="24"/>
        </w:rPr>
        <w:t xml:space="preserve"> </w:t>
      </w:r>
      <w:r>
        <w:rPr>
          <w:rFonts w:ascii="Times New Roman" w:hAnsi="Times New Roman" w:eastAsia="Times New Roman" w:cs="Times New Roman"/>
          <w:sz w:val="24"/>
        </w:rPr>
        <w:t>reduce</w:t>
      </w:r>
      <w:r>
        <w:rPr>
          <w:rFonts w:ascii="Times New Roman" w:hAnsi="Times New Roman" w:eastAsia="Times New Roman" w:cs="Times New Roman"/>
          <w:sz w:val="24"/>
        </w:rPr>
        <w:t xml:space="preserve"> </w:t>
      </w:r>
      <w:r>
        <w:rPr>
          <w:rFonts w:ascii="Times New Roman" w:hAnsi="Times New Roman" w:eastAsia="Times New Roman" w:cs="Times New Roman"/>
          <w:sz w:val="24"/>
        </w:rPr>
        <w:t>your</w:t>
      </w:r>
      <w:r>
        <w:rPr>
          <w:rFonts w:ascii="Times New Roman" w:hAnsi="Times New Roman" w:eastAsia="Times New Roman" w:cs="Times New Roman"/>
          <w:sz w:val="24"/>
        </w:rPr>
        <w:t xml:space="preserve"> </w:t>
      </w:r>
      <w:r>
        <w:rPr>
          <w:rFonts w:ascii="Times New Roman" w:hAnsi="Times New Roman" w:eastAsia="Times New Roman" w:cs="Times New Roman"/>
          <w:sz w:val="24"/>
        </w:rPr>
        <w:t>property</w:t>
      </w:r>
      <w:r>
        <w:rPr>
          <w:rFonts w:ascii="Times New Roman" w:hAnsi="Times New Roman" w:eastAsia="Times New Roman" w:cs="Times New Roman"/>
          <w:sz w:val="24"/>
        </w:rPr>
        <w:t xml:space="preserve"> </w:t>
      </w:r>
      <w:r>
        <w:rPr>
          <w:rFonts w:ascii="Times New Roman" w:hAnsi="Times New Roman" w:eastAsia="Times New Roman" w:cs="Times New Roman"/>
          <w:sz w:val="24"/>
        </w:rPr>
        <w:t>or</w:t>
      </w:r>
      <w:r>
        <w:rPr>
          <w:rFonts w:ascii="Times New Roman" w:hAnsi="Times New Roman" w:eastAsia="Times New Roman" w:cs="Times New Roman"/>
          <w:sz w:val="24"/>
        </w:rPr>
        <w:t xml:space="preserve"> </w:t>
      </w:r>
      <w:r>
        <w:rPr>
          <w:rFonts w:ascii="Times New Roman" w:hAnsi="Times New Roman" w:eastAsia="Times New Roman" w:cs="Times New Roman"/>
          <w:sz w:val="24"/>
        </w:rPr>
        <w:t>change</w:t>
      </w:r>
      <w:r>
        <w:rPr>
          <w:rFonts w:ascii="Times New Roman" w:hAnsi="Times New Roman" w:eastAsia="Times New Roman" w:cs="Times New Roman"/>
          <w:sz w:val="24"/>
        </w:rPr>
        <w:t xml:space="preserve"> </w:t>
      </w:r>
      <w:r>
        <w:rPr>
          <w:rFonts w:ascii="Times New Roman" w:hAnsi="Times New Roman" w:eastAsia="Times New Roman" w:cs="Times New Roman"/>
          <w:sz w:val="24"/>
        </w:rPr>
        <w:t>how</w:t>
      </w:r>
      <w:r>
        <w:rPr>
          <w:rFonts w:ascii="Times New Roman" w:hAnsi="Times New Roman" w:eastAsia="Times New Roman" w:cs="Times New Roman"/>
          <w:sz w:val="24"/>
        </w:rPr>
        <w:t xml:space="preserve"> </w:t>
      </w:r>
      <w:r>
        <w:rPr>
          <w:rFonts w:ascii="Times New Roman" w:hAnsi="Times New Roman" w:eastAsia="Times New Roman" w:cs="Times New Roman"/>
          <w:sz w:val="24"/>
        </w:rPr>
        <w:t>your</w:t>
      </w:r>
      <w:r>
        <w:rPr>
          <w:rFonts w:ascii="Times New Roman" w:hAnsi="Times New Roman" w:eastAsia="Times New Roman" w:cs="Times New Roman"/>
          <w:sz w:val="24"/>
        </w:rPr>
        <w:t xml:space="preserve"> </w:t>
      </w:r>
      <w:r>
        <w:rPr>
          <w:rFonts w:ascii="Times New Roman" w:hAnsi="Times New Roman" w:eastAsia="Times New Roman" w:cs="Times New Roman"/>
          <w:sz w:val="24"/>
        </w:rPr>
        <w:t>property</w:t>
      </w:r>
      <w:r>
        <w:rPr>
          <w:rFonts w:ascii="Times New Roman" w:hAnsi="Times New Roman" w:eastAsia="Times New Roman" w:cs="Times New Roman"/>
          <w:sz w:val="24"/>
        </w:rPr>
        <w:t xml:space="preserve"> </w:t>
      </w:r>
      <w:r>
        <w:rPr>
          <w:rFonts w:ascii="Times New Roman" w:hAnsi="Times New Roman" w:eastAsia="Times New Roman" w:cs="Times New Roman"/>
          <w:sz w:val="24"/>
        </w:rPr>
        <w:t>is</w:t>
      </w:r>
      <w:r>
        <w:rPr>
          <w:rFonts w:ascii="Times New Roman" w:hAnsi="Times New Roman" w:eastAsia="Times New Roman" w:cs="Times New Roman"/>
          <w:sz w:val="24"/>
        </w:rPr>
        <w:t xml:space="preserve"> </w:t>
      </w:r>
      <w:r>
        <w:rPr>
          <w:rFonts w:ascii="Times New Roman" w:hAnsi="Times New Roman" w:eastAsia="Times New Roman" w:cs="Times New Roman"/>
          <w:sz w:val="24"/>
        </w:rPr>
        <w:t>distributed</w:t>
      </w:r>
      <w:r>
        <w:rPr>
          <w:rFonts w:ascii="Times New Roman" w:hAnsi="Times New Roman" w:eastAsia="Times New Roman" w:cs="Times New Roman"/>
          <w:sz w:val="24"/>
        </w:rPr>
        <w:t xml:space="preserve"> </w:t>
      </w:r>
      <w:r>
        <w:rPr>
          <w:rFonts w:ascii="Times New Roman" w:hAnsi="Times New Roman" w:eastAsia="Times New Roman" w:cs="Times New Roman"/>
          <w:sz w:val="24"/>
        </w:rPr>
        <w:t>at</w:t>
      </w:r>
      <w:r>
        <w:rPr>
          <w:rFonts w:ascii="Times New Roman" w:hAnsi="Times New Roman" w:eastAsia="Times New Roman" w:cs="Times New Roman"/>
          <w:sz w:val="24"/>
        </w:rPr>
        <w:t xml:space="preserve"> </w:t>
      </w:r>
      <w:r>
        <w:rPr>
          <w:rFonts w:ascii="Times New Roman" w:hAnsi="Times New Roman" w:eastAsia="Times New Roman" w:cs="Times New Roman"/>
          <w:sz w:val="24"/>
        </w:rPr>
        <w:t>your</w:t>
      </w:r>
      <w:r>
        <w:rPr>
          <w:rFonts w:ascii="Times New Roman" w:hAnsi="Times New Roman" w:eastAsia="Times New Roman" w:cs="Times New Roman"/>
          <w:sz w:val="24"/>
        </w:rPr>
        <w:t xml:space="preserve"> </w:t>
      </w:r>
      <w:r>
        <w:rPr>
          <w:rFonts w:ascii="Times New Roman" w:hAnsi="Times New Roman" w:eastAsia="Times New Roman" w:cs="Times New Roman"/>
          <w:sz w:val="24"/>
        </w:rPr>
        <w:t>death.</w:t>
      </w:r>
      <w:r>
        <w:rPr>
          <w:rFonts w:ascii="Times New Roman" w:hAnsi="Times New Roman" w:eastAsia="Times New Roman" w:cs="Times New Roman"/>
          <w:sz w:val="24"/>
        </w:rPr>
        <w:t xml:space="preserve"> </w:t>
      </w:r>
      <w:r>
        <w:rPr>
          <w:rFonts w:ascii="Times New Roman" w:hAnsi="Times New Roman" w:eastAsia="Times New Roman" w:cs="Times New Roman"/>
          <w:sz w:val="24"/>
        </w:rPr>
        <w:t>INITIAL</w:t>
      </w:r>
      <w:r>
        <w:rPr>
          <w:rFonts w:ascii="Times New Roman" w:hAnsi="Times New Roman" w:eastAsia="Times New Roman" w:cs="Times New Roman"/>
          <w:sz w:val="24"/>
        </w:rPr>
        <w:t xml:space="preserve"> </w:t>
      </w:r>
      <w:r>
        <w:rPr>
          <w:rFonts w:ascii="Times New Roman" w:hAnsi="Times New Roman" w:eastAsia="Times New Roman" w:cs="Times New Roman"/>
          <w:sz w:val="24"/>
        </w:rPr>
        <w:t>ONLY</w:t>
      </w:r>
      <w:r>
        <w:rPr>
          <w:rFonts w:ascii="Times New Roman" w:hAnsi="Times New Roman" w:eastAsia="Times New Roman" w:cs="Times New Roman"/>
          <w:sz w:val="24"/>
        </w:rPr>
        <w:t xml:space="preserve"> the</w:t>
      </w:r>
      <w:r>
        <w:rPr>
          <w:rFonts w:ascii="Times New Roman" w:hAnsi="Times New Roman" w:eastAsia="Times New Roman" w:cs="Times New Roman"/>
          <w:sz w:val="24"/>
        </w:rPr>
        <w:t xml:space="preserve"> specific</w:t>
      </w:r>
      <w:r>
        <w:rPr>
          <w:rFonts w:ascii="Times New Roman" w:hAnsi="Times New Roman" w:eastAsia="Times New Roman" w:cs="Times New Roman"/>
          <w:sz w:val="24"/>
        </w:rPr>
        <w:t xml:space="preserve"> authority</w:t>
      </w:r>
      <w:r>
        <w:rPr>
          <w:rFonts w:ascii="Times New Roman" w:hAnsi="Times New Roman" w:eastAsia="Times New Roman" w:cs="Times New Roman"/>
          <w:sz w:val="24"/>
        </w:rPr>
        <w:t xml:space="preserve"> </w:t>
      </w:r>
      <w:r>
        <w:rPr>
          <w:rFonts w:ascii="Times New Roman" w:hAnsi="Times New Roman" w:eastAsia="Times New Roman" w:cs="Times New Roman"/>
          <w:sz w:val="24"/>
        </w:rPr>
        <w:t>you</w:t>
      </w:r>
      <w:r>
        <w:rPr>
          <w:rFonts w:ascii="Times New Roman" w:hAnsi="Times New Roman" w:eastAsia="Times New Roman" w:cs="Times New Roman"/>
          <w:sz w:val="24"/>
        </w:rPr>
        <w:t xml:space="preserve"> WANT to </w:t>
      </w:r>
      <w:r>
        <w:rPr>
          <w:rFonts w:ascii="Times New Roman" w:hAnsi="Times New Roman" w:eastAsia="Times New Roman" w:cs="Times New Roman"/>
          <w:sz w:val="24"/>
        </w:rPr>
        <w:t>give</w:t>
      </w:r>
      <w:r>
        <w:rPr>
          <w:rFonts w:ascii="Times New Roman" w:hAnsi="Times New Roman" w:eastAsia="Times New Roman" w:cs="Times New Roman"/>
          <w:sz w:val="24"/>
        </w:rPr>
        <w:t xml:space="preserve"> </w:t>
      </w:r>
      <w:r>
        <w:rPr>
          <w:rFonts w:ascii="Times New Roman" w:hAnsi="Times New Roman" w:eastAsia="Times New Roman" w:cs="Times New Roman"/>
          <w:sz w:val="24"/>
        </w:rPr>
        <w:t>your</w:t>
      </w:r>
      <w:r>
        <w:rPr>
          <w:rFonts w:ascii="Times New Roman" w:hAnsi="Times New Roman" w:eastAsia="Times New Roman" w:cs="Times New Roman"/>
          <w:sz w:val="24"/>
        </w:rPr>
        <w:t xml:space="preserve"> </w:t>
      </w:r>
      <w:r>
        <w:rPr>
          <w:rFonts w:ascii="Times New Roman" w:hAnsi="Times New Roman" w:eastAsia="Times New Roman" w:cs="Times New Roman"/>
          <w:sz w:val="24"/>
        </w:rPr>
        <w:t>agent.)</w:t>
      </w:r>
    </w:p>
    <w:p>
      <w:pPr>
        <w:jc w:val="both"/>
      </w:pPr>
    </w:p>
    <w:p>
      <w:pPr>
        <w:jc w:val="both"/>
      </w:pPr>
    </w:p>
    <w:p>
      <w:pPr>
        <w:jc w:val="both"/>
      </w:pPr>
      <w:r>
        <w:rPr>
          <w:rFonts w:ascii="Times New Roman" w:hAnsi="Times New Roman" w:eastAsia="Times New Roman" w:cs="Times New Roman"/>
          <w:sz w:val="24"/>
        </w:rPr>
        <w:t>[INITIALS]</w:t>
      </w:r>
      <w:r>
        <w:rPr>
          <w:rFonts w:ascii="Times New Roman" w:hAnsi="Times New Roman" w:eastAsia="Times New Roman" w:cs="Times New Roman"/>
          <w:sz w:val="24"/>
        </w:rPr>
        <w:tab/>
        <w:t>Create or change rights of survivorship</w:t>
      </w:r>
    </w:p>
    <w:p>
      <w:pPr>
        <w:jc w:val="both"/>
      </w:pPr>
    </w:p>
    <w:p>
      <w:pPr>
        <w:jc w:val="both"/>
      </w:pPr>
      <w:r>
        <w:rPr>
          <w:rFonts w:ascii="Times New Roman" w:hAnsi="Times New Roman" w:eastAsia="Times New Roman" w:cs="Times New Roman"/>
          <w:sz w:val="24"/>
        </w:rPr>
        <w:t>[INITIALS]</w:t>
      </w:r>
      <w:r>
        <w:rPr>
          <w:rFonts w:ascii="Times New Roman" w:hAnsi="Times New Roman" w:eastAsia="Times New Roman" w:cs="Times New Roman"/>
          <w:sz w:val="24"/>
        </w:rPr>
        <w:tab/>
        <w:t>Create or change a beneficiary designation</w:t>
      </w:r>
    </w:p>
    <w:p>
      <w:pPr>
        <w:jc w:val="both"/>
      </w:pPr>
    </w:p>
    <w:p>
      <w:pPr>
        <w:jc w:val="both"/>
      </w:pPr>
      <w:r>
        <w:rPr>
          <w:rFonts w:ascii="Times New Roman" w:hAnsi="Times New Roman" w:eastAsia="Times New Roman" w:cs="Times New Roman"/>
          <w:sz w:val="24"/>
        </w:rPr>
        <w:t>[INITIALS]</w:t>
      </w:r>
      <w:r>
        <w:rPr>
          <w:rFonts w:ascii="Times New Roman" w:hAnsi="Times New Roman" w:eastAsia="Times New Roman" w:cs="Times New Roman"/>
          <w:sz w:val="24"/>
        </w:rPr>
        <w:tab/>
        <w:t>Authorize another person to exercise the authority granted under this power of attorney</w:t>
      </w:r>
    </w:p>
    <w:p>
      <w:pPr>
        <w:ind w:hanging="720"/>
        <w:jc w:val="both"/>
      </w:pPr>
    </w:p>
    <w:p>
      <w:pPr>
        <w:ind w:hanging="720"/>
        <w:jc w:val="both"/>
      </w:pPr>
      <w:r>
        <w:rPr>
          <w:rFonts w:ascii="Times New Roman" w:hAnsi="Times New Roman" w:eastAsia="Times New Roman" w:cs="Times New Roman"/>
          <w:sz w:val="24"/>
        </w:rPr>
        <w:t>[INITIALS]</w:t>
      </w:r>
      <w:r>
        <w:rPr>
          <w:rFonts w:ascii="Times New Roman" w:hAnsi="Times New Roman" w:eastAsia="Times New Roman" w:cs="Times New Roman"/>
          <w:sz w:val="24"/>
        </w:rPr>
        <w:tab/>
        <w:t>Waive my right to be a beneficiary of a joint and survivor annuity, including a survivor benefit under a retirement plan</w:t>
      </w:r>
    </w:p>
    <w:p>
      <w:pPr>
        <w:jc w:val="both"/>
      </w:pPr>
    </w:p>
    <w:p>
      <w:pPr>
        <w:jc w:val="both"/>
      </w:pPr>
      <w:r>
        <w:rPr>
          <w:rFonts w:ascii="Times New Roman" w:hAnsi="Times New Roman" w:eastAsia="Times New Roman" w:cs="Times New Roman"/>
          <w:sz w:val="24"/>
        </w:rPr>
        <w:t>[INITIALS]</w:t>
      </w:r>
      <w:r>
        <w:rPr>
          <w:rFonts w:ascii="Times New Roman" w:hAnsi="Times New Roman" w:eastAsia="Times New Roman" w:cs="Times New Roman"/>
          <w:sz w:val="24"/>
        </w:rPr>
        <w:tab/>
        <w:t>Exercise fiduciary powers that I have authority to delegate</w:t>
      </w:r>
    </w:p>
    <w:p>
      <w:pPr>
        <w:jc w:val="both"/>
      </w:pPr>
    </w:p>
    <w:p>
      <w:pPr>
        <w:jc w:val="both"/>
      </w:pPr>
      <w:r>
        <w:rPr>
          <w:rFonts w:ascii="Times New Roman" w:hAnsi="Times New Roman" w:eastAsia="Times New Roman" w:cs="Times New Roman"/>
          <w:sz w:val="24"/>
        </w:rPr>
        <w:t>[INITIALS]</w:t>
      </w:r>
      <w:r>
        <w:rPr>
          <w:rFonts w:ascii="Times New Roman" w:hAnsi="Times New Roman" w:eastAsia="Times New Roman" w:cs="Times New Roman"/>
          <w:sz w:val="24"/>
        </w:rPr>
        <w:tab/>
        <w:t>Disclaim or refuse an interest in property, including a power of appointment</w:t>
      </w:r>
    </w:p>
    <w:p>
      <w:pPr>
        <w:jc w:val="both"/>
      </w:pPr>
    </w:p>
    <w:p>
      <w:pPr>
        <w:jc w:val="both"/>
      </w:pPr>
      <w:r>
        <w:rPr>
          <w:rFonts w:ascii="Times New Roman" w:hAnsi="Times New Roman" w:eastAsia="Times New Roman" w:cs="Times New Roman"/>
          <w:sz w:val="24"/>
        </w:rPr>
        <w:t>[INITIALS]</w:t>
      </w:r>
      <w:r>
        <w:rPr>
          <w:rFonts w:ascii="Times New Roman" w:hAnsi="Times New Roman" w:eastAsia="Times New Roman" w:cs="Times New Roman"/>
          <w:sz w:val="24"/>
        </w:rPr>
        <w:tab/>
        <w:t>Access the content of electronic communications</w:t>
      </w:r>
    </w:p>
    <w:p>
      <w:pPr>
        <w:ind w:hanging="720"/>
        <w:jc w:val="both"/>
      </w:pPr>
    </w:p>
    <w:p>
      <w:pPr>
        <w:spacing w:before="0" w:after="160" w:line="259" w:lineRule="auto"/>
      </w:pPr>
    </w:p>
    <w:p>
      <w:pPr>
        <w:jc w:val="center"/>
      </w:pPr>
      <w:r>
        <w:rPr>
          <w:rFonts w:ascii="Times New Roman" w:hAnsi="Times New Roman" w:eastAsia="Times New Roman" w:cs="Times New Roman"/>
          <w:b/>
          <w:sz w:val="24"/>
        </w:rPr>
        <w:t>EXERCISE OF SPECIFIC AUTHORITY IN FAVOR OF AGENT</w:t>
      </w:r>
    </w:p>
    <w:p>
      <w:pPr>
        <w:jc w:val="center"/>
      </w:pPr>
      <w:r>
        <w:rPr>
          <w:rFonts w:ascii="Times New Roman" w:hAnsi="Times New Roman" w:eastAsia="Times New Roman" w:cs="Times New Roman"/>
          <w:b/>
          <w:sz w:val="24"/>
        </w:rPr>
        <w:t>(OPTIONAL)</w:t>
      </w:r>
    </w:p>
    <w:p>
      <w:pPr>
        <w:jc w:val="both"/>
      </w:pPr>
    </w:p>
    <w:p>
      <w:pPr>
        <w:ind w:hanging="720"/>
        <w:jc w:val="both"/>
      </w:pPr>
      <w:r>
        <w:rPr>
          <w:rFonts w:ascii="Times New Roman" w:hAnsi="Times New Roman" w:eastAsia="Times New Roman" w:cs="Times New Roman"/>
          <w:sz w:val="24"/>
        </w:rPr>
        <w:t>[INITIALS]</w:t>
      </w:r>
      <w:r>
        <w:rPr>
          <w:rFonts w:ascii="Times New Roman" w:hAnsi="Times New Roman" w:eastAsia="Times New Roman" w:cs="Times New Roman"/>
          <w:sz w:val="24"/>
        </w:rPr>
        <w:tab/>
        <w:t>UNLESS INITIALED, m</w:t>
      </w:r>
      <w:r>
        <w:rPr>
          <w:rFonts w:ascii="Times New Roman" w:hAnsi="Times New Roman" w:eastAsia="Times New Roman" w:cs="Times New Roman"/>
          <w:sz w:val="24"/>
        </w:rPr>
        <w:t>y agent MAY NOT exercise any of the grants of specific authority initialed above in favor of the agent or an individual to whom the agent owes a legal obligation of support.</w:t>
      </w:r>
      <w:r>
        <w:rPr>
          <w:rFonts w:ascii="Times New Roman" w:hAnsi="Times New Roman" w:eastAsia="Times New Roman" w:cs="Times New Roman"/>
          <w:sz w:val="24"/>
        </w:rPr>
        <w:t xml:space="preserve"> </w:t>
      </w:r>
    </w:p>
    <w:p>
      <w:pPr>
        <w:jc w:val="center"/>
      </w:pPr>
    </w:p>
    <w:p>
      <w:pPr>
        <w:jc w:val="center"/>
      </w:pPr>
      <w:r>
        <w:rPr>
          <w:rFonts w:ascii="Times New Roman" w:hAnsi="Times New Roman" w:eastAsia="Times New Roman" w:cs="Times New Roman"/>
          <w:b/>
          <w:sz w:val="24"/>
        </w:rPr>
        <w:t>ADDITIONAL PROVISIONS AND EXCLUSIONS</w:t>
      </w:r>
    </w:p>
    <w:p>
      <w:pPr>
        <w:jc w:val="center"/>
      </w:pPr>
      <w:r>
        <w:rPr>
          <w:rFonts w:ascii="Times New Roman" w:hAnsi="Times New Roman" w:eastAsia="Times New Roman" w:cs="Times New Roman"/>
          <w:b/>
          <w:sz w:val="24"/>
        </w:rPr>
        <w:t>(OPTIONAL)</w:t>
      </w:r>
    </w:p>
    <w:p>
      <w:pPr>
        <w:jc w:val="both"/>
      </w:pPr>
    </w:p>
    <w:p>
      <w:pPr>
        <w:jc w:val="both"/>
      </w:pPr>
      <w:r>
        <w:rPr>
          <w:rFonts w:ascii="Times New Roman" w:hAnsi="Times New Roman" w:eastAsia="Times New Roman" w:cs="Times New Roman"/>
          <w:sz w:val="24"/>
        </w:rPr>
        <w:t>[INITIALS]</w:t>
      </w:r>
      <w:r>
        <w:rPr>
          <w:rFonts w:ascii="Times New Roman" w:hAnsi="Times New Roman" w:eastAsia="Times New Roman" w:cs="Times New Roman"/>
          <w:sz w:val="24"/>
        </w:rPr>
        <w:tab/>
      </w:r>
      <w:r>
        <w:rPr>
          <w:rFonts w:ascii="Times New Roman" w:hAnsi="Times New Roman" w:eastAsia="Times New Roman" w:cs="Times New Roman"/>
          <w:sz w:val="24"/>
        </w:rPr>
        <w:t>[DETAILS]</w:t>
      </w:r>
    </w:p>
    <w:p>
      <w:pPr>
        <w:jc w:val="center"/>
      </w:pPr>
      <w:r>
        <w:rPr>
          <w:rFonts w:ascii="Times New Roman" w:hAnsi="Times New Roman" w:eastAsia="Times New Roman" w:cs="Times New Roman"/>
          <w:b/>
          <w:sz w:val="24"/>
        </w:rPr>
        <w:t>EFFECTIVE DATE</w:t>
      </w:r>
    </w:p>
    <w:p>
      <w:pPr>
        <w:jc w:val="both"/>
      </w:pPr>
    </w:p>
    <w:p>
      <w:pPr>
        <w:jc w:val="both"/>
      </w:pPr>
      <w:r>
        <w:rPr>
          <w:rFonts w:ascii="Times New Roman" w:hAnsi="Times New Roman" w:eastAsia="Times New Roman" w:cs="Times New Roman"/>
          <w:sz w:val="24"/>
        </w:rPr>
        <w:t xml:space="preserve">This power of attorney is effective immediately. </w:t>
      </w:r>
    </w:p>
    <w:p>
      <w:pPr>
        <w:jc w:val="both"/>
      </w:pPr>
    </w:p>
    <w:p>
      <w:pPr>
        <w:jc w:val="center"/>
      </w:pPr>
      <w:r>
        <w:rPr>
          <w:rFonts w:ascii="Times New Roman" w:hAnsi="Times New Roman" w:eastAsia="Times New Roman" w:cs="Times New Roman"/>
          <w:b/>
          <w:sz w:val="24"/>
        </w:rPr>
        <w:t>NOMINATION OF GUARDIAN</w:t>
      </w:r>
    </w:p>
    <w:p>
      <w:pPr>
        <w:jc w:val="center"/>
      </w:pPr>
      <w:r>
        <w:rPr>
          <w:rFonts w:ascii="Times New Roman" w:hAnsi="Times New Roman" w:eastAsia="Times New Roman" w:cs="Times New Roman"/>
          <w:b/>
          <w:sz w:val="24"/>
        </w:rPr>
        <w:t>(OPTIONAL)</w:t>
      </w:r>
    </w:p>
    <w:p>
      <w:pPr>
        <w:jc w:val="both"/>
      </w:pPr>
    </w:p>
    <w:p>
      <w:pPr>
        <w:jc w:val="both"/>
      </w:pPr>
      <w:r>
        <w:rPr>
          <w:rFonts w:ascii="Times New Roman" w:hAnsi="Times New Roman" w:eastAsia="Times New Roman" w:cs="Times New Roman"/>
          <w:sz w:val="24"/>
        </w:rPr>
        <w:t>INITIAL below ONLY if you WANT your acting agent to be your Guardian.</w:t>
      </w:r>
    </w:p>
    <w:p>
      <w:pPr>
        <w:jc w:val="both"/>
      </w:pPr>
    </w:p>
    <w:p>
      <w:pPr>
        <w:ind w:hanging="720"/>
        <w:jc w:val="both"/>
      </w:pPr>
      <w:r>
        <w:rPr>
          <w:rFonts w:ascii="Times New Roman" w:hAnsi="Times New Roman" w:eastAsia="Times New Roman" w:cs="Times New Roman"/>
          <w:sz w:val="24"/>
        </w:rPr>
        <w:t>[INITIALS]</w:t>
      </w:r>
      <w:r>
        <w:rPr>
          <w:rFonts w:ascii="Times New Roman" w:hAnsi="Times New Roman" w:eastAsia="Times New Roman" w:cs="Times New Roman"/>
          <w:sz w:val="24"/>
        </w:rPr>
        <w:tab/>
        <w:t>If it becomes necessary for a court to appoint a guardian of my estate or a general guardian, I nominate my agent acting under this power of attorney to be the guardian to serve without bond or other security.</w:t>
      </w:r>
    </w:p>
    <w:p>
      <w:pPr>
        <w:jc w:val="both"/>
      </w:pPr>
    </w:p>
    <w:p>
      <w:pPr>
        <w:jc w:val="center"/>
      </w:pPr>
      <w:r>
        <w:rPr>
          <w:rFonts w:ascii="Times New Roman" w:hAnsi="Times New Roman" w:eastAsia="Times New Roman" w:cs="Times New Roman"/>
          <w:b/>
          <w:sz w:val="24"/>
        </w:rPr>
        <w:t>RELIANCE ON THIS POWER OF ATTORNEY</w:t>
      </w:r>
    </w:p>
    <w:p>
      <w:pPr>
        <w:jc w:val="both"/>
      </w:pPr>
    </w:p>
    <w:p>
      <w:pPr>
        <w:jc w:val="both"/>
      </w:pPr>
      <w:r>
        <w:rPr>
          <w:rFonts w:ascii="Times New Roman" w:hAnsi="Times New Roman" w:eastAsia="Times New Roman" w:cs="Times New Roman"/>
          <w:sz w:val="24"/>
        </w:rPr>
        <w:t>Any person, including my agent, may rely upon the validity of this power of attorney or a copy of it unless that person knows it has terminated or is invalid.</w:t>
      </w:r>
    </w:p>
    <w:p>
      <w:pPr>
        <w:jc w:val="both"/>
      </w:pPr>
    </w:p>
    <w:p>
      <w:pPr>
        <w:jc w:val="center"/>
      </w:pPr>
      <w:r>
        <w:rPr>
          <w:rFonts w:ascii="Times New Roman" w:hAnsi="Times New Roman" w:eastAsia="Times New Roman" w:cs="Times New Roman"/>
          <w:b/>
          <w:sz w:val="24"/>
        </w:rPr>
        <w:t>MEANING AND EFFECT</w:t>
      </w:r>
    </w:p>
    <w:p>
      <w:pPr>
        <w:jc w:val="both"/>
      </w:pPr>
    </w:p>
    <w:p>
      <w:pPr>
        <w:jc w:val="both"/>
      </w:pPr>
      <w:r>
        <w:rPr>
          <w:rFonts w:ascii="Times New Roman" w:hAnsi="Times New Roman" w:eastAsia="Times New Roman" w:cs="Times New Roman"/>
          <w:sz w:val="24"/>
        </w:rPr>
        <w:t>The meaning and effect of this power of attorney shall for all purposes be determined by the law of the State of North Carolina.</w:t>
      </w:r>
    </w:p>
    <w:p>
      <w:pPr>
        <w:jc w:val="both"/>
      </w:pPr>
    </w:p>
    <w:p>
      <w:pPr>
        <w:jc w:val="center"/>
      </w:pPr>
      <w:r>
        <w:rPr>
          <w:rFonts w:ascii="Times New Roman" w:hAnsi="Times New Roman" w:eastAsia="Times New Roman" w:cs="Times New Roman"/>
          <w:b/>
          <w:sz w:val="24"/>
        </w:rPr>
        <w:t>SIGNATURE AND ACKNOWLEDGEMENT</w:t>
      </w:r>
    </w:p>
    <w:p>
      <w:pPr>
        <w:jc w:val="both"/>
      </w:pPr>
    </w:p>
    <w:p>
      <w:pPr>
        <w:jc w:val="both"/>
      </w:pPr>
      <w:r>
        <w:rPr>
          <w:rFonts w:ascii="Times New Roman" w:hAnsi="Times New Roman" w:eastAsia="Times New Roman" w:cs="Times New Roman"/>
          <w:sz w:val="24"/>
        </w:rPr>
        <w:t>_____________________________________</w:t>
      </w:r>
      <w:r>
        <w:rPr>
          <w:rFonts w:ascii="Times New Roman" w:hAnsi="Times New Roman" w:eastAsia="Times New Roman" w:cs="Times New Roman"/>
          <w:sz w:val="24"/>
        </w:rPr>
        <w:tab/>
        <w:tab/>
        <w:tab/>
        <w:t>________________________</w:t>
      </w:r>
    </w:p>
    <w:p>
      <w:pPr>
        <w:jc w:val="both"/>
      </w:pPr>
      <w:r>
        <w:rPr>
          <w:rFonts w:ascii="Times New Roman" w:hAnsi="Times New Roman" w:eastAsia="Times New Roman" w:cs="Times New Roman"/>
          <w:sz w:val="24"/>
        </w:rPr>
        <w:t xml:space="preserve">Your Signature </w:t>
        <w:tab/>
        <w:tab/>
        <w:tab/>
        <w:tab/>
        <w:tab/>
        <w:tab/>
        <w:tab/>
        <w:t>Date</w:t>
      </w:r>
    </w:p>
    <w:p>
      <w:pPr>
        <w:jc w:val="both"/>
      </w:pPr>
    </w:p>
    <w:p>
      <w:pPr>
        <w:jc w:val="both"/>
      </w:pPr>
      <w:r>
        <w:rPr>
          <w:rFonts w:ascii="Times New Roman" w:hAnsi="Times New Roman" w:eastAsia="Times New Roman" w:cs="Times New Roman"/>
          <w:sz w:val="24"/>
        </w:rPr>
        <w:t>[NAME]</w:t>
      </w:r>
    </w:p>
    <w:p>
      <w:pPr>
        <w:jc w:val="both"/>
      </w:pPr>
      <w:r>
        <w:rPr>
          <w:rFonts w:ascii="Times New Roman" w:hAnsi="Times New Roman" w:eastAsia="Times New Roman" w:cs="Times New Roman"/>
          <w:sz w:val="24"/>
        </w:rPr>
        <w:t>Your Name Printed</w:t>
      </w:r>
    </w:p>
    <w:p>
      <w:pPr>
        <w:jc w:val="both"/>
      </w:pPr>
    </w:p>
    <w:p>
      <w:pPr>
        <w:spacing w:before="0" w:after="160" w:line="259" w:lineRule="auto"/>
      </w:pPr>
    </w:p>
    <w:p>
      <w:pPr>
        <w:spacing w:before="0" w:after="0" w:line="240" w:lineRule="exact"/>
      </w:pPr>
      <w:r>
        <w:rPr>
          <w:rFonts w:ascii="Times New Roman" w:hAnsi="Times New Roman" w:eastAsia="Times New Roman" w:cs="Times New Roman"/>
          <w:sz w:val="24"/>
        </w:rPr>
        <w:t xml:space="preserve">State of </w:t>
      </w:r>
      <w:r>
        <w:rPr>
          <w:rFonts w:ascii="Times New Roman" w:hAnsi="Times New Roman" w:eastAsia="Times New Roman" w:cs="Times New Roman"/>
          <w:sz w:val="24"/>
        </w:rPr>
        <w:t>[STATE]</w:t>
      </w:r>
      <w:r>
        <w:rPr>
          <w:rFonts w:ascii="Times New Roman" w:hAnsi="Times New Roman" w:eastAsia="Times New Roman" w:cs="Times New Roman"/>
          <w:sz w:val="24"/>
        </w:rPr>
        <w:t xml:space="preserve"> County of </w:t>
      </w:r>
      <w:r>
        <w:rPr>
          <w:rFonts w:ascii="Times New Roman" w:hAnsi="Times New Roman" w:eastAsia="Times New Roman" w:cs="Times New Roman"/>
          <w:sz w:val="24"/>
        </w:rPr>
        <w:t>[COUNTY]</w:t>
      </w:r>
    </w:p>
    <w:p>
      <w:pPr>
        <w:spacing w:line="240" w:lineRule="exact"/>
        <w:ind w:firstLine="0"/>
      </w:pPr>
    </w:p>
    <w:p>
      <w:pPr>
        <w:spacing w:line="240" w:lineRule="exact"/>
        <w:ind w:firstLine="0"/>
      </w:pPr>
      <w:r>
        <w:rPr>
          <w:rFonts w:ascii="Times New Roman" w:hAnsi="Times New Roman" w:eastAsia="Times New Roman" w:cs="Times New Roman"/>
          <w:sz w:val="24"/>
        </w:rPr>
        <w:t>I certify that the following person personally appeared before me this day, acknowledging to me that he or she signed the foregoing document: ___________________________________.</w:t>
      </w:r>
    </w:p>
    <w:p>
      <w:pPr>
        <w:spacing w:line="240" w:lineRule="exact"/>
      </w:pPr>
    </w:p>
    <w:p>
      <w:pPr>
        <w:spacing w:line="240" w:lineRule="exact"/>
        <w:ind w:firstLine="0"/>
      </w:pPr>
      <w:r>
        <w:rPr>
          <w:rFonts w:ascii="Times New Roman" w:hAnsi="Times New Roman" w:eastAsia="Times New Roman" w:cs="Times New Roman"/>
          <w:sz w:val="24"/>
        </w:rPr>
        <w:t>Date: __________________</w:t>
        <w:tab/>
        <w:tab/>
        <w:tab/>
      </w:r>
      <w:r>
        <w:rPr>
          <w:rFonts w:ascii="Times New Roman" w:hAnsi="Times New Roman" w:eastAsia="Times New Roman" w:cs="Times New Roman"/>
          <w:sz w:val="24"/>
        </w:rPr>
        <w:t>_______________________________________</w:t>
      </w:r>
    </w:p>
    <w:p>
      <w:pPr>
        <w:spacing w:line="240" w:lineRule="exact"/>
        <w:ind w:firstLine="720"/>
      </w:pPr>
      <w:r>
        <w:rPr>
          <w:rFonts w:ascii="Times New Roman" w:hAnsi="Times New Roman" w:eastAsia="Times New Roman" w:cs="Times New Roman"/>
          <w:sz w:val="24"/>
        </w:rPr>
        <w:t>Signature of Notary Public</w:t>
      </w:r>
    </w:p>
    <w:p>
      <w:pPr>
        <w:spacing w:line="240" w:lineRule="exact"/>
        <w:ind w:firstLine="0"/>
      </w:pPr>
      <w:r>
        <w:rPr>
          <w:rFonts w:ascii="Times New Roman" w:hAnsi="Times New Roman" w:eastAsia="Times New Roman" w:cs="Times New Roman"/>
          <w:sz w:val="24"/>
        </w:rPr>
        <w:tab/>
      </w:r>
      <w:r>
        <w:rPr>
          <w:rFonts w:ascii="Times New Roman" w:hAnsi="Times New Roman" w:eastAsia="Times New Roman" w:cs="Times New Roman"/>
          <w:sz w:val="24"/>
        </w:rPr>
        <w:t>(Official Seal)</w:t>
      </w:r>
    </w:p>
    <w:p>
      <w:pPr>
        <w:spacing w:line="240" w:lineRule="exact"/>
        <w:ind w:firstLine="1080"/>
      </w:pPr>
      <w:r>
        <w:rPr>
          <w:rFonts w:ascii="Times New Roman" w:hAnsi="Times New Roman" w:eastAsia="Times New Roman" w:cs="Times New Roman"/>
          <w:sz w:val="24"/>
        </w:rPr>
        <w:t>[NAME]</w:t>
      </w:r>
      <w:r>
        <w:rPr>
          <w:rFonts w:ascii="Times New Roman" w:hAnsi="Times New Roman" w:eastAsia="Times New Roman" w:cs="Times New Roman"/>
          <w:sz w:val="24"/>
        </w:rPr>
        <w:t xml:space="preserve"> Notary Public</w:t>
      </w:r>
    </w:p>
    <w:p>
      <w:pPr>
        <w:spacing w:line="240" w:lineRule="exact"/>
        <w:ind w:firstLine="1080"/>
      </w:pPr>
      <w:r>
        <w:rPr>
          <w:rFonts w:ascii="Times New Roman" w:hAnsi="Times New Roman" w:eastAsia="Times New Roman" w:cs="Times New Roman"/>
          <w:sz w:val="24"/>
        </w:rPr>
        <w:t>Printed or typed name</w:t>
      </w:r>
    </w:p>
    <w:p>
      <w:pPr>
        <w:spacing w:line="240" w:lineRule="exact"/>
        <w:ind w:hanging="720"/>
      </w:pPr>
    </w:p>
    <w:p>
      <w:pPr>
        <w:spacing w:line="240" w:lineRule="exact"/>
        <w:ind w:hanging="720"/>
      </w:pPr>
      <w:r>
        <w:rPr>
          <w:rFonts w:ascii="Times New Roman" w:hAnsi="Times New Roman" w:eastAsia="Times New Roman" w:cs="Times New Roman"/>
          <w:sz w:val="24"/>
        </w:rPr>
        <w:t xml:space="preserve">My commission expires: </w:t>
      </w:r>
      <w:r>
        <w:rPr>
          <w:rFonts w:ascii="Times New Roman" w:hAnsi="Times New Roman" w:eastAsia="Times New Roman" w:cs="Times New Roman"/>
          <w:sz w:val="24"/>
        </w:rPr>
        <w:t>[DATE]</w:t>
      </w:r>
    </w:p>
    <w:p>
      <w:pPr>
        <w:spacing w:line="240" w:lineRule="exact"/>
        <w:ind w:hanging="720"/>
      </w:pPr>
    </w:p>
    <w:p>
      <w:pPr>
        <w:spacing w:before="0" w:after="160" w:line="259" w:lineRule="auto"/>
      </w:pPr>
    </w:p>
    <w:p>
      <w:pPr>
        <w:spacing w:before="0" w:after="160" w:line="259" w:lineRule="auto"/>
      </w:pPr>
    </w:p>
    <w:p>
      <w:pPr>
        <w:jc w:val="center"/>
      </w:pPr>
      <w:r>
        <w:rPr>
          <w:rFonts w:ascii="Times New Roman" w:hAnsi="Times New Roman" w:eastAsia="Times New Roman" w:cs="Times New Roman"/>
          <w:b/>
          <w:sz w:val="24"/>
        </w:rPr>
        <w:t>IMPORTANT INFORMATION FOR AGENT</w:t>
      </w:r>
    </w:p>
    <w:p>
      <w:pPr/>
    </w:p>
    <w:p>
      <w:pPr/>
      <w:r>
        <w:rPr>
          <w:rFonts w:ascii="Times New Roman" w:hAnsi="Times New Roman" w:eastAsia="Times New Roman" w:cs="Times New Roman"/>
          <w:b/>
          <w:sz w:val="24"/>
        </w:rPr>
        <w:t>Agent's Duties</w:t>
      </w:r>
    </w:p>
    <w:p>
      <w:pPr/>
    </w:p>
    <w:p>
      <w:pPr/>
      <w:r>
        <w:rPr>
          <w:rFonts w:ascii="Times New Roman" w:hAnsi="Times New Roman" w:eastAsia="Times New Roman" w:cs="Times New Roman"/>
          <w:sz w:val="24"/>
        </w:rPr>
        <w:t>When you accept the authority granted under this power of attorney, a special legal relationship is created between you and the principal.  This relationship imposes upon you legal duties that continue until you resign or your authority is terminated or the power of attorney is terminated or revoked.  You must:</w:t>
      </w:r>
    </w:p>
    <w:p>
      <w:pPr/>
    </w:p>
    <w:p>
      <w:pPr/>
      <w:r>
        <w:rPr>
          <w:rFonts w:ascii="Times New Roman" w:hAnsi="Times New Roman" w:eastAsia="Times New Roman" w:cs="Times New Roman"/>
          <w:sz w:val="24"/>
        </w:rPr>
        <w:t>Do what you know the principal reasonably expects you to do with the principal's property or, if you do not know the principal's expectations, act in the principal's best interest;</w:t>
      </w:r>
    </w:p>
    <w:p>
      <w:pPr/>
    </w:p>
    <w:p>
      <w:pPr/>
      <w:r>
        <w:rPr>
          <w:rFonts w:ascii="Times New Roman" w:hAnsi="Times New Roman" w:eastAsia="Times New Roman" w:cs="Times New Roman"/>
          <w:sz w:val="24"/>
        </w:rPr>
        <w:t>Act in good faith;</w:t>
      </w:r>
    </w:p>
    <w:p>
      <w:pPr/>
    </w:p>
    <w:p>
      <w:pPr/>
      <w:r>
        <w:rPr>
          <w:rFonts w:ascii="Times New Roman" w:hAnsi="Times New Roman" w:eastAsia="Times New Roman" w:cs="Times New Roman"/>
          <w:sz w:val="24"/>
        </w:rPr>
        <w:t>Do nothing beyond the authority granted in this power of attorney; and</w:t>
      </w:r>
    </w:p>
    <w:p>
      <w:pPr/>
    </w:p>
    <w:p>
      <w:pPr/>
      <w:r>
        <w:rPr>
          <w:rFonts w:ascii="Times New Roman" w:hAnsi="Times New Roman" w:eastAsia="Times New Roman" w:cs="Times New Roman"/>
          <w:sz w:val="24"/>
        </w:rPr>
        <w:t>Disclose your identity as an agent whenever you act for the principal by writing or printing the name of the principal and signing your own name as "agent" in the following manner: (Principal's Name) by (Your Signature) as Agent.</w:t>
      </w:r>
    </w:p>
    <w:p>
      <w:pPr/>
    </w:p>
    <w:p>
      <w:pPr/>
      <w:r>
        <w:rPr>
          <w:rFonts w:ascii="Times New Roman" w:hAnsi="Times New Roman" w:eastAsia="Times New Roman" w:cs="Times New Roman"/>
          <w:sz w:val="24"/>
        </w:rPr>
        <w:t>Unless the Additional Provisions and Exclusions in this power of attorney state otherwise, you must also:</w:t>
      </w:r>
    </w:p>
    <w:p>
      <w:pPr/>
    </w:p>
    <w:p>
      <w:pPr/>
      <w:r>
        <w:rPr>
          <w:rFonts w:ascii="Times New Roman" w:hAnsi="Times New Roman" w:eastAsia="Times New Roman" w:cs="Times New Roman"/>
          <w:sz w:val="24"/>
        </w:rPr>
        <w:t>Act loyally for the principal's benefit;</w:t>
      </w:r>
    </w:p>
    <w:p>
      <w:pPr/>
    </w:p>
    <w:p>
      <w:pPr/>
      <w:r>
        <w:rPr>
          <w:rFonts w:ascii="Times New Roman" w:hAnsi="Times New Roman" w:eastAsia="Times New Roman" w:cs="Times New Roman"/>
          <w:sz w:val="24"/>
        </w:rPr>
        <w:t>Avoid conflicts that would impair your ability to act in the principal's best interest;</w:t>
      </w:r>
    </w:p>
    <w:p>
      <w:pPr/>
    </w:p>
    <w:p>
      <w:pPr/>
      <w:r>
        <w:rPr>
          <w:rFonts w:ascii="Times New Roman" w:hAnsi="Times New Roman" w:eastAsia="Times New Roman" w:cs="Times New Roman"/>
          <w:sz w:val="24"/>
        </w:rPr>
        <w:t>Act with care, competence, and diligence;</w:t>
      </w:r>
    </w:p>
    <w:p>
      <w:pPr/>
    </w:p>
    <w:p>
      <w:pPr/>
      <w:r>
        <w:rPr>
          <w:rFonts w:ascii="Times New Roman" w:hAnsi="Times New Roman" w:eastAsia="Times New Roman" w:cs="Times New Roman"/>
          <w:sz w:val="24"/>
        </w:rPr>
        <w:t>Keep a record of all receipts, disbursements, and transactions  made  on behalf of the principal;</w:t>
      </w:r>
    </w:p>
    <w:p>
      <w:pPr/>
    </w:p>
    <w:p>
      <w:pPr/>
      <w:r>
        <w:rPr>
          <w:rFonts w:ascii="Times New Roman" w:hAnsi="Times New Roman" w:eastAsia="Times New Roman" w:cs="Times New Roman"/>
          <w:sz w:val="24"/>
        </w:rPr>
        <w:t>Cooperate with any person that has authority to make health care decisions for the principal to do what you know the principal reasonably expects, or if you do not know the principal's expectations, to act in the principal's best interest; and</w:t>
      </w:r>
    </w:p>
    <w:p>
      <w:pPr/>
    </w:p>
    <w:p>
      <w:pPr/>
      <w:r>
        <w:rPr>
          <w:rFonts w:ascii="Times New Roman" w:hAnsi="Times New Roman" w:eastAsia="Times New Roman" w:cs="Times New Roman"/>
          <w:sz w:val="24"/>
        </w:rPr>
        <w:t>Attempt to preserve the principal's estate plan if you know the plan and preserving the plan is consistent with the principal's best interest.</w:t>
      </w:r>
    </w:p>
    <w:p>
      <w:pPr/>
    </w:p>
    <w:p>
      <w:pPr/>
    </w:p>
    <w:p>
      <w:pPr>
        <w:spacing w:before="0" w:after="160" w:line="259" w:lineRule="auto"/>
      </w:pPr>
    </w:p>
    <w:p>
      <w:pPr>
        <w:spacing w:before="0" w:after="0"/>
      </w:pPr>
      <w:r>
        <w:rPr>
          <w:rFonts w:ascii="Times New Roman" w:hAnsi="Times New Roman" w:eastAsia="Times New Roman" w:cs="Times New Roman"/>
          <w:b/>
          <w:sz w:val="24"/>
        </w:rPr>
        <w:t>Termination of Agent's Authority</w:t>
      </w:r>
    </w:p>
    <w:p>
      <w:pPr/>
    </w:p>
    <w:p>
      <w:pPr/>
      <w:r>
        <w:rPr>
          <w:rFonts w:ascii="Times New Roman" w:hAnsi="Times New Roman" w:eastAsia="Times New Roman" w:cs="Times New Roman"/>
          <w:sz w:val="24"/>
        </w:rPr>
        <w:t>You must stop acting on behalf of the principal if you learn of any event that terminated or revoked this power of attorney or your authority under this power of attorney.  Events that terminate a power of attorney or your authority to act under a power of attorney include:</w:t>
      </w:r>
    </w:p>
    <w:p>
      <w:pPr/>
    </w:p>
    <w:p>
      <w:pPr/>
      <w:r>
        <w:rPr>
          <w:rFonts w:ascii="Times New Roman" w:hAnsi="Times New Roman" w:eastAsia="Times New Roman" w:cs="Times New Roman"/>
          <w:sz w:val="24"/>
        </w:rPr>
        <w:t>Death of the principal;</w:t>
      </w:r>
    </w:p>
    <w:p>
      <w:pPr/>
    </w:p>
    <w:p>
      <w:pPr/>
      <w:r>
        <w:rPr>
          <w:rFonts w:ascii="Times New Roman" w:hAnsi="Times New Roman" w:eastAsia="Times New Roman" w:cs="Times New Roman"/>
          <w:sz w:val="24"/>
        </w:rPr>
        <w:t>The principal's revocation of the power of attorney or the termination of your authority;</w:t>
      </w:r>
    </w:p>
    <w:p>
      <w:pPr/>
    </w:p>
    <w:p>
      <w:pPr/>
      <w:r>
        <w:rPr>
          <w:rFonts w:ascii="Times New Roman" w:hAnsi="Times New Roman" w:eastAsia="Times New Roman" w:cs="Times New Roman"/>
          <w:sz w:val="24"/>
        </w:rPr>
        <w:t>The occurrence of a termination event stated in the power of attorney;</w:t>
      </w:r>
    </w:p>
    <w:p>
      <w:pPr/>
    </w:p>
    <w:p>
      <w:pPr/>
      <w:r>
        <w:rPr>
          <w:rFonts w:ascii="Times New Roman" w:hAnsi="Times New Roman" w:eastAsia="Times New Roman" w:cs="Times New Roman"/>
          <w:sz w:val="24"/>
        </w:rPr>
        <w:t>The purpose of the power of attorney is fully accomplished; or</w:t>
      </w:r>
    </w:p>
    <w:p>
      <w:pPr/>
    </w:p>
    <w:p>
      <w:pPr/>
      <w:r>
        <w:rPr>
          <w:rFonts w:ascii="Times New Roman" w:hAnsi="Times New Roman" w:eastAsia="Times New Roman" w:cs="Times New Roman"/>
          <w:sz w:val="24"/>
        </w:rPr>
        <w:t>If you are married to the principal, your divorce from the principal, unless the Additional Provisions and Exclusions in this power of attorney state that your divorce from the principal will not terminate your authority.</w:t>
      </w:r>
    </w:p>
    <w:p>
      <w:pPr/>
    </w:p>
    <w:p>
      <w:pPr/>
      <w:r>
        <w:rPr>
          <w:rFonts w:ascii="Times New Roman" w:hAnsi="Times New Roman" w:eastAsia="Times New Roman" w:cs="Times New Roman"/>
          <w:b/>
          <w:sz w:val="24"/>
        </w:rPr>
        <w:t>Liability of Agent</w:t>
      </w:r>
    </w:p>
    <w:p>
      <w:pPr/>
    </w:p>
    <w:p>
      <w:pPr/>
      <w:r>
        <w:rPr>
          <w:rFonts w:ascii="Times New Roman" w:hAnsi="Times New Roman" w:eastAsia="Times New Roman" w:cs="Times New Roman"/>
          <w:sz w:val="24"/>
        </w:rPr>
        <w:t>The meaning of the authority granted to you is defined in the North Carolina Uniform Power of Attorney Act as set forth in Chapter 32C of the North Carolina General Statutes.  If you violate the North Carolina Uniform Power of Attorney Act or act outside the authority granted, you may be liable for any damages caused by your violation.</w:t>
      </w:r>
    </w:p>
    <w:p>
      <w:pPr/>
    </w:p>
    <w:p>
      <w:pPr/>
      <w:r>
        <w:rPr>
          <w:rFonts w:ascii="Times New Roman" w:hAnsi="Times New Roman" w:eastAsia="Times New Roman" w:cs="Times New Roman"/>
          <w:sz w:val="24"/>
        </w:rPr>
        <w:t>If there is anything about this document or your duties that you do not understand, you should seek legal advice.</w:t>
      </w:r>
    </w:p>
    <w:p>
      <w:pPr>
        <w:spacing w:line="240" w:lineRule="exact"/>
        <w:ind w:hanging="720"/>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