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b/>
          <w:sz w:val="24"/>
        </w:rPr>
        <w:t>NORTH CAROLINA GENERAL POWER OF ATTORNEY</w:t>
      </w:r>
    </w:p>
    <w:p>
      <w:pPr>
        <w:jc w:val="center"/>
      </w:pPr>
      <w:r>
        <w:rPr>
          <w:rFonts w:ascii="Times New Roman" w:hAnsi="Times New Roman" w:eastAsia="Times New Roman" w:cs="Times New Roman"/>
          <w:b/>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 with a mailing address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________________________________</w:t>
      </w:r>
    </w:p>
    <w:p>
      <w:pPr/>
      <w:r>
        <w:rPr>
          <w:rFonts w:ascii="Times New Roman" w:hAnsi="Times New Roman" w:eastAsia="Times New Roman" w:cs="Times New Roman"/>
          <w:sz w:val="24"/>
        </w:rPr>
        <w:t>[DETAILS]</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North Carolina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r>
        <w:rPr>
          <w:rFonts w:ascii="Times New Roman" w:hAnsi="Times New Roman" w:eastAsia="Times New Roman" w:cs="Times New Roman"/>
          <w:sz w:val="24"/>
        </w:rPr>
        <w:br/>
      </w:r>
      <w:r>
        <w:rPr>
          <w:rFonts w:ascii="Times New Roman" w:hAnsi="Times New Roman" w:eastAsia="Times New Roman" w:cs="Times New Roman"/>
          <w:b/>
          <w:sz w:val="24"/>
        </w:rPr>
        <w:t>Principal’s Signature</w:t>
      </w:r>
      <w:r>
        <w:rPr>
          <w:rFonts w:ascii="Times New Roman" w:hAnsi="Times New Roman" w:eastAsia="Times New Roman" w:cs="Times New Roman"/>
          <w:sz w:val="24"/>
        </w:rPr>
        <w:tab/>
        <w:tab/>
        <w:tab/>
        <w:tab/>
        <w:t>Print Name</w:t>
      </w: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r>
        <w:rPr>
          <w:rFonts w:ascii="Times New Roman" w:hAnsi="Times New Roman" w:eastAsia="Times New Roman" w:cs="Times New Roman"/>
          <w:sz w:val="24"/>
        </w:rPr>
        <w:br/>
      </w:r>
      <w:r>
        <w:rPr>
          <w:rFonts w:ascii="Times New Roman" w:hAnsi="Times New Roman" w:eastAsia="Times New Roman" w:cs="Times New Roman"/>
          <w:sz w:val="24"/>
        </w:rPr>
        <w:t>Attorney-in-Fact’s Signature</w:t>
        <w:tab/>
        <w:tab/>
        <w:tab/>
        <w:t>Print Name</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NORTH CAROLINA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r>
        <w:rPr>
          <w:rFonts w:ascii="Times New Roman" w:hAnsi="Times New Roman" w:eastAsia="Times New Roman" w:cs="Times New Roman"/>
          <w:sz w:val="24"/>
        </w:rPr>
        <w:br/>
      </w:r>
      <w:r>
        <w:rPr>
          <w:rFonts w:ascii="Times New Roman" w:hAnsi="Times New Roman" w:eastAsia="Times New Roman" w:cs="Times New Roman"/>
          <w:sz w:val="24"/>
        </w:rPr>
        <w:t>Notary Public Signature</w:t>
        <w:tab/>
        <w:tab/>
        <w:tab/>
        <w:tab/>
        <w:t>Print Name</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