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 w:after="0"/>
      </w:pPr>
    </w:p>
    <w:p>
      <w:pPr>
        <w:spacing w:before="74" w:after="0"/>
        <w:ind w:firstLine="0"/>
      </w:pPr>
      <w:r>
        <w:rPr>
          <w:rFonts w:ascii="Times New Roman" w:hAnsi="Times New Roman" w:eastAsia="Times New Roman" w:cs="Times New Roman"/>
          <w:sz w:val="24"/>
        </w:rPr>
        <w:t>HEALTH CARE POWER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spacing w:before="11" w:after="0"/>
      </w:pPr>
    </w:p>
    <w:p>
      <w:pPr/>
      <w:r>
        <w:rPr>
          <w:rFonts w:ascii="Times New Roman" w:hAnsi="Times New Roman" w:eastAsia="Times New Roman" w:cs="Times New Roman"/>
          <w:b/>
          <w:sz w:val="24"/>
        </w:rPr>
        <w:t>NOTE: YOU SHOULD USE THIS DOCUMENT TO NAME A PERSON AS YOUR HEALTH CARE AGENT IF YOU ARE COMFORTABLE GIVING THAT PERSON BROAD AND SWEEPING POWERS TO MAKE HEALTH CARE DECISIONS FOR YOU. THERE IS NO LEGAL REQUIREMENT THAT ANYONE EXECUTE A HEALTH CARE POWER OF</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ATTORNEY.</w:t>
      </w:r>
    </w:p>
    <w:p>
      <w:pPr>
        <w:spacing w:before="10" w:after="0"/>
      </w:pPr>
    </w:p>
    <w:p>
      <w:pPr/>
      <w:r>
        <w:rPr>
          <w:rFonts w:ascii="Times New Roman" w:hAnsi="Times New Roman" w:eastAsia="Times New Roman" w:cs="Times New Roman"/>
          <w:b/>
          <w:sz w:val="24"/>
        </w:rPr>
        <w:t xml:space="preserve">EXPLANATION: </w:t>
      </w:r>
      <w:r>
        <w:rPr>
          <w:rFonts w:ascii="Times New Roman" w:hAnsi="Times New Roman" w:eastAsia="Times New Roman" w:cs="Times New Roman"/>
          <w:sz w:val="24"/>
        </w:rPr>
        <w:t>You have the right to name someone to make health care decisions for you when you cannot make or communicate those decisions. This form may be used to create a health care power of attorney, and meets the requirements of North Carolina law. However, you are not required to use this form, and North Carolina law allows the use of other forms that meet certain requirements. If you prepare your own health care power of attorney, you should be very careful to make sure it is consistent with North Carolina</w:t>
      </w:r>
      <w:r>
        <w:rPr>
          <w:rFonts w:ascii="Times New Roman" w:hAnsi="Times New Roman" w:eastAsia="Times New Roman" w:cs="Times New Roman"/>
          <w:sz w:val="24"/>
        </w:rPr>
        <w:t xml:space="preserve"> </w:t>
      </w:r>
      <w:r>
        <w:rPr>
          <w:rFonts w:ascii="Times New Roman" w:hAnsi="Times New Roman" w:eastAsia="Times New Roman" w:cs="Times New Roman"/>
          <w:sz w:val="24"/>
        </w:rPr>
        <w:t>law.</w:t>
      </w:r>
    </w:p>
    <w:p>
      <w:pPr>
        <w:spacing w:before="11" w:after="0"/>
      </w:pPr>
    </w:p>
    <w:p>
      <w:pPr/>
      <w:r>
        <w:rPr>
          <w:rFonts w:ascii="Times New Roman" w:hAnsi="Times New Roman" w:eastAsia="Times New Roman" w:cs="Times New Roman"/>
          <w:sz w:val="24"/>
        </w:rPr>
        <w:t xml:space="preserve">This document gives the person you designate as your health care agent </w:t>
      </w:r>
      <w:r>
        <w:rPr>
          <w:rFonts w:ascii="Times New Roman" w:hAnsi="Times New Roman" w:eastAsia="Times New Roman" w:cs="Times New Roman"/>
          <w:b/>
          <w:sz w:val="24"/>
        </w:rPr>
        <w:t xml:space="preserve">broad powers </w:t>
      </w:r>
      <w:r>
        <w:rPr>
          <w:rFonts w:ascii="Times New Roman" w:hAnsi="Times New Roman" w:eastAsia="Times New Roman" w:cs="Times New Roman"/>
          <w:sz w:val="24"/>
        </w:rPr>
        <w:t>to make health care decisions for you when you cannot make the decision yourself or cannot communicate your decision to other people. You should discuss your wishes concerning life-prolonging measures, mental health treatment, and other health care decisions with your health care agent. Except to the extent that you express specific limitations or restrictions in this form, your health care agent may make any health care decision you could make</w:t>
      </w:r>
      <w:r>
        <w:rPr>
          <w:rFonts w:ascii="Times New Roman" w:hAnsi="Times New Roman" w:eastAsia="Times New Roman" w:cs="Times New Roman"/>
          <w:sz w:val="24"/>
        </w:rPr>
        <w:t xml:space="preserve"> </w:t>
      </w:r>
      <w:r>
        <w:rPr>
          <w:rFonts w:ascii="Times New Roman" w:hAnsi="Times New Roman" w:eastAsia="Times New Roman" w:cs="Times New Roman"/>
          <w:sz w:val="24"/>
        </w:rPr>
        <w:t>yourself.</w:t>
      </w:r>
    </w:p>
    <w:p>
      <w:pPr>
        <w:spacing w:before="11" w:after="0"/>
      </w:pPr>
    </w:p>
    <w:p>
      <w:pPr/>
      <w:r>
        <w:rPr>
          <w:rFonts w:ascii="Times New Roman" w:hAnsi="Times New Roman" w:eastAsia="Times New Roman" w:cs="Times New Roman"/>
          <w:sz w:val="24"/>
        </w:rPr>
        <w:t>This form does not impose a duty on your health care agent to exercise granted powers, but when a power is exercised, your health care agent will be obligated to use due care to act in your best interests and in accordance with this</w:t>
      </w:r>
      <w:r>
        <w:rPr>
          <w:rFonts w:ascii="Times New Roman" w:hAnsi="Times New Roman" w:eastAsia="Times New Roman" w:cs="Times New Roman"/>
          <w:sz w:val="24"/>
        </w:rPr>
        <w:t xml:space="preserve"> </w:t>
      </w:r>
      <w:r>
        <w:rPr>
          <w:rFonts w:ascii="Times New Roman" w:hAnsi="Times New Roman" w:eastAsia="Times New Roman" w:cs="Times New Roman"/>
          <w:sz w:val="24"/>
        </w:rPr>
        <w:t>document.</w:t>
      </w:r>
    </w:p>
    <w:p>
      <w:pPr>
        <w:spacing w:before="11" w:after="0"/>
      </w:pPr>
    </w:p>
    <w:p>
      <w:pP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form</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intended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valid</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jurisdiction</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which</w:t>
      </w:r>
      <w:r>
        <w:rPr>
          <w:rFonts w:ascii="Times New Roman" w:hAnsi="Times New Roman" w:eastAsia="Times New Roman" w:cs="Times New Roman"/>
          <w:sz w:val="24"/>
        </w:rPr>
        <w:t xml:space="preserve"> </w:t>
      </w:r>
      <w:r>
        <w:rPr>
          <w:rFonts w:ascii="Times New Roman" w:hAnsi="Times New Roman" w:eastAsia="Times New Roman" w:cs="Times New Roman"/>
          <w:sz w:val="24"/>
        </w:rPr>
        <w:t>it</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presented, but</w:t>
      </w:r>
      <w:r>
        <w:rPr>
          <w:rFonts w:ascii="Times New Roman" w:hAnsi="Times New Roman" w:eastAsia="Times New Roman" w:cs="Times New Roman"/>
          <w:sz w:val="24"/>
        </w:rPr>
        <w:t xml:space="preserve"> </w:t>
      </w:r>
      <w:r>
        <w:rPr>
          <w:rFonts w:ascii="Times New Roman" w:hAnsi="Times New Roman" w:eastAsia="Times New Roman" w:cs="Times New Roman"/>
          <w:sz w:val="24"/>
        </w:rPr>
        <w:t>places</w:t>
      </w:r>
      <w:r>
        <w:rPr>
          <w:rFonts w:ascii="Times New Roman" w:hAnsi="Times New Roman" w:eastAsia="Times New Roman" w:cs="Times New Roman"/>
          <w:sz w:val="24"/>
        </w:rPr>
        <w:t xml:space="preserve"> </w:t>
      </w:r>
      <w:r>
        <w:rPr>
          <w:rFonts w:ascii="Times New Roman" w:hAnsi="Times New Roman" w:eastAsia="Times New Roman" w:cs="Times New Roman"/>
          <w:sz w:val="24"/>
        </w:rPr>
        <w:t>outside</w:t>
      </w:r>
      <w:r>
        <w:rPr>
          <w:rFonts w:ascii="Times New Roman" w:hAnsi="Times New Roman" w:eastAsia="Times New Roman" w:cs="Times New Roman"/>
          <w:sz w:val="24"/>
        </w:rPr>
        <w:t xml:space="preserve"> </w:t>
      </w:r>
      <w:r>
        <w:rPr>
          <w:rFonts w:ascii="Times New Roman" w:hAnsi="Times New Roman" w:eastAsia="Times New Roman" w:cs="Times New Roman"/>
          <w:sz w:val="24"/>
        </w:rPr>
        <w:t>North</w:t>
      </w:r>
      <w:r>
        <w:rPr>
          <w:rFonts w:ascii="Times New Roman" w:hAnsi="Times New Roman" w:eastAsia="Times New Roman" w:cs="Times New Roman"/>
          <w:sz w:val="24"/>
        </w:rPr>
        <w:t xml:space="preserve"> </w:t>
      </w:r>
      <w:r>
        <w:rPr>
          <w:rFonts w:ascii="Times New Roman" w:hAnsi="Times New Roman" w:eastAsia="Times New Roman" w:cs="Times New Roman"/>
          <w:sz w:val="24"/>
        </w:rPr>
        <w:t>Carolina</w:t>
      </w:r>
      <w:r>
        <w:rPr>
          <w:rFonts w:ascii="Times New Roman" w:hAnsi="Times New Roman" w:eastAsia="Times New Roman" w:cs="Times New Roman"/>
          <w:sz w:val="24"/>
        </w:rPr>
        <w:t xml:space="preserve">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impose</w:t>
      </w:r>
      <w:r>
        <w:rPr>
          <w:rFonts w:ascii="Times New Roman" w:hAnsi="Times New Roman" w:eastAsia="Times New Roman" w:cs="Times New Roman"/>
          <w:sz w:val="24"/>
        </w:rPr>
        <w:t xml:space="preserve"> </w:t>
      </w:r>
      <w:r>
        <w:rPr>
          <w:rFonts w:ascii="Times New Roman" w:hAnsi="Times New Roman" w:eastAsia="Times New Roman" w:cs="Times New Roman"/>
          <w:sz w:val="24"/>
        </w:rPr>
        <w:t>requirements</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form</w:t>
      </w:r>
      <w:r>
        <w:rPr>
          <w:rFonts w:ascii="Times New Roman" w:hAnsi="Times New Roman" w:eastAsia="Times New Roman" w:cs="Times New Roman"/>
          <w:sz w:val="24"/>
        </w:rPr>
        <w:t xml:space="preserve"> </w:t>
      </w:r>
      <w:r>
        <w:rPr>
          <w:rFonts w:ascii="Times New Roman" w:hAnsi="Times New Roman" w:eastAsia="Times New Roman" w:cs="Times New Roman"/>
          <w:sz w:val="24"/>
        </w:rPr>
        <w:t>does</w:t>
      </w:r>
      <w:r>
        <w:rPr>
          <w:rFonts w:ascii="Times New Roman" w:hAnsi="Times New Roman" w:eastAsia="Times New Roman" w:cs="Times New Roman"/>
          <w:sz w:val="24"/>
        </w:rPr>
        <w:t xml:space="preserve"> </w:t>
      </w:r>
      <w:r>
        <w:rPr>
          <w:rFonts w:ascii="Times New Roman" w:hAnsi="Times New Roman" w:eastAsia="Times New Roman" w:cs="Times New Roman"/>
          <w:sz w:val="24"/>
        </w:rPr>
        <w:t>not</w:t>
      </w:r>
      <w:r>
        <w:rPr>
          <w:rFonts w:ascii="Times New Roman" w:hAnsi="Times New Roman" w:eastAsia="Times New Roman" w:cs="Times New Roman"/>
          <w:sz w:val="24"/>
        </w:rPr>
        <w:t xml:space="preserve"> </w:t>
      </w:r>
      <w:r>
        <w:rPr>
          <w:rFonts w:ascii="Times New Roman" w:hAnsi="Times New Roman" w:eastAsia="Times New Roman" w:cs="Times New Roman"/>
          <w:sz w:val="24"/>
        </w:rPr>
        <w:t>meet.</w:t>
      </w:r>
    </w:p>
    <w:p>
      <w:pPr>
        <w:spacing w:before="11" w:after="0"/>
      </w:pPr>
    </w:p>
    <w:p>
      <w:pPr>
        <w:jc w:val="both"/>
      </w:pPr>
      <w:r>
        <w:rPr>
          <w:rFonts w:ascii="Times New Roman" w:hAnsi="Times New Roman" w:eastAsia="Times New Roman" w:cs="Times New Roman"/>
          <w:sz w:val="24"/>
        </w:rPr>
        <w:t xml:space="preserve">If you want to use this form, you must complete it, sign it, and have your signature witnessed by two qualified witnesses and proved by a notary public. Follow the instructions about which choices you can initial very carefully. </w:t>
      </w:r>
      <w:r>
        <w:rPr>
          <w:rFonts w:ascii="Times New Roman" w:hAnsi="Times New Roman" w:eastAsia="Times New Roman" w:cs="Times New Roman"/>
          <w:b/>
          <w:sz w:val="24"/>
        </w:rPr>
        <w:t xml:space="preserve">Do not sign this form until </w:t>
      </w:r>
      <w:r>
        <w:rPr>
          <w:rFonts w:ascii="Times New Roman" w:hAnsi="Times New Roman" w:eastAsia="Times New Roman" w:cs="Times New Roman"/>
          <w:sz w:val="24"/>
        </w:rPr>
        <w:t>two witnesses and a notary public are present to watch you sign it. You then should give a copy to your health care agent and to any alternates you name. You should consider filing it with the Advance Health Care Directive Registry maintained by the North Carolina Secretary of State:</w:t>
      </w:r>
      <w:r>
        <w:rPr>
          <w:rFonts w:ascii="Times New Roman" w:hAnsi="Times New Roman" w:eastAsia="Times New Roman" w:cs="Times New Roman"/>
          <w:sz w:val="24"/>
        </w:rPr>
        <w:t xml:space="preserve"> </w:t>
      </w:r>
      <w:r>
        <w:rPr>
          <w:rFonts w:ascii="Times New Roman" w:hAnsi="Times New Roman" w:eastAsia="Times New Roman" w:cs="Times New Roman"/>
          <w:sz w:val="24"/>
        </w:rPr>
        <w:t>http://www.nclifelinks.org/ahcdr/</w:t>
      </w:r>
    </w:p>
    <w:p>
      <w:pPr/>
    </w:p>
    <w:p>
      <w:pPr>
        <w:spacing w:before="11" w:after="0"/>
      </w:pPr>
    </w:p>
    <w:p>
      <w:pPr>
        <w:ind w:hanging="720"/>
      </w:pPr>
      <w:r>
        <w:rPr>
          <w:rFonts w:ascii="Times New Roman" w:hAnsi="Times New Roman" w:eastAsia="Times New Roman" w:cs="Times New Roman"/>
          <w:sz w:val="24"/>
        </w:rPr>
        <w:t>Designation of Health Care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p>
      <w:pPr>
        <w:spacing w:before="11" w:after="0"/>
      </w:pPr>
    </w:p>
    <w:p>
      <w:pPr/>
      <w:r>
        <w:rPr>
          <w:rFonts w:ascii="Times New Roman" w:hAnsi="Times New Roman" w:eastAsia="Times New Roman" w:cs="Times New Roman"/>
          <w:sz w:val="24"/>
        </w:rPr>
        <w:t>I,</w:t>
      </w:r>
      <w:r>
        <w:rPr>
          <w:rFonts w:ascii="Times New Roman" w:hAnsi="Times New Roman" w:eastAsia="Times New Roman" w:cs="Times New Roman"/>
          <w:sz w:val="24"/>
        </w:rPr>
        <w:t xml:space="preserve"> </w:t>
        <w:tab/>
      </w:r>
      <w:r>
        <w:rPr>
          <w:rFonts w:ascii="Times New Roman" w:hAnsi="Times New Roman" w:eastAsia="Times New Roman" w:cs="Times New Roman"/>
          <w:sz w:val="24"/>
        </w:rPr>
        <w:t>, being of sound mind, hereby appoint the following person(s) to serve</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my health care agent(s) to act for me and in my name (in any way I could act in person) to make health care decisions for me as authorized in this document.   My designated health care agent(s) shall serve alone, in the order</w:t>
      </w:r>
      <w:r>
        <w:rPr>
          <w:rFonts w:ascii="Times New Roman" w:hAnsi="Times New Roman" w:eastAsia="Times New Roman" w:cs="Times New Roman"/>
          <w:sz w:val="24"/>
        </w:rPr>
        <w:t xml:space="preserve"> </w:t>
      </w:r>
      <w:r>
        <w:rPr>
          <w:rFonts w:ascii="Times New Roman" w:hAnsi="Times New Roman" w:eastAsia="Times New Roman" w:cs="Times New Roman"/>
          <w:sz w:val="24"/>
        </w:rPr>
        <w:t>named.</w:t>
      </w:r>
    </w:p>
    <w:p>
      <w:pPr>
        <w:spacing w:before="7" w:after="0"/>
      </w:pPr>
    </w:p>
    <w:p>
      <w:pPr/>
    </w:p>
    <w:p>
      <w:pPr>
        <w:spacing w:before="167" w:after="0"/>
      </w:pP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designated</w:t>
      </w:r>
      <w:r>
        <w:rPr>
          <w:rFonts w:ascii="Times New Roman" w:hAnsi="Times New Roman" w:eastAsia="Times New Roman" w:cs="Times New Roman"/>
          <w:sz w:val="24"/>
        </w:rPr>
        <w:t xml:space="preserve"> </w:t>
      </w:r>
      <w:r>
        <w:rPr>
          <w:rFonts w:ascii="Times New Roman" w:hAnsi="Times New Roman" w:eastAsia="Times New Roman" w:cs="Times New Roman"/>
          <w:sz w:val="24"/>
        </w:rPr>
        <w:t>shall</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vested</w:t>
      </w:r>
      <w:r>
        <w:rPr>
          <w:rFonts w:ascii="Times New Roman" w:hAnsi="Times New Roman" w:eastAsia="Times New Roman" w:cs="Times New Roman"/>
          <w:sz w:val="24"/>
        </w:rPr>
        <w:t xml:space="preserve"> </w:t>
      </w:r>
      <w:r>
        <w:rPr>
          <w:rFonts w:ascii="Times New Roman" w:hAnsi="Times New Roman" w:eastAsia="Times New Roman" w:cs="Times New Roman"/>
          <w:sz w:val="24"/>
        </w:rPr>
        <w:t>with</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same</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duties</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if originally named as my health care agent, and shall serve any time his or her predecessor is not reasonably</w:t>
      </w:r>
      <w:r>
        <w:rPr>
          <w:rFonts w:ascii="Times New Roman" w:hAnsi="Times New Roman" w:eastAsia="Times New Roman" w:cs="Times New Roman"/>
          <w:sz w:val="24"/>
        </w:rPr>
        <w:t xml:space="preserve"> </w:t>
      </w:r>
      <w:r>
        <w:rPr>
          <w:rFonts w:ascii="Times New Roman" w:hAnsi="Times New Roman" w:eastAsia="Times New Roman" w:cs="Times New Roman"/>
          <w:sz w:val="24"/>
        </w:rPr>
        <w:t>available</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unwilling</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unable</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serve</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capacity.</w:t>
      </w:r>
    </w:p>
    <w:p>
      <w:pPr>
        <w:spacing w:before="1" w:after="0"/>
      </w:pPr>
    </w:p>
    <w:p>
      <w:pPr>
        <w:ind w:hanging="360"/>
      </w:pPr>
      <w:r>
        <w:rPr>
          <w:rFonts w:ascii="Times New Roman" w:hAnsi="Times New Roman" w:eastAsia="Times New Roman" w:cs="Times New Roman"/>
          <w:sz w:val="24"/>
        </w:rPr>
        <w:t>Effectiveness of</w:t>
      </w:r>
      <w:r>
        <w:rPr>
          <w:rFonts w:ascii="Times New Roman" w:hAnsi="Times New Roman" w:eastAsia="Times New Roman" w:cs="Times New Roman"/>
          <w:sz w:val="24"/>
        </w:rPr>
        <w:t xml:space="preserve"> </w:t>
      </w:r>
      <w:r>
        <w:rPr>
          <w:rFonts w:ascii="Times New Roman" w:hAnsi="Times New Roman" w:eastAsia="Times New Roman" w:cs="Times New Roman"/>
          <w:sz w:val="24"/>
        </w:rPr>
        <w:t>Appointment.</w:t>
      </w:r>
    </w:p>
    <w:p>
      <w:pPr>
        <w:spacing w:before="11" w:after="0"/>
      </w:pPr>
    </w:p>
    <w:p>
      <w:pPr/>
      <w:r>
        <w:rPr>
          <w:rFonts w:ascii="Times New Roman" w:hAnsi="Times New Roman" w:eastAsia="Times New Roman" w:cs="Times New Roman"/>
          <w:sz w:val="24"/>
        </w:rPr>
        <w:t>My designation of a health care agent expires only when I revoke it. Absent revocation, the authority granted in this document shall become effective when and if one of the physician(s) listed below determines that I lack capacity to make or communicate decisions relating to my health care, and will continue in effect during that incapacity, or until my death, except if I authorize my health care agent to exercise my rights with respect to anatomical gifts, autopsy, or disposition of my remains, this authority will</w:t>
      </w:r>
      <w:r>
        <w:rPr>
          <w:rFonts w:ascii="Times New Roman" w:hAnsi="Times New Roman" w:eastAsia="Times New Roman" w:cs="Times New Roman"/>
          <w:sz w:val="24"/>
        </w:rPr>
        <w:t xml:space="preserve"> </w:t>
      </w:r>
      <w:r>
        <w:rPr>
          <w:rFonts w:ascii="Times New Roman" w:hAnsi="Times New Roman" w:eastAsia="Times New Roman" w:cs="Times New Roman"/>
          <w:sz w:val="24"/>
        </w:rPr>
        <w:t>continue</w:t>
      </w:r>
      <w:r>
        <w:rPr>
          <w:rFonts w:ascii="Times New Roman" w:hAnsi="Times New Roman" w:eastAsia="Times New Roman" w:cs="Times New Roman"/>
          <w:sz w:val="24"/>
        </w:rPr>
        <w:t xml:space="preserve"> </w:t>
      </w:r>
      <w:r>
        <w:rPr>
          <w:rFonts w:ascii="Times New Roman" w:hAnsi="Times New Roman" w:eastAsia="Times New Roman" w:cs="Times New Roman"/>
          <w:sz w:val="24"/>
        </w:rPr>
        <w:t>after</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death</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extent</w:t>
      </w:r>
      <w:r>
        <w:rPr>
          <w:rFonts w:ascii="Times New Roman" w:hAnsi="Times New Roman" w:eastAsia="Times New Roman" w:cs="Times New Roman"/>
          <w:sz w:val="24"/>
        </w:rPr>
        <w:t xml:space="preserve"> </w:t>
      </w:r>
      <w:r>
        <w:rPr>
          <w:rFonts w:ascii="Times New Roman" w:hAnsi="Times New Roman" w:eastAsia="Times New Roman" w:cs="Times New Roman"/>
          <w:sz w:val="24"/>
        </w:rPr>
        <w:t>necessary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exercise</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p>
    <w:p>
      <w:pPr>
        <w:spacing w:before="11" w:after="0"/>
      </w:pPr>
    </w:p>
    <w:p>
      <w:pPr>
        <w:ind w:hanging="278"/>
      </w:pP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ab/>
      </w:r>
      <w:r>
        <w:rPr>
          <w:rFonts w:ascii="Times New Roman" w:hAnsi="Times New Roman" w:eastAsia="Times New Roman" w:cs="Times New Roman"/>
          <w:sz w:val="24"/>
        </w:rPr>
        <w:t>(Physician)</w:t>
      </w:r>
    </w:p>
    <w:p>
      <w:pPr>
        <w:spacing w:before="10" w:after="0"/>
      </w:pPr>
    </w:p>
    <w:p>
      <w:pPr>
        <w:ind w:hanging="278"/>
      </w:pP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ab/>
      </w:r>
      <w:r>
        <w:rPr>
          <w:rFonts w:ascii="Times New Roman" w:hAnsi="Times New Roman" w:eastAsia="Times New Roman" w:cs="Times New Roman"/>
          <w:sz w:val="24"/>
        </w:rPr>
        <w:tab/>
      </w:r>
      <w:r>
        <w:rPr>
          <w:rFonts w:ascii="Times New Roman" w:hAnsi="Times New Roman" w:eastAsia="Times New Roman" w:cs="Times New Roman"/>
          <w:sz w:val="24"/>
        </w:rPr>
        <w:t>(Physician)</w:t>
      </w:r>
    </w:p>
    <w:p>
      <w:pPr>
        <w:spacing w:before="11" w:after="0"/>
      </w:pPr>
    </w:p>
    <w:p>
      <w:pPr/>
      <w:r>
        <w:rPr>
          <w:rFonts w:ascii="Times New Roman" w:hAnsi="Times New Roman" w:eastAsia="Times New Roman" w:cs="Times New Roman"/>
          <w:sz w:val="24"/>
        </w:rPr>
        <w:t>If I have not designated a physician, or no physician(s) named above is reasonably available, the determination</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lack</w:t>
      </w:r>
      <w:r>
        <w:rPr>
          <w:rFonts w:ascii="Times New Roman" w:hAnsi="Times New Roman" w:eastAsia="Times New Roman" w:cs="Times New Roman"/>
          <w:sz w:val="24"/>
        </w:rPr>
        <w:t xml:space="preserve"> </w:t>
      </w:r>
      <w:r>
        <w:rPr>
          <w:rFonts w:ascii="Times New Roman" w:hAnsi="Times New Roman" w:eastAsia="Times New Roman" w:cs="Times New Roman"/>
          <w:sz w:val="24"/>
        </w:rPr>
        <w:t>capacity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make</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communicate</w:t>
      </w:r>
      <w:r>
        <w:rPr>
          <w:rFonts w:ascii="Times New Roman" w:hAnsi="Times New Roman" w:eastAsia="Times New Roman" w:cs="Times New Roman"/>
          <w:sz w:val="24"/>
        </w:rPr>
        <w:t xml:space="preserve"> </w:t>
      </w:r>
      <w:r>
        <w:rPr>
          <w:rFonts w:ascii="Times New Roman" w:hAnsi="Times New Roman" w:eastAsia="Times New Roman" w:cs="Times New Roman"/>
          <w:sz w:val="24"/>
        </w:rPr>
        <w:t>decisions</w:t>
      </w:r>
      <w:r>
        <w:rPr>
          <w:rFonts w:ascii="Times New Roman" w:hAnsi="Times New Roman" w:eastAsia="Times New Roman" w:cs="Times New Roman"/>
          <w:sz w:val="24"/>
        </w:rPr>
        <w:t xml:space="preserve"> </w:t>
      </w:r>
      <w:r>
        <w:rPr>
          <w:rFonts w:ascii="Times New Roman" w:hAnsi="Times New Roman" w:eastAsia="Times New Roman" w:cs="Times New Roman"/>
          <w:sz w:val="24"/>
        </w:rPr>
        <w:t>relating</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shall</w:t>
      </w:r>
      <w:r>
        <w:rPr>
          <w:rFonts w:ascii="Times New Roman" w:hAnsi="Times New Roman" w:eastAsia="Times New Roman" w:cs="Times New Roman"/>
          <w:sz w:val="24"/>
        </w:rPr>
        <w:t xml:space="preserve"> </w:t>
      </w:r>
      <w:r>
        <w:rPr>
          <w:rFonts w:ascii="Times New Roman" w:hAnsi="Times New Roman" w:eastAsia="Times New Roman" w:cs="Times New Roman"/>
          <w:sz w:val="24"/>
        </w:rPr>
        <w:t>be made by my attending</w:t>
      </w:r>
      <w:r>
        <w:rPr>
          <w:rFonts w:ascii="Times New Roman" w:hAnsi="Times New Roman" w:eastAsia="Times New Roman" w:cs="Times New Roman"/>
          <w:sz w:val="24"/>
        </w:rPr>
        <w:t xml:space="preserve"> </w:t>
      </w:r>
      <w:r>
        <w:rPr>
          <w:rFonts w:ascii="Times New Roman" w:hAnsi="Times New Roman" w:eastAsia="Times New Roman" w:cs="Times New Roman"/>
          <w:sz w:val="24"/>
        </w:rPr>
        <w:t>physician.</w:t>
      </w:r>
    </w:p>
    <w:p>
      <w:pPr>
        <w:spacing w:before="2" w:after="0"/>
      </w:pPr>
    </w:p>
    <w:p>
      <w:pPr>
        <w:ind w:hanging="360"/>
      </w:pPr>
      <w:r>
        <w:rPr>
          <w:rFonts w:ascii="Times New Roman" w:hAnsi="Times New Roman" w:eastAsia="Times New Roman" w:cs="Times New Roman"/>
          <w:sz w:val="24"/>
        </w:rPr>
        <w:t>Revocation.</w:t>
      </w:r>
    </w:p>
    <w:p>
      <w:pPr>
        <w:spacing w:before="10" w:after="0"/>
      </w:pPr>
    </w:p>
    <w:p>
      <w:pPr/>
      <w:r>
        <w:rPr>
          <w:rFonts w:ascii="Times New Roman" w:hAnsi="Times New Roman" w:eastAsia="Times New Roman" w:cs="Times New Roman"/>
          <w:sz w:val="24"/>
        </w:rPr>
        <w:t>Any time while I am competent, I may revoke this power of attorney in a writing I sign or by communicating my intent to revoke, in any clear and consistent manner, to my health care agent or my health care</w:t>
      </w:r>
      <w:r>
        <w:rPr>
          <w:rFonts w:ascii="Times New Roman" w:hAnsi="Times New Roman" w:eastAsia="Times New Roman" w:cs="Times New Roman"/>
          <w:sz w:val="24"/>
        </w:rPr>
        <w:t xml:space="preserve"> </w:t>
      </w:r>
      <w:r>
        <w:rPr>
          <w:rFonts w:ascii="Times New Roman" w:hAnsi="Times New Roman" w:eastAsia="Times New Roman" w:cs="Times New Roman"/>
          <w:sz w:val="24"/>
        </w:rPr>
        <w:t>provider.</w:t>
      </w:r>
    </w:p>
    <w:p>
      <w:pPr>
        <w:spacing w:before="2" w:after="0"/>
      </w:pPr>
    </w:p>
    <w:p>
      <w:pPr>
        <w:ind w:hanging="360"/>
      </w:pPr>
      <w:r>
        <w:rPr>
          <w:rFonts w:ascii="Times New Roman" w:hAnsi="Times New Roman" w:eastAsia="Times New Roman" w:cs="Times New Roman"/>
          <w:sz w:val="24"/>
        </w:rPr>
        <w:t>General Statement of 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Granted.</w:t>
      </w:r>
    </w:p>
    <w:p>
      <w:pPr>
        <w:spacing w:before="10" w:after="0"/>
      </w:pPr>
    </w:p>
    <w:p>
      <w:pPr/>
      <w:r>
        <w:rPr>
          <w:rFonts w:ascii="Times New Roman" w:hAnsi="Times New Roman" w:eastAsia="Times New Roman" w:cs="Times New Roman"/>
          <w:sz w:val="24"/>
        </w:rPr>
        <w:t>Subject to any restrictions set forth in Section 5 below, I grant to my health care agent full power and authority to make and carry out all health care decisions for me. These decisions include, but are not limited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p>
    <w:p>
      <w:pPr>
        <w:spacing w:before="11" w:after="0"/>
      </w:pPr>
    </w:p>
    <w:p>
      <w:pPr>
        <w:ind w:hanging="360"/>
      </w:pPr>
      <w:r>
        <w:rPr>
          <w:rFonts w:ascii="Times New Roman" w:hAnsi="Times New Roman" w:eastAsia="Times New Roman" w:cs="Times New Roman"/>
          <w:sz w:val="24"/>
        </w:rPr>
        <w:t>Requesting,</w:t>
      </w:r>
      <w:r>
        <w:rPr>
          <w:rFonts w:ascii="Times New Roman" w:hAnsi="Times New Roman" w:eastAsia="Times New Roman" w:cs="Times New Roman"/>
          <w:sz w:val="24"/>
        </w:rPr>
        <w:t xml:space="preserve"> </w:t>
      </w:r>
      <w:r>
        <w:rPr>
          <w:rFonts w:ascii="Times New Roman" w:hAnsi="Times New Roman" w:eastAsia="Times New Roman" w:cs="Times New Roman"/>
          <w:sz w:val="24"/>
        </w:rPr>
        <w:t>reviewing,</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receiving</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information,</w:t>
      </w:r>
      <w:r>
        <w:rPr>
          <w:rFonts w:ascii="Times New Roman" w:hAnsi="Times New Roman" w:eastAsia="Times New Roman" w:cs="Times New Roman"/>
          <w:sz w:val="24"/>
        </w:rPr>
        <w:t xml:space="preserve"> </w:t>
      </w:r>
      <w:r>
        <w:rPr>
          <w:rFonts w:ascii="Times New Roman" w:hAnsi="Times New Roman" w:eastAsia="Times New Roman" w:cs="Times New Roman"/>
          <w:sz w:val="24"/>
        </w:rPr>
        <w:t>verbal</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written,</w:t>
      </w:r>
      <w:r>
        <w:rPr>
          <w:rFonts w:ascii="Times New Roman" w:hAnsi="Times New Roman" w:eastAsia="Times New Roman" w:cs="Times New Roman"/>
          <w:sz w:val="24"/>
        </w:rPr>
        <w:t xml:space="preserve"> </w:t>
      </w:r>
      <w:r>
        <w:rPr>
          <w:rFonts w:ascii="Times New Roman" w:hAnsi="Times New Roman" w:eastAsia="Times New Roman" w:cs="Times New Roman"/>
          <w:sz w:val="24"/>
        </w:rPr>
        <w:t>regarding</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physical</w:t>
      </w:r>
      <w:r>
        <w:rPr>
          <w:rFonts w:ascii="Times New Roman" w:hAnsi="Times New Roman" w:eastAsia="Times New Roman" w:cs="Times New Roman"/>
          <w:sz w:val="24"/>
        </w:rPr>
        <w:t xml:space="preserve"> </w:t>
      </w:r>
      <w:r>
        <w:rPr>
          <w:rFonts w:ascii="Times New Roman" w:hAnsi="Times New Roman" w:eastAsia="Times New Roman" w:cs="Times New Roman"/>
          <w:sz w:val="24"/>
        </w:rPr>
        <w:t>or mental health, including, but not limited to, medical and hospital records, and to consent to the disclosure of this</w:t>
      </w:r>
      <w:r>
        <w:rPr>
          <w:rFonts w:ascii="Times New Roman" w:hAnsi="Times New Roman" w:eastAsia="Times New Roman" w:cs="Times New Roman"/>
          <w:sz w:val="24"/>
        </w:rPr>
        <w:t xml:space="preserve"> </w:t>
      </w:r>
      <w:r>
        <w:rPr>
          <w:rFonts w:ascii="Times New Roman" w:hAnsi="Times New Roman" w:eastAsia="Times New Roman" w:cs="Times New Roman"/>
          <w:sz w:val="24"/>
        </w:rPr>
        <w:t>information.</w:t>
      </w:r>
    </w:p>
    <w:p>
      <w:pPr>
        <w:spacing w:before="9" w:after="0"/>
      </w:pPr>
    </w:p>
    <w:p>
      <w:pPr>
        <w:ind w:hanging="360"/>
      </w:pPr>
      <w:r>
        <w:rPr>
          <w:rFonts w:ascii="Times New Roman" w:hAnsi="Times New Roman" w:eastAsia="Times New Roman" w:cs="Times New Roman"/>
          <w:sz w:val="24"/>
        </w:rPr>
        <w:t>Employing</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discharging</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providers.</w:t>
      </w:r>
    </w:p>
    <w:p>
      <w:pPr>
        <w:spacing w:before="10" w:after="0"/>
      </w:pPr>
    </w:p>
    <w:p>
      <w:pPr>
        <w:ind w:hanging="360"/>
      </w:pPr>
      <w:r>
        <w:rPr>
          <w:rFonts w:ascii="Times New Roman" w:hAnsi="Times New Roman" w:eastAsia="Times New Roman" w:cs="Times New Roman"/>
          <w:sz w:val="24"/>
        </w:rPr>
        <w:t>Consenting</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authorizing</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admission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discharge</w:t>
      </w:r>
      <w:r>
        <w:rPr>
          <w:rFonts w:ascii="Times New Roman" w:hAnsi="Times New Roman" w:eastAsia="Times New Roman" w:cs="Times New Roman"/>
          <w:sz w:val="24"/>
        </w:rPr>
        <w:t xml:space="preserve"> </w:t>
      </w:r>
      <w:r>
        <w:rPr>
          <w:rFonts w:ascii="Times New Roman" w:hAnsi="Times New Roman" w:eastAsia="Times New Roman" w:cs="Times New Roman"/>
          <w:sz w:val="24"/>
        </w:rPr>
        <w:t>from</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r>
        <w:rPr>
          <w:rFonts w:ascii="Times New Roman" w:hAnsi="Times New Roman" w:eastAsia="Times New Roman" w:cs="Times New Roman"/>
          <w:sz w:val="24"/>
        </w:rPr>
        <w:t xml:space="preserve"> </w:t>
      </w:r>
      <w:r>
        <w:rPr>
          <w:rFonts w:ascii="Times New Roman" w:hAnsi="Times New Roman" w:eastAsia="Times New Roman" w:cs="Times New Roman"/>
          <w:sz w:val="24"/>
        </w:rPr>
        <w:t>hospital,</w:t>
      </w:r>
      <w:r>
        <w:rPr>
          <w:rFonts w:ascii="Times New Roman" w:hAnsi="Times New Roman" w:eastAsia="Times New Roman" w:cs="Times New Roman"/>
          <w:sz w:val="24"/>
        </w:rPr>
        <w:t xml:space="preserve"> </w:t>
      </w:r>
      <w:r>
        <w:rPr>
          <w:rFonts w:ascii="Times New Roman" w:hAnsi="Times New Roman" w:eastAsia="Times New Roman" w:cs="Times New Roman"/>
          <w:sz w:val="24"/>
        </w:rPr>
        <w:t>nursing</w:t>
      </w:r>
      <w:r>
        <w:rPr>
          <w:rFonts w:ascii="Times New Roman" w:hAnsi="Times New Roman" w:eastAsia="Times New Roman" w:cs="Times New Roman"/>
          <w:sz w:val="24"/>
        </w:rPr>
        <w:t xml:space="preserve"> </w:t>
      </w:r>
      <w:r>
        <w:rPr>
          <w:rFonts w:ascii="Times New Roman" w:hAnsi="Times New Roman" w:eastAsia="Times New Roman" w:cs="Times New Roman"/>
          <w:sz w:val="24"/>
        </w:rPr>
        <w:t>or convalescent</w:t>
      </w:r>
      <w:r>
        <w:rPr>
          <w:rFonts w:ascii="Times New Roman" w:hAnsi="Times New Roman" w:eastAsia="Times New Roman" w:cs="Times New Roman"/>
          <w:sz w:val="24"/>
        </w:rPr>
        <w:t xml:space="preserve"> </w:t>
      </w:r>
      <w:r>
        <w:rPr>
          <w:rFonts w:ascii="Times New Roman" w:hAnsi="Times New Roman" w:eastAsia="Times New Roman" w:cs="Times New Roman"/>
          <w:sz w:val="24"/>
        </w:rPr>
        <w:t>home,</w:t>
      </w:r>
      <w:r>
        <w:rPr>
          <w:rFonts w:ascii="Times New Roman" w:hAnsi="Times New Roman" w:eastAsia="Times New Roman" w:cs="Times New Roman"/>
          <w:sz w:val="24"/>
        </w:rPr>
        <w:t xml:space="preserve"> </w:t>
      </w:r>
      <w:r>
        <w:rPr>
          <w:rFonts w:ascii="Times New Roman" w:hAnsi="Times New Roman" w:eastAsia="Times New Roman" w:cs="Times New Roman"/>
          <w:sz w:val="24"/>
        </w:rPr>
        <w:t>hospice,</w:t>
      </w:r>
      <w:r>
        <w:rPr>
          <w:rFonts w:ascii="Times New Roman" w:hAnsi="Times New Roman" w:eastAsia="Times New Roman" w:cs="Times New Roman"/>
          <w:sz w:val="24"/>
        </w:rPr>
        <w:t xml:space="preserve"> </w:t>
      </w:r>
      <w:r>
        <w:rPr>
          <w:rFonts w:ascii="Times New Roman" w:hAnsi="Times New Roman" w:eastAsia="Times New Roman" w:cs="Times New Roman"/>
          <w:sz w:val="24"/>
        </w:rPr>
        <w:t>long-term</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facility,</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other</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facility.</w:t>
      </w:r>
    </w:p>
    <w:p>
      <w:pPr>
        <w:spacing w:before="9" w:after="0"/>
      </w:pPr>
    </w:p>
    <w:p>
      <w:pPr>
        <w:ind w:hanging="360"/>
      </w:pPr>
      <w:r>
        <w:rPr>
          <w:rFonts w:ascii="Times New Roman" w:hAnsi="Times New Roman" w:eastAsia="Times New Roman" w:cs="Times New Roman"/>
          <w:sz w:val="24"/>
        </w:rPr>
        <w:t>Consenting to and authorizing my admission to and retention in a facility for the care or treatment of mental</w:t>
      </w:r>
      <w:r>
        <w:rPr>
          <w:rFonts w:ascii="Times New Roman" w:hAnsi="Times New Roman" w:eastAsia="Times New Roman" w:cs="Times New Roman"/>
          <w:sz w:val="24"/>
        </w:rPr>
        <w:t xml:space="preserve"> </w:t>
      </w:r>
      <w:r>
        <w:rPr>
          <w:rFonts w:ascii="Times New Roman" w:hAnsi="Times New Roman" w:eastAsia="Times New Roman" w:cs="Times New Roman"/>
          <w:sz w:val="24"/>
        </w:rPr>
        <w:t>illness.</w:t>
      </w:r>
    </w:p>
    <w:p>
      <w:pPr>
        <w:spacing w:before="10" w:after="0"/>
      </w:pPr>
    </w:p>
    <w:p>
      <w:pPr>
        <w:ind w:hanging="360"/>
      </w:pPr>
      <w:r>
        <w:rPr>
          <w:rFonts w:ascii="Times New Roman" w:hAnsi="Times New Roman" w:eastAsia="Times New Roman" w:cs="Times New Roman"/>
          <w:sz w:val="24"/>
        </w:rPr>
        <w:t>Consenting to and authorizing the administration of medications for mental health treatment and electroconvulsive</w:t>
      </w:r>
      <w:r>
        <w:rPr>
          <w:rFonts w:ascii="Times New Roman" w:hAnsi="Times New Roman" w:eastAsia="Times New Roman" w:cs="Times New Roman"/>
          <w:sz w:val="24"/>
        </w:rPr>
        <w:t xml:space="preserve"> </w:t>
      </w:r>
      <w:r>
        <w:rPr>
          <w:rFonts w:ascii="Times New Roman" w:hAnsi="Times New Roman" w:eastAsia="Times New Roman" w:cs="Times New Roman"/>
          <w:sz w:val="24"/>
        </w:rPr>
        <w:t>treatment</w:t>
      </w:r>
      <w:r>
        <w:rPr>
          <w:rFonts w:ascii="Times New Roman" w:hAnsi="Times New Roman" w:eastAsia="Times New Roman" w:cs="Times New Roman"/>
          <w:sz w:val="24"/>
        </w:rPr>
        <w:t xml:space="preserve"> </w:t>
      </w:r>
      <w:r>
        <w:rPr>
          <w:rFonts w:ascii="Times New Roman" w:hAnsi="Times New Roman" w:eastAsia="Times New Roman" w:cs="Times New Roman"/>
          <w:sz w:val="24"/>
        </w:rPr>
        <w:t>(ECT)</w:t>
      </w:r>
      <w:r>
        <w:rPr>
          <w:rFonts w:ascii="Times New Roman" w:hAnsi="Times New Roman" w:eastAsia="Times New Roman" w:cs="Times New Roman"/>
          <w:sz w:val="24"/>
        </w:rPr>
        <w:t xml:space="preserve"> </w:t>
      </w:r>
      <w:r>
        <w:rPr>
          <w:rFonts w:ascii="Times New Roman" w:hAnsi="Times New Roman" w:eastAsia="Times New Roman" w:cs="Times New Roman"/>
          <w:sz w:val="24"/>
        </w:rPr>
        <w:t>commonly</w:t>
      </w:r>
      <w:r>
        <w:rPr>
          <w:rFonts w:ascii="Times New Roman" w:hAnsi="Times New Roman" w:eastAsia="Times New Roman" w:cs="Times New Roman"/>
          <w:sz w:val="24"/>
        </w:rPr>
        <w:t xml:space="preserve"> </w:t>
      </w:r>
      <w:r>
        <w:rPr>
          <w:rFonts w:ascii="Times New Roman" w:hAnsi="Times New Roman" w:eastAsia="Times New Roman" w:cs="Times New Roman"/>
          <w:sz w:val="24"/>
        </w:rPr>
        <w:t>referred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“shock</w:t>
      </w:r>
      <w:r>
        <w:rPr>
          <w:rFonts w:ascii="Times New Roman" w:hAnsi="Times New Roman" w:eastAsia="Times New Roman" w:cs="Times New Roman"/>
          <w:sz w:val="24"/>
        </w:rPr>
        <w:t xml:space="preserve"> </w:t>
      </w:r>
      <w:r>
        <w:rPr>
          <w:rFonts w:ascii="Times New Roman" w:hAnsi="Times New Roman" w:eastAsia="Times New Roman" w:cs="Times New Roman"/>
          <w:sz w:val="24"/>
        </w:rPr>
        <w:t>treatment.”</w:t>
      </w:r>
    </w:p>
    <w:p>
      <w:pPr>
        <w:spacing w:before="10" w:after="0"/>
      </w:pPr>
    </w:p>
    <w:p>
      <w:pPr>
        <w:ind w:hanging="360"/>
      </w:pPr>
      <w:r>
        <w:rPr>
          <w:rFonts w:ascii="Times New Roman" w:hAnsi="Times New Roman" w:eastAsia="Times New Roman" w:cs="Times New Roman"/>
          <w:sz w:val="24"/>
        </w:rPr>
        <w:t>Giving consent for, withdrawing consent for, or withholding consent for, X-ray, anesthesia, medication, surgery, and all other diagnostic and treatment procedures ordered by or under</w:t>
      </w:r>
      <w:r>
        <w:rPr>
          <w:rFonts w:ascii="Times New Roman" w:hAnsi="Times New Roman" w:eastAsia="Times New Roman" w:cs="Times New Roman"/>
          <w:sz w:val="24"/>
        </w:rPr>
        <w:t xml:space="preserve"> </w:t>
      </w:r>
      <w:r>
        <w:rPr>
          <w:rFonts w:ascii="Times New Roman" w:hAnsi="Times New Roman" w:eastAsia="Times New Roman" w:cs="Times New Roman"/>
          <w:sz w:val="24"/>
        </w:rPr>
        <w:t>the authorization of a licensed physician, dentist, podiatrist, or other health care provider. This authorization</w:t>
      </w:r>
      <w:r>
        <w:rPr>
          <w:rFonts w:ascii="Times New Roman" w:hAnsi="Times New Roman" w:eastAsia="Times New Roman" w:cs="Times New Roman"/>
          <w:sz w:val="24"/>
        </w:rPr>
        <w:t xml:space="preserve"> </w:t>
      </w:r>
      <w:r>
        <w:rPr>
          <w:rFonts w:ascii="Times New Roman" w:hAnsi="Times New Roman" w:eastAsia="Times New Roman" w:cs="Times New Roman"/>
          <w:sz w:val="24"/>
        </w:rPr>
        <w:t>specifically</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includes</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consent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measures</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relief</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pain.</w:t>
      </w:r>
    </w:p>
    <w:p>
      <w:pPr>
        <w:spacing w:before="10" w:after="0"/>
      </w:pPr>
    </w:p>
    <w:p>
      <w:pPr>
        <w:ind w:hanging="360"/>
      </w:pPr>
      <w:r>
        <w:rPr>
          <w:rFonts w:ascii="Times New Roman" w:hAnsi="Times New Roman" w:eastAsia="Times New Roman" w:cs="Times New Roman"/>
          <w:sz w:val="24"/>
        </w:rPr>
        <w:t>Authorizing</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withholding</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withdrawal</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life-prolonging</w:t>
      </w:r>
      <w:r>
        <w:rPr>
          <w:rFonts w:ascii="Times New Roman" w:hAnsi="Times New Roman" w:eastAsia="Times New Roman" w:cs="Times New Roman"/>
          <w:sz w:val="24"/>
        </w:rPr>
        <w:t xml:space="preserve"> </w:t>
      </w:r>
      <w:r>
        <w:rPr>
          <w:rFonts w:ascii="Times New Roman" w:hAnsi="Times New Roman" w:eastAsia="Times New Roman" w:cs="Times New Roman"/>
          <w:sz w:val="24"/>
        </w:rPr>
        <w:t>measures.</w:t>
      </w:r>
    </w:p>
    <w:p>
      <w:pPr>
        <w:spacing w:before="57" w:after="0"/>
        <w:ind w:hanging="360"/>
      </w:pPr>
      <w:r>
        <w:rPr>
          <w:rFonts w:ascii="Times New Roman" w:hAnsi="Times New Roman" w:eastAsia="Times New Roman" w:cs="Times New Roman"/>
          <w:sz w:val="24"/>
        </w:rPr>
        <w:t>Providing my medical information at the request of any individual acting as my attorney-in-fact under a durable power of attorney or as a Trustee or successor Trustee under any Trust Agreement of which I am a Grantor or Trustee, or at the request of any other individual whom my health care agent believes should have such information. I desire that such information be provided whenever it would expedite the prompt and proper handling of my affairs or the affairs of any person or entity for which I have some responsibility. In addition, I authorize my health care agent to take any and all legal steps necessary to ensure compliance with my instructions providing access to my protected health information.  Such steps shall include resorting to any and all legal procedures in and out of courts as may be necessary to enforce my rights under the law and shall include attempting to recover attorneys’ fees against anyone who does not comply with this health care power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spacing w:before="9" w:after="0"/>
      </w:pPr>
    </w:p>
    <w:p>
      <w:pPr>
        <w:ind w:hanging="360"/>
      </w:pPr>
      <w:r>
        <w:rPr>
          <w:rFonts w:ascii="Times New Roman" w:hAnsi="Times New Roman" w:eastAsia="Times New Roman" w:cs="Times New Roman"/>
          <w:sz w:val="24"/>
        </w:rPr>
        <w:t>To the extent I have not already made valid and enforceable arrangements during my lifetime that have not been revoked, exercising any right I may have to authorize an autopsy or direct the disposition of my</w:t>
      </w:r>
      <w:r>
        <w:rPr>
          <w:rFonts w:ascii="Times New Roman" w:hAnsi="Times New Roman" w:eastAsia="Times New Roman" w:cs="Times New Roman"/>
          <w:sz w:val="24"/>
        </w:rPr>
        <w:t xml:space="preserve"> </w:t>
      </w:r>
      <w:r>
        <w:rPr>
          <w:rFonts w:ascii="Times New Roman" w:hAnsi="Times New Roman" w:eastAsia="Times New Roman" w:cs="Times New Roman"/>
          <w:sz w:val="24"/>
        </w:rPr>
        <w:t>remains.</w:t>
      </w:r>
    </w:p>
    <w:p>
      <w:pPr>
        <w:spacing w:before="10" w:after="0"/>
      </w:pPr>
    </w:p>
    <w:p>
      <w:pPr>
        <w:ind w:hanging="360"/>
      </w:pPr>
      <w:r>
        <w:rPr>
          <w:rFonts w:ascii="Times New Roman" w:hAnsi="Times New Roman" w:eastAsia="Times New Roman" w:cs="Times New Roman"/>
          <w:sz w:val="24"/>
        </w:rPr>
        <w:t>Taking any lawful actions that may be necessary to carry out these decisions, including but not limited to: (i) signing, executing, delivering, and acknowledging any agreement, release, authorization, or other document that may be necessary, desirable, convenient, or proper in order to exercise and carry out any of these powers; (ii) granting releases of liability to medical providers or others; and (iii) incurring reasonable costs on my behalf related to exercising these powers, provided that this health care power of attorney shall not give my health care agent general authority over my property or financial</w:t>
      </w:r>
      <w:r>
        <w:rPr>
          <w:rFonts w:ascii="Times New Roman" w:hAnsi="Times New Roman" w:eastAsia="Times New Roman" w:cs="Times New Roman"/>
          <w:sz w:val="24"/>
        </w:rPr>
        <w:t xml:space="preserve"> </w:t>
      </w:r>
      <w:r>
        <w:rPr>
          <w:rFonts w:ascii="Times New Roman" w:hAnsi="Times New Roman" w:eastAsia="Times New Roman" w:cs="Times New Roman"/>
          <w:sz w:val="24"/>
        </w:rPr>
        <w:t>affairs.</w:t>
      </w:r>
    </w:p>
    <w:p>
      <w:pPr/>
    </w:p>
    <w:p>
      <w:pPr>
        <w:ind w:hanging="360"/>
      </w:pPr>
      <w:r>
        <w:rPr>
          <w:rFonts w:ascii="Times New Roman" w:hAnsi="Times New Roman" w:eastAsia="Times New Roman" w:cs="Times New Roman"/>
          <w:sz w:val="24"/>
        </w:rPr>
        <w:t>Special Provisions and</w:t>
      </w:r>
      <w:r>
        <w:rPr>
          <w:rFonts w:ascii="Times New Roman" w:hAnsi="Times New Roman" w:eastAsia="Times New Roman" w:cs="Times New Roman"/>
          <w:sz w:val="24"/>
        </w:rPr>
        <w:t xml:space="preserve"> </w:t>
      </w:r>
      <w:r>
        <w:rPr>
          <w:rFonts w:ascii="Times New Roman" w:hAnsi="Times New Roman" w:eastAsia="Times New Roman" w:cs="Times New Roman"/>
          <w:sz w:val="24"/>
        </w:rPr>
        <w:t>Limitations.</w:t>
      </w:r>
    </w:p>
    <w:p>
      <w:pPr>
        <w:spacing w:before="8" w:after="0"/>
      </w:pPr>
    </w:p>
    <w:p>
      <w:pPr/>
      <w:r>
        <w:rPr>
          <w:rFonts w:ascii="Times New Roman" w:hAnsi="Times New Roman" w:eastAsia="Times New Roman" w:cs="Times New Roman"/>
          <w:sz w:val="24"/>
        </w:rPr>
        <w:t>(Notice: The authority granted in this document is intended to be as broad as possible so that your health care agent will have authority to make any decisions you could make to obtain or terminate any type of health care treatment or service.  If you wish to limit the scope of your health care agent’s powers, you may do so in this section. If none of the following are initialed, there will be no special limitations on your agent’s</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p>
    <w:p>
      <w:pPr>
        <w:spacing w:before="2" w:after="0"/>
      </w:pPr>
    </w:p>
    <w:p>
      <w:pPr/>
    </w:p>
    <w:p>
      <w:pPr/>
    </w:p>
    <w:p>
      <w:pPr>
        <w:spacing w:before="58" w:after="0"/>
        <w:ind w:hanging="277"/>
      </w:pPr>
      <w:r>
        <w:rPr>
          <w:rFonts w:ascii="Times New Roman" w:hAnsi="Times New Roman" w:eastAsia="Times New Roman" w:cs="Times New Roman"/>
          <w:sz w:val="24"/>
        </w:rPr>
        <w:t>Organ</w:t>
      </w:r>
      <w:r>
        <w:rPr>
          <w:rFonts w:ascii="Times New Roman" w:hAnsi="Times New Roman" w:eastAsia="Times New Roman" w:cs="Times New Roman"/>
          <w:sz w:val="24"/>
        </w:rPr>
        <w:t xml:space="preserve"> </w:t>
      </w:r>
      <w:r>
        <w:rPr>
          <w:rFonts w:ascii="Times New Roman" w:hAnsi="Times New Roman" w:eastAsia="Times New Roman" w:cs="Times New Roman"/>
          <w:sz w:val="24"/>
        </w:rPr>
        <w:t>Donation.</w:t>
      </w:r>
    </w:p>
    <w:p>
      <w:pPr>
        <w:spacing w:before="9" w:after="0"/>
      </w:pPr>
    </w:p>
    <w:p>
      <w:pP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extent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not</w:t>
      </w:r>
      <w:r>
        <w:rPr>
          <w:rFonts w:ascii="Times New Roman" w:hAnsi="Times New Roman" w:eastAsia="Times New Roman" w:cs="Times New Roman"/>
          <w:sz w:val="24"/>
        </w:rPr>
        <w:t xml:space="preserve"> </w:t>
      </w:r>
      <w:r>
        <w:rPr>
          <w:rFonts w:ascii="Times New Roman" w:hAnsi="Times New Roman" w:eastAsia="Times New Roman" w:cs="Times New Roman"/>
          <w:sz w:val="24"/>
        </w:rPr>
        <w:t>already</w:t>
      </w:r>
      <w:r>
        <w:rPr>
          <w:rFonts w:ascii="Times New Roman" w:hAnsi="Times New Roman" w:eastAsia="Times New Roman" w:cs="Times New Roman"/>
          <w:sz w:val="24"/>
        </w:rPr>
        <w:t xml:space="preserve"> </w:t>
      </w:r>
      <w:r>
        <w:rPr>
          <w:rFonts w:ascii="Times New Roman" w:hAnsi="Times New Roman" w:eastAsia="Times New Roman" w:cs="Times New Roman"/>
          <w:sz w:val="24"/>
        </w:rPr>
        <w:t>made</w:t>
      </w:r>
      <w:r>
        <w:rPr>
          <w:rFonts w:ascii="Times New Roman" w:hAnsi="Times New Roman" w:eastAsia="Times New Roman" w:cs="Times New Roman"/>
          <w:sz w:val="24"/>
        </w:rPr>
        <w:t xml:space="preserve"> </w:t>
      </w:r>
      <w:r>
        <w:rPr>
          <w:rFonts w:ascii="Times New Roman" w:hAnsi="Times New Roman" w:eastAsia="Times New Roman" w:cs="Times New Roman"/>
          <w:sz w:val="24"/>
        </w:rPr>
        <w:t>valid</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enforceable</w:t>
      </w:r>
      <w:r>
        <w:rPr>
          <w:rFonts w:ascii="Times New Roman" w:hAnsi="Times New Roman" w:eastAsia="Times New Roman" w:cs="Times New Roman"/>
          <w:sz w:val="24"/>
        </w:rPr>
        <w:t xml:space="preserve"> </w:t>
      </w:r>
      <w:r>
        <w:rPr>
          <w:rFonts w:ascii="Times New Roman" w:hAnsi="Times New Roman" w:eastAsia="Times New Roman" w:cs="Times New Roman"/>
          <w:sz w:val="24"/>
        </w:rPr>
        <w:t>arrangements</w:t>
      </w:r>
      <w:r>
        <w:rPr>
          <w:rFonts w:ascii="Times New Roman" w:hAnsi="Times New Roman" w:eastAsia="Times New Roman" w:cs="Times New Roman"/>
          <w:sz w:val="24"/>
        </w:rPr>
        <w:t xml:space="preserve"> </w:t>
      </w:r>
      <w:r>
        <w:rPr>
          <w:rFonts w:ascii="Times New Roman" w:hAnsi="Times New Roman" w:eastAsia="Times New Roman" w:cs="Times New Roman"/>
          <w:sz w:val="24"/>
        </w:rPr>
        <w:t>during</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lifetime</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have not</w:t>
      </w:r>
      <w:r>
        <w:rPr>
          <w:rFonts w:ascii="Times New Roman" w:hAnsi="Times New Roman" w:eastAsia="Times New Roman" w:cs="Times New Roman"/>
          <w:sz w:val="24"/>
        </w:rPr>
        <w:t xml:space="preserve"> </w:t>
      </w:r>
      <w:r>
        <w:rPr>
          <w:rFonts w:ascii="Times New Roman" w:hAnsi="Times New Roman" w:eastAsia="Times New Roman" w:cs="Times New Roman"/>
          <w:sz w:val="24"/>
        </w:rPr>
        <w:t>been</w:t>
      </w:r>
      <w:r>
        <w:rPr>
          <w:rFonts w:ascii="Times New Roman" w:hAnsi="Times New Roman" w:eastAsia="Times New Roman" w:cs="Times New Roman"/>
          <w:sz w:val="24"/>
        </w:rPr>
        <w:t xml:space="preserve"> </w:t>
      </w:r>
      <w:r>
        <w:rPr>
          <w:rFonts w:ascii="Times New Roman" w:hAnsi="Times New Roman" w:eastAsia="Times New Roman" w:cs="Times New Roman"/>
          <w:sz w:val="24"/>
        </w:rPr>
        <w:t>revoked,</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exercise</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right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p>
    <w:p>
      <w:pPr>
        <w:spacing w:before="2" w:after="0"/>
      </w:pPr>
    </w:p>
    <w:p>
      <w:pPr>
        <w:ind w:firstLine="0"/>
      </w:pPr>
      <w:r>
        <w:rPr>
          <w:rFonts w:ascii="Times New Roman" w:hAnsi="Times New Roman" w:eastAsia="Times New Roman" w:cs="Times New Roman"/>
          <w:sz w:val="24"/>
        </w:rPr>
        <w:t>NOTE: NO AUTHORITY FOR ORGAN DONATION IS GRANTED IN THIS INSTRUMENT WITHOUT YOUR</w:t>
      </w: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p>
    <w:p>
      <w:pPr>
        <w:spacing w:before="10" w:after="0"/>
      </w:pPr>
    </w:p>
    <w:p>
      <w:pPr>
        <w:ind w:hanging="360"/>
      </w:pPr>
      <w:r>
        <w:rPr>
          <w:rFonts w:ascii="Times New Roman" w:hAnsi="Times New Roman" w:eastAsia="Times New Roman" w:cs="Times New Roman"/>
          <w:b/>
          <w:sz w:val="24"/>
        </w:rPr>
        <w:t>Guardianship</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Provision.</w:t>
      </w:r>
    </w:p>
    <w:p>
      <w:pPr>
        <w:spacing w:before="9" w:after="0"/>
      </w:pPr>
    </w:p>
    <w:p>
      <w:pPr/>
      <w:r>
        <w:rPr>
          <w:rFonts w:ascii="Times New Roman" w:hAnsi="Times New Roman" w:eastAsia="Times New Roman" w:cs="Times New Roman"/>
          <w:sz w:val="24"/>
        </w:rPr>
        <w:t>If it becomes necessary for a court to appoint a guardian of my person, I nominate the persons designated in Section 1, in the order named, to be the guardian of my person, to serve without bond or security. The guardian shall act consistently with G.S.</w:t>
      </w:r>
      <w:r>
        <w:rPr>
          <w:rFonts w:ascii="Times New Roman" w:hAnsi="Times New Roman" w:eastAsia="Times New Roman" w:cs="Times New Roman"/>
          <w:sz w:val="24"/>
        </w:rPr>
        <w:t xml:space="preserve"> </w:t>
      </w:r>
      <w:r>
        <w:rPr>
          <w:rFonts w:ascii="Times New Roman" w:hAnsi="Times New Roman" w:eastAsia="Times New Roman" w:cs="Times New Roman"/>
          <w:sz w:val="24"/>
        </w:rPr>
        <w:t>35A-1201(a)(5).</w:t>
      </w:r>
    </w:p>
    <w:p>
      <w:pPr/>
    </w:p>
    <w:p>
      <w:pPr>
        <w:ind w:hanging="360"/>
      </w:pPr>
      <w:r>
        <w:rPr>
          <w:rFonts w:ascii="Times New Roman" w:hAnsi="Times New Roman" w:eastAsia="Times New Roman" w:cs="Times New Roman"/>
          <w:sz w:val="24"/>
        </w:rPr>
        <w:t>Reliance of Third Parties on Health Care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p>
      <w:pPr>
        <w:spacing w:before="8" w:after="0"/>
      </w:pPr>
    </w:p>
    <w:p>
      <w:pPr>
        <w:ind w:hanging="360"/>
      </w:pPr>
      <w:r>
        <w:rPr>
          <w:rFonts w:ascii="Times New Roman" w:hAnsi="Times New Roman" w:eastAsia="Times New Roman" w:cs="Times New Roman"/>
          <w:sz w:val="24"/>
        </w:rPr>
        <w:t>No person who relies in good faith upon the authority of or any representations by my health care agent shall be liable to me, my estate, my heirs, successors, assigns, or personal representatives, for actions or omissions in reliance on that authority or those</w:t>
      </w:r>
      <w:r>
        <w:rPr>
          <w:rFonts w:ascii="Times New Roman" w:hAnsi="Times New Roman" w:eastAsia="Times New Roman" w:cs="Times New Roman"/>
          <w:sz w:val="24"/>
        </w:rPr>
        <w:t xml:space="preserve"> </w:t>
      </w:r>
      <w:r>
        <w:rPr>
          <w:rFonts w:ascii="Times New Roman" w:hAnsi="Times New Roman" w:eastAsia="Times New Roman" w:cs="Times New Roman"/>
          <w:sz w:val="24"/>
        </w:rPr>
        <w:t>representations.</w:t>
      </w:r>
    </w:p>
    <w:p>
      <w:pPr>
        <w:spacing w:before="9" w:after="0"/>
      </w:pPr>
    </w:p>
    <w:p>
      <w:pPr>
        <w:ind w:hanging="360"/>
      </w:pP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conferred</w:t>
      </w:r>
      <w:r>
        <w:rPr>
          <w:rFonts w:ascii="Times New Roman" w:hAnsi="Times New Roman" w:eastAsia="Times New Roman" w:cs="Times New Roman"/>
          <w:sz w:val="24"/>
        </w:rPr>
        <w:t xml:space="preserve"> </w:t>
      </w:r>
      <w:r>
        <w:rPr>
          <w:rFonts w:ascii="Times New Roman" w:hAnsi="Times New Roman" w:eastAsia="Times New Roman" w:cs="Times New Roman"/>
          <w:sz w:val="24"/>
        </w:rPr>
        <w:t>on</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document</w:t>
      </w:r>
      <w:r>
        <w:rPr>
          <w:rFonts w:ascii="Times New Roman" w:hAnsi="Times New Roman" w:eastAsia="Times New Roman" w:cs="Times New Roman"/>
          <w:sz w:val="24"/>
        </w:rPr>
        <w:t xml:space="preserve">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exercised</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 care agent alone, and my health care agent's signature or action taken under the authority granted in this document may be accepted by persons as fully authorized by me and with the same force and effect as if I were personally present, competent, and acting on my own behalf. All acts performed in good faith by my health care agent pursuant to this power of attorney are done with my consent and shall have the same validity and effect as if I were present and exercised the powers myself, and shall inure to the benefit of and bind me, my estate, my heirs, successors, assigns, and personal representatives. The authority of my health care agent pursuant to this power of attorney shall be superior to and binding upon my family, relatives, friends, and</w:t>
      </w:r>
      <w:r>
        <w:rPr>
          <w:rFonts w:ascii="Times New Roman" w:hAnsi="Times New Roman" w:eastAsia="Times New Roman" w:cs="Times New Roman"/>
          <w:sz w:val="24"/>
        </w:rPr>
        <w:t xml:space="preserve"> </w:t>
      </w:r>
      <w:r>
        <w:rPr>
          <w:rFonts w:ascii="Times New Roman" w:hAnsi="Times New Roman" w:eastAsia="Times New Roman" w:cs="Times New Roman"/>
          <w:sz w:val="24"/>
        </w:rPr>
        <w:t>others.</w:t>
      </w:r>
    </w:p>
    <w:p>
      <w:pPr>
        <w:spacing w:before="58" w:after="0"/>
        <w:ind w:hanging="470"/>
      </w:pPr>
      <w:r>
        <w:rPr>
          <w:rFonts w:ascii="Times New Roman" w:hAnsi="Times New Roman" w:eastAsia="Times New Roman" w:cs="Times New Roman"/>
          <w:sz w:val="24"/>
        </w:rPr>
        <w:t>Miscellaneous</w:t>
      </w:r>
      <w:r>
        <w:rPr>
          <w:rFonts w:ascii="Times New Roman" w:hAnsi="Times New Roman" w:eastAsia="Times New Roman" w:cs="Times New Roman"/>
          <w:sz w:val="24"/>
        </w:rPr>
        <w:t xml:space="preserve"> </w:t>
      </w:r>
      <w:r>
        <w:rPr>
          <w:rFonts w:ascii="Times New Roman" w:hAnsi="Times New Roman" w:eastAsia="Times New Roman" w:cs="Times New Roman"/>
          <w:sz w:val="24"/>
        </w:rPr>
        <w:t>Provisions.</w:t>
      </w:r>
    </w:p>
    <w:p>
      <w:pPr>
        <w:spacing w:before="9" w:after="0"/>
      </w:pPr>
    </w:p>
    <w:p>
      <w:pPr>
        <w:ind w:hanging="360"/>
      </w:pPr>
      <w:r>
        <w:rPr>
          <w:rFonts w:ascii="Times New Roman" w:hAnsi="Times New Roman" w:eastAsia="Times New Roman" w:cs="Times New Roman"/>
          <w:sz w:val="24"/>
        </w:rPr>
        <w:t>Revocation of Prior Powers of Attorney. I revoke any prior health care power of attorney. The preceding sentence is not intended to revoke any general powers of attorney, some of the provisions of which may relate to health care; however, this power of attorney shall take precedence over any health care provisions in any valid general power of attorney I have not revoked.</w:t>
      </w:r>
    </w:p>
    <w:p>
      <w:pPr>
        <w:spacing w:before="10" w:after="0"/>
      </w:pPr>
    </w:p>
    <w:p>
      <w:pPr>
        <w:ind w:hanging="360"/>
      </w:pPr>
      <w:r>
        <w:rPr>
          <w:rFonts w:ascii="Times New Roman" w:hAnsi="Times New Roman" w:eastAsia="Times New Roman" w:cs="Times New Roman"/>
          <w:sz w:val="24"/>
        </w:rPr>
        <w:t>Jurisdiction, Severability and Durability.  This Health Care Power of Attorney is intended to be valid in any jurisdiction in which it is presented. The powers delegated under this power of attorney are severable, so that the invalidity of one or more powers shall not affect any others. 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shall</w:t>
      </w:r>
      <w:r>
        <w:rPr>
          <w:rFonts w:ascii="Times New Roman" w:hAnsi="Times New Roman" w:eastAsia="Times New Roman" w:cs="Times New Roman"/>
          <w:sz w:val="24"/>
        </w:rPr>
        <w:t xml:space="preserve"> </w:t>
      </w:r>
      <w:r>
        <w:rPr>
          <w:rFonts w:ascii="Times New Roman" w:hAnsi="Times New Roman" w:eastAsia="Times New Roman" w:cs="Times New Roman"/>
          <w:sz w:val="24"/>
        </w:rPr>
        <w:t>not</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affected</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revoked</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incapacity</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mental</w:t>
      </w:r>
      <w:r>
        <w:rPr>
          <w:rFonts w:ascii="Times New Roman" w:hAnsi="Times New Roman" w:eastAsia="Times New Roman" w:cs="Times New Roman"/>
          <w:sz w:val="24"/>
        </w:rPr>
        <w:t xml:space="preserve"> </w:t>
      </w:r>
      <w:r>
        <w:rPr>
          <w:rFonts w:ascii="Times New Roman" w:hAnsi="Times New Roman" w:eastAsia="Times New Roman" w:cs="Times New Roman"/>
          <w:sz w:val="24"/>
        </w:rPr>
        <w:t>incompetence.</w:t>
      </w:r>
    </w:p>
    <w:p>
      <w:pPr>
        <w:spacing w:before="10" w:after="0"/>
      </w:pPr>
    </w:p>
    <w:p>
      <w:pPr>
        <w:ind w:hanging="360"/>
      </w:pPr>
      <w:r>
        <w:rPr>
          <w:rFonts w:ascii="Times New Roman" w:hAnsi="Times New Roman" w:eastAsia="Times New Roman" w:cs="Times New Roman"/>
          <w:sz w:val="24"/>
        </w:rPr>
        <w:t>Health Care Agent Not Liable. My health care agent and my health care agent's estate, heirs, successors, and assigns are hereby released and forever discharged by me, my estate, my heirs, successors,</w:t>
      </w:r>
      <w:r>
        <w:rPr>
          <w:rFonts w:ascii="Times New Roman" w:hAnsi="Times New Roman" w:eastAsia="Times New Roman" w:cs="Times New Roman"/>
          <w:sz w:val="24"/>
        </w:rPr>
        <w:t xml:space="preserve"> </w:t>
      </w:r>
      <w:r>
        <w:rPr>
          <w:rFonts w:ascii="Times New Roman" w:hAnsi="Times New Roman" w:eastAsia="Times New Roman" w:cs="Times New Roman"/>
          <w:sz w:val="24"/>
        </w:rPr>
        <w:t>assigns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personal</w:t>
      </w:r>
      <w:r>
        <w:rPr>
          <w:rFonts w:ascii="Times New Roman" w:hAnsi="Times New Roman" w:eastAsia="Times New Roman" w:cs="Times New Roman"/>
          <w:sz w:val="24"/>
        </w:rPr>
        <w:t xml:space="preserve"> </w:t>
      </w:r>
      <w:r>
        <w:rPr>
          <w:rFonts w:ascii="Times New Roman" w:hAnsi="Times New Roman" w:eastAsia="Times New Roman" w:cs="Times New Roman"/>
          <w:sz w:val="24"/>
        </w:rPr>
        <w:t>representatives</w:t>
      </w:r>
      <w:r>
        <w:rPr>
          <w:rFonts w:ascii="Times New Roman" w:hAnsi="Times New Roman" w:eastAsia="Times New Roman" w:cs="Times New Roman"/>
          <w:sz w:val="24"/>
        </w:rPr>
        <w:t xml:space="preserve"> </w:t>
      </w:r>
      <w:r>
        <w:rPr>
          <w:rFonts w:ascii="Times New Roman" w:hAnsi="Times New Roman" w:eastAsia="Times New Roman" w:cs="Times New Roman"/>
          <w:sz w:val="24"/>
        </w:rPr>
        <w:t>from</w:t>
      </w:r>
      <w:r>
        <w:rPr>
          <w:rFonts w:ascii="Times New Roman" w:hAnsi="Times New Roman" w:eastAsia="Times New Roman" w:cs="Times New Roman"/>
          <w:sz w:val="24"/>
        </w:rPr>
        <w:t xml:space="preserve"> </w:t>
      </w:r>
      <w:r>
        <w:rPr>
          <w:rFonts w:ascii="Times New Roman" w:hAnsi="Times New Roman" w:eastAsia="Times New Roman" w:cs="Times New Roman"/>
          <w:sz w:val="24"/>
        </w:rPr>
        <w:t>all</w:t>
      </w:r>
      <w:r>
        <w:rPr>
          <w:rFonts w:ascii="Times New Roman" w:hAnsi="Times New Roman" w:eastAsia="Times New Roman" w:cs="Times New Roman"/>
          <w:sz w:val="24"/>
        </w:rPr>
        <w:t xml:space="preserve"> </w:t>
      </w:r>
      <w:r>
        <w:rPr>
          <w:rFonts w:ascii="Times New Roman" w:hAnsi="Times New Roman" w:eastAsia="Times New Roman" w:cs="Times New Roman"/>
          <w:sz w:val="24"/>
        </w:rPr>
        <w:t>liability</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from</w:t>
      </w:r>
      <w:r>
        <w:rPr>
          <w:rFonts w:ascii="Times New Roman" w:hAnsi="Times New Roman" w:eastAsia="Times New Roman" w:cs="Times New Roman"/>
          <w:sz w:val="24"/>
        </w:rPr>
        <w:t xml:space="preserve"> </w:t>
      </w:r>
      <w:r>
        <w:rPr>
          <w:rFonts w:ascii="Times New Roman" w:hAnsi="Times New Roman" w:eastAsia="Times New Roman" w:cs="Times New Roman"/>
          <w:sz w:val="24"/>
        </w:rPr>
        <w:t>all</w:t>
      </w:r>
      <w:r>
        <w:rPr>
          <w:rFonts w:ascii="Times New Roman" w:hAnsi="Times New Roman" w:eastAsia="Times New Roman" w:cs="Times New Roman"/>
          <w:sz w:val="24"/>
        </w:rPr>
        <w:t xml:space="preserve"> </w:t>
      </w:r>
      <w:r>
        <w:rPr>
          <w:rFonts w:ascii="Times New Roman" w:hAnsi="Times New Roman" w:eastAsia="Times New Roman" w:cs="Times New Roman"/>
          <w:sz w:val="24"/>
        </w:rPr>
        <w:t>claims</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demands of all kinds arising out of my health care agent's acts or omissions, except for my health care agent’s willful misconduct or gross</w:t>
      </w:r>
      <w:r>
        <w:rPr>
          <w:rFonts w:ascii="Times New Roman" w:hAnsi="Times New Roman" w:eastAsia="Times New Roman" w:cs="Times New Roman"/>
          <w:sz w:val="24"/>
        </w:rPr>
        <w:t xml:space="preserve"> </w:t>
      </w:r>
      <w:r>
        <w:rPr>
          <w:rFonts w:ascii="Times New Roman" w:hAnsi="Times New Roman" w:eastAsia="Times New Roman" w:cs="Times New Roman"/>
          <w:sz w:val="24"/>
        </w:rPr>
        <w:t>negligence.</w:t>
      </w:r>
    </w:p>
    <w:p>
      <w:pPr>
        <w:spacing w:before="10" w:after="0"/>
      </w:pPr>
    </w:p>
    <w:p>
      <w:pPr>
        <w:ind w:hanging="360"/>
      </w:pPr>
      <w:r>
        <w:rPr>
          <w:rFonts w:ascii="Times New Roman" w:hAnsi="Times New Roman" w:eastAsia="Times New Roman" w:cs="Times New Roman"/>
          <w:sz w:val="24"/>
        </w:rPr>
        <w:t>No Civil or Criminal Liability. No act or omission of my health care agent, or of any other person, entity,</w:t>
      </w:r>
      <w:r>
        <w:rPr>
          <w:rFonts w:ascii="Times New Roman" w:hAnsi="Times New Roman" w:eastAsia="Times New Roman" w:cs="Times New Roman"/>
          <w:sz w:val="24"/>
        </w:rPr>
        <w:t xml:space="preserve"> </w:t>
      </w:r>
      <w:r>
        <w:rPr>
          <w:rFonts w:ascii="Times New Roman" w:hAnsi="Times New Roman" w:eastAsia="Times New Roman" w:cs="Times New Roman"/>
          <w:sz w:val="24"/>
        </w:rPr>
        <w:t>institution,</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facility</w:t>
      </w:r>
      <w:r>
        <w:rPr>
          <w:rFonts w:ascii="Times New Roman" w:hAnsi="Times New Roman" w:eastAsia="Times New Roman" w:cs="Times New Roman"/>
          <w:sz w:val="24"/>
        </w:rPr>
        <w:t xml:space="preserve"> </w:t>
      </w:r>
      <w:r>
        <w:rPr>
          <w:rFonts w:ascii="Times New Roman" w:hAnsi="Times New Roman" w:eastAsia="Times New Roman" w:cs="Times New Roman"/>
          <w:sz w:val="24"/>
        </w:rPr>
        <w:t>acting</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good</w:t>
      </w:r>
      <w:r>
        <w:rPr>
          <w:rFonts w:ascii="Times New Roman" w:hAnsi="Times New Roman" w:eastAsia="Times New Roman" w:cs="Times New Roman"/>
          <w:sz w:val="24"/>
        </w:rPr>
        <w:t xml:space="preserve"> </w:t>
      </w:r>
      <w:r>
        <w:rPr>
          <w:rFonts w:ascii="Times New Roman" w:hAnsi="Times New Roman" w:eastAsia="Times New Roman" w:cs="Times New Roman"/>
          <w:sz w:val="24"/>
        </w:rPr>
        <w:t>faith</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reliance</w:t>
      </w:r>
      <w:r>
        <w:rPr>
          <w:rFonts w:ascii="Times New Roman" w:hAnsi="Times New Roman" w:eastAsia="Times New Roman" w:cs="Times New Roman"/>
          <w:sz w:val="24"/>
        </w:rPr>
        <w:t xml:space="preserve"> </w:t>
      </w:r>
      <w:r>
        <w:rPr>
          <w:rFonts w:ascii="Times New Roman" w:hAnsi="Times New Roman" w:eastAsia="Times New Roman" w:cs="Times New Roman"/>
          <w:sz w:val="24"/>
        </w:rPr>
        <w:t>on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 pursuant to this Health Care Power of Attorney shall be considered suicide, nor the cause of my death for any civil or criminal purposes, nor shall it be considered unprofessional conduct or as lack of professional competence.  Any person, entity, institution, or facility against whom criminal or civil liability is asserted because of conduct authorized by this Health Care Power of Attorney may interpose this document as a</w:t>
      </w:r>
      <w:r>
        <w:rPr>
          <w:rFonts w:ascii="Times New Roman" w:hAnsi="Times New Roman" w:eastAsia="Times New Roman" w:cs="Times New Roman"/>
          <w:sz w:val="24"/>
        </w:rPr>
        <w:t xml:space="preserve"> </w:t>
      </w:r>
      <w:r>
        <w:rPr>
          <w:rFonts w:ascii="Times New Roman" w:hAnsi="Times New Roman" w:eastAsia="Times New Roman" w:cs="Times New Roman"/>
          <w:sz w:val="24"/>
        </w:rPr>
        <w:t>defense.</w:t>
      </w:r>
    </w:p>
    <w:p>
      <w:pPr>
        <w:spacing w:before="9" w:after="0"/>
      </w:pPr>
    </w:p>
    <w:p>
      <w:pPr>
        <w:ind w:hanging="360"/>
      </w:pPr>
      <w:r>
        <w:rPr>
          <w:rFonts w:ascii="Times New Roman" w:hAnsi="Times New Roman" w:eastAsia="Times New Roman" w:cs="Times New Roman"/>
          <w:sz w:val="24"/>
        </w:rPr>
        <w:t>Reimbursement. My health care agent shall be entitled to reimbursement for all reasonable expenses incurred as a result of carrying out any provision of this</w:t>
      </w:r>
      <w:r>
        <w:rPr>
          <w:rFonts w:ascii="Times New Roman" w:hAnsi="Times New Roman" w:eastAsia="Times New Roman" w:cs="Times New Roman"/>
          <w:sz w:val="24"/>
        </w:rPr>
        <w:t xml:space="preserve"> </w:t>
      </w:r>
      <w:r>
        <w:rPr>
          <w:rFonts w:ascii="Times New Roman" w:hAnsi="Times New Roman" w:eastAsia="Times New Roman" w:cs="Times New Roman"/>
          <w:sz w:val="24"/>
        </w:rPr>
        <w:t>directive.</w:t>
      </w:r>
    </w:p>
    <w:p>
      <w:pPr>
        <w:spacing w:before="10" w:after="0"/>
      </w:pPr>
    </w:p>
    <w:p>
      <w:pPr/>
      <w:r>
        <w:rPr>
          <w:rFonts w:ascii="Times New Roman" w:hAnsi="Times New Roman" w:eastAsia="Times New Roman" w:cs="Times New Roman"/>
          <w:sz w:val="24"/>
        </w:rPr>
        <w:t>By signing here, I indicate that I am mentally alert and competent, fully informed as to the contents of this document,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understand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full</w:t>
      </w:r>
      <w:r>
        <w:rPr>
          <w:rFonts w:ascii="Times New Roman" w:hAnsi="Times New Roman" w:eastAsia="Times New Roman" w:cs="Times New Roman"/>
          <w:sz w:val="24"/>
        </w:rPr>
        <w:t xml:space="preserve"> </w:t>
      </w:r>
      <w:r>
        <w:rPr>
          <w:rFonts w:ascii="Times New Roman" w:hAnsi="Times New Roman" w:eastAsia="Times New Roman" w:cs="Times New Roman"/>
          <w:sz w:val="24"/>
        </w:rPr>
        <w:t>import</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grant</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p>
      <w:pPr>
        <w:spacing w:before="10" w:after="0"/>
      </w:pPr>
    </w:p>
    <w:p>
      <w:pPr>
        <w:spacing w:before="5" w:after="0"/>
      </w:pPr>
      <w:r>
        <w:rPr>
          <w:rFonts w:ascii="Times New Roman" w:hAnsi="Times New Roman" w:eastAsia="Times New Roman" w:cs="Times New Roman"/>
          <w:sz w:val="24"/>
        </w:rPr>
        <w:t>[DATE]</w:t>
      </w:r>
    </w:p>
    <w:p>
      <w:pPr>
        <w:spacing w:before="74"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ab/>
      </w:r>
      <w:r>
        <w:rPr>
          <w:rFonts w:ascii="Times New Roman" w:hAnsi="Times New Roman" w:eastAsia="Times New Roman" w:cs="Times New Roman"/>
          <w:sz w:val="24"/>
        </w:rPr>
        <w:t>(SEAL)</w:t>
      </w:r>
    </w:p>
    <w:p>
      <w:pPr>
        <w:spacing w:before="9" w:after="0"/>
      </w:pPr>
    </w:p>
    <w:p>
      <w:pPr/>
      <w:r>
        <w:rPr>
          <w:rFonts w:ascii="Times New Roman" w:hAnsi="Times New Roman" w:eastAsia="Times New Roman" w:cs="Times New Roman"/>
          <w:sz w:val="24"/>
        </w:rPr>
        <w:t>I hereby state that</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being of sound mind, signed</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directed another to sign on the principal's behalf) the foregoing Health Care Power of Attorney in my presence, and</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am</w:t>
      </w:r>
      <w:r>
        <w:rPr>
          <w:rFonts w:ascii="Times New Roman" w:hAnsi="Times New Roman" w:eastAsia="Times New Roman" w:cs="Times New Roman"/>
          <w:sz w:val="24"/>
        </w:rPr>
        <w:t xml:space="preserve"> </w:t>
      </w:r>
      <w:r>
        <w:rPr>
          <w:rFonts w:ascii="Times New Roman" w:hAnsi="Times New Roman" w:eastAsia="Times New Roman" w:cs="Times New Roman"/>
          <w:sz w:val="24"/>
        </w:rPr>
        <w:t>not</w:t>
      </w:r>
      <w:r>
        <w:rPr>
          <w:rFonts w:ascii="Times New Roman" w:hAnsi="Times New Roman" w:eastAsia="Times New Roman" w:cs="Times New Roman"/>
          <w:sz w:val="24"/>
        </w:rPr>
        <w:t xml:space="preserve"> </w:t>
      </w:r>
      <w:r>
        <w:rPr>
          <w:rFonts w:ascii="Times New Roman" w:hAnsi="Times New Roman" w:eastAsia="Times New Roman" w:cs="Times New Roman"/>
          <w:sz w:val="24"/>
        </w:rPr>
        <w:t>related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r>
      <w:r>
        <w:rPr>
          <w:rFonts w:ascii="Times New Roman" w:hAnsi="Times New Roman" w:eastAsia="Times New Roman" w:cs="Times New Roman"/>
          <w:sz w:val="24"/>
        </w:rPr>
        <w:t xml:space="preserve"> </w:t>
      </w:r>
      <w:r>
        <w:rPr>
          <w:rFonts w:ascii="Times New Roman" w:hAnsi="Times New Roman" w:eastAsia="Times New Roman" w:cs="Times New Roman"/>
          <w:sz w:val="24"/>
        </w:rPr>
        <w:t>blood</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marriage,</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would</w:t>
      </w:r>
      <w:r>
        <w:rPr>
          <w:rFonts w:ascii="Times New Roman" w:hAnsi="Times New Roman" w:eastAsia="Times New Roman" w:cs="Times New Roman"/>
          <w:sz w:val="24"/>
        </w:rPr>
        <w:t xml:space="preserve"> </w:t>
      </w:r>
      <w:r>
        <w:rPr>
          <w:rFonts w:ascii="Times New Roman" w:hAnsi="Times New Roman" w:eastAsia="Times New Roman" w:cs="Times New Roman"/>
          <w:sz w:val="24"/>
        </w:rPr>
        <w:t>not</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entitled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portion</w:t>
      </w:r>
      <w:r>
        <w:rPr>
          <w:rFonts w:ascii="Times New Roman" w:hAnsi="Times New Roman" w:eastAsia="Times New Roman" w:cs="Times New Roman"/>
          <w:sz w:val="24"/>
        </w:rPr>
        <w:t xml:space="preserve"> </w:t>
      </w:r>
      <w:r>
        <w:rPr>
          <w:rFonts w:ascii="Times New Roman" w:hAnsi="Times New Roman" w:eastAsia="Times New Roman" w:cs="Times New Roman"/>
          <w:sz w:val="24"/>
        </w:rPr>
        <w:t>of the estate of the principal under any existing will or codicil of the principal or as an heir under the Intestate Succession Act, if the principal died on this date without a will. I also state that I am not the principal's attending physician or mental health treatment provider who is (1) an employee of the principal's attending physician or mental health treatment provider, (2) an employee of the health facility in which the principal is a patient, or (3) an employee of a nursing home or any adult care home where the principal resides. I further state that I do not have any claim against the principal or the estate of the</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p>
    <w:p>
      <w:pPr/>
    </w:p>
    <w:p>
      <w:pPr/>
    </w:p>
    <w:p>
      <w:pPr>
        <w:spacing w:before="9" w:after="0"/>
      </w:pPr>
    </w:p>
    <w:p>
      <w:pPr/>
      <w:r>
        <w:rPr>
          <w:rFonts w:ascii="Times New Roman" w:hAnsi="Times New Roman" w:eastAsia="Times New Roman" w:cs="Times New Roman"/>
          <w:sz w:val="24"/>
        </w:rPr>
        <w:t>Date:</w:t>
        <w:tab/>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ab/>
      </w:r>
      <w:r>
        <w:rPr>
          <w:rFonts w:ascii="Times New Roman" w:hAnsi="Times New Roman" w:eastAsia="Times New Roman" w:cs="Times New Roman"/>
          <w:sz w:val="24"/>
        </w:rPr>
        <w:tab/>
        <w:t>Witness:</w:t>
        <w:tab/>
      </w:r>
      <w:r>
        <w:rPr>
          <w:rFonts w:ascii="Times New Roman" w:hAnsi="Times New Roman" w:eastAsia="Times New Roman" w:cs="Times New Roman"/>
          <w:sz w:val="24"/>
        </w:rPr>
        <w:t xml:space="preserve"> </w:t>
      </w:r>
      <w:r>
        <w:rPr>
          <w:rFonts w:ascii="Times New Roman" w:hAnsi="Times New Roman" w:eastAsia="Times New Roman" w:cs="Times New Roman"/>
          <w:sz w:val="24"/>
        </w:rPr>
        <w:tab/>
      </w:r>
    </w:p>
    <w:p>
      <w:pPr>
        <w:spacing w:before="3" w:after="0"/>
      </w:pPr>
    </w:p>
    <w:p>
      <w:pPr>
        <w:spacing w:before="74" w:after="0"/>
      </w:pPr>
      <w:r>
        <w:rPr>
          <w:rFonts w:ascii="Times New Roman" w:hAnsi="Times New Roman" w:eastAsia="Times New Roman" w:cs="Times New Roman"/>
          <w:sz w:val="24"/>
        </w:rPr>
        <w:t>Date:</w:t>
        <w:tab/>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ab/>
      </w:r>
      <w:r>
        <w:rPr>
          <w:rFonts w:ascii="Times New Roman" w:hAnsi="Times New Roman" w:eastAsia="Times New Roman" w:cs="Times New Roman"/>
          <w:sz w:val="24"/>
        </w:rPr>
        <w:tab/>
        <w:t>Witness:</w:t>
        <w:tab/>
      </w:r>
      <w:r>
        <w:rPr>
          <w:rFonts w:ascii="Times New Roman" w:hAnsi="Times New Roman" w:eastAsia="Times New Roman" w:cs="Times New Roman"/>
          <w:sz w:val="24"/>
        </w:rPr>
        <w:t xml:space="preserve"> </w:t>
      </w:r>
      <w:r>
        <w:rPr>
          <w:rFonts w:ascii="Times New Roman" w:hAnsi="Times New Roman" w:eastAsia="Times New Roman" w:cs="Times New Roman"/>
          <w:sz w:val="24"/>
        </w:rPr>
        <w:tab/>
      </w:r>
    </w:p>
    <w:p>
      <w:pPr>
        <w:spacing w:before="57"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ab/>
      </w:r>
      <w:r>
        <w:rPr>
          <w:rFonts w:ascii="Times New Roman" w:hAnsi="Times New Roman" w:eastAsia="Times New Roman" w:cs="Times New Roman"/>
          <w:sz w:val="24"/>
        </w:rPr>
        <w:t>[COUNTY]</w:t>
      </w:r>
      <w:r>
        <w:rPr>
          <w:rFonts w:ascii="Times New Roman" w:hAnsi="Times New Roman" w:eastAsia="Times New Roman" w:cs="Times New Roman"/>
          <w:sz w:val="24"/>
        </w:rPr>
        <w:tab/>
      </w:r>
      <w:r>
        <w:rPr>
          <w:rFonts w:ascii="Times New Roman" w:hAnsi="Times New Roman" w:eastAsia="Times New Roman" w:cs="Times New Roman"/>
          <w:sz w:val="24"/>
        </w:rPr>
        <w:t xml:space="preserve"> COUNTY,</w:t>
      </w:r>
      <w:r>
        <w:rPr>
          <w:rFonts w:ascii="Times New Roman" w:hAnsi="Times New Roman" w:eastAsia="Times New Roman" w:cs="Times New Roman"/>
          <w:sz w:val="24"/>
        </w:rPr>
        <w:t xml:space="preserve"> </w:t>
        <w:tab/>
      </w:r>
      <w:r>
        <w:rPr>
          <w:rFonts w:ascii="Times New Roman" w:hAnsi="Times New Roman" w:eastAsia="Times New Roman" w:cs="Times New Roman"/>
          <w:sz w:val="24"/>
        </w:rPr>
        <w:t>[STATE]</w:t>
      </w:r>
      <w:r>
        <w:rPr>
          <w:rFonts w:ascii="Times New Roman" w:hAnsi="Times New Roman" w:eastAsia="Times New Roman" w:cs="Times New Roman"/>
          <w:sz w:val="24"/>
        </w:rPr>
        <w:t xml:space="preserve"> </w:t>
      </w:r>
      <w:r>
        <w:rPr>
          <w:rFonts w:ascii="Times New Roman" w:hAnsi="Times New Roman" w:eastAsia="Times New Roman" w:cs="Times New Roman"/>
          <w:sz w:val="24"/>
        </w:rPr>
        <w:t>STATE</w:t>
      </w:r>
    </w:p>
    <w:p>
      <w:pPr>
        <w:spacing w:before="11" w:after="0"/>
      </w:pPr>
    </w:p>
    <w:p>
      <w:pPr/>
      <w:r>
        <w:rPr>
          <w:rFonts w:ascii="Times New Roman" w:hAnsi="Times New Roman" w:eastAsia="Times New Roman" w:cs="Times New Roman"/>
          <w:sz w:val="24"/>
        </w:rPr>
        <w:t>Sworn to (or affirmed) and subscribed before me this day</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ab/>
      </w:r>
    </w:p>
    <w:p>
      <w:pPr>
        <w:spacing w:before="1" w:after="0"/>
      </w:pPr>
      <w:r>
        <w:rPr>
          <w:rFonts w:ascii="Times New Roman" w:hAnsi="Times New Roman" w:eastAsia="Times New Roman" w:cs="Times New Roman"/>
          <w:sz w:val="24"/>
        </w:rPr>
        <w:t>(type/print name of</w:t>
      </w:r>
      <w:r>
        <w:rPr>
          <w:rFonts w:ascii="Times New Roman" w:hAnsi="Times New Roman" w:eastAsia="Times New Roman" w:cs="Times New Roman"/>
          <w:sz w:val="24"/>
        </w:rPr>
        <w:t xml:space="preserve"> </w:t>
      </w:r>
      <w:r>
        <w:rPr>
          <w:rFonts w:ascii="Times New Roman" w:hAnsi="Times New Roman" w:eastAsia="Times New Roman" w:cs="Times New Roman"/>
          <w:sz w:val="24"/>
        </w:rPr>
        <w:t>signer)</w:t>
      </w:r>
    </w:p>
    <w:p>
      <w:pPr/>
    </w:p>
    <w:p>
      <w:pPr/>
    </w:p>
    <w:p>
      <w:pPr>
        <w:spacing w:before="8" w:after="0"/>
      </w:pPr>
      <w:r>
        <w:rPr>
          <w:rFonts w:ascii="Times New Roman" w:hAnsi="Times New Roman" w:eastAsia="Times New Roman" w:cs="Times New Roman"/>
          <w:sz w:val="24"/>
        </w:rPr>
        <w:tab/>
      </w:r>
      <w:r>
        <w:rPr>
          <w:rFonts w:ascii="Times New Roman" w:hAnsi="Times New Roman" w:eastAsia="Times New Roman" w:cs="Times New Roman"/>
          <w:sz w:val="24"/>
        </w:rPr>
        <w:t>[NAME]</w:t>
      </w:r>
    </w:p>
    <w:p>
      <w:pPr>
        <w:spacing w:line="20" w:lineRule="exact"/>
      </w:pPr>
    </w:p>
    <w:p>
      <w:pPr>
        <w:spacing w:line="226" w:lineRule="exact"/>
      </w:pPr>
      <w:r>
        <w:rPr>
          <w:rFonts w:ascii="Times New Roman" w:hAnsi="Times New Roman" w:eastAsia="Times New Roman" w:cs="Times New Roman"/>
          <w:sz w:val="24"/>
        </w:rPr>
        <w:t>(type/print name of</w:t>
      </w:r>
      <w:r>
        <w:rPr>
          <w:rFonts w:ascii="Times New Roman" w:hAnsi="Times New Roman" w:eastAsia="Times New Roman" w:cs="Times New Roman"/>
          <w:sz w:val="24"/>
        </w:rPr>
        <w:t xml:space="preserve"> </w:t>
      </w:r>
      <w:r>
        <w:rPr>
          <w:rFonts w:ascii="Times New Roman" w:hAnsi="Times New Roman" w:eastAsia="Times New Roman" w:cs="Times New Roman"/>
          <w:sz w:val="24"/>
        </w:rPr>
        <w:t>witness)</w:t>
      </w:r>
    </w:p>
    <w:p>
      <w:pPr/>
    </w:p>
    <w:p>
      <w:pPr>
        <w:spacing w:before="7" w:after="0"/>
      </w:pPr>
      <w:r>
        <w:rPr>
          <w:rFonts w:ascii="Times New Roman" w:hAnsi="Times New Roman" w:eastAsia="Times New Roman" w:cs="Times New Roman"/>
          <w:sz w:val="24"/>
        </w:rPr>
        <w:tab/>
      </w:r>
      <w:r>
        <w:rPr>
          <w:rFonts w:ascii="Times New Roman" w:hAnsi="Times New Roman" w:eastAsia="Times New Roman" w:cs="Times New Roman"/>
          <w:sz w:val="24"/>
        </w:rPr>
        <w:t>[NAME]</w:t>
      </w:r>
    </w:p>
    <w:p>
      <w:pPr>
        <w:spacing w:line="20" w:lineRule="exact"/>
      </w:pPr>
    </w:p>
    <w:p>
      <w:pPr>
        <w:spacing w:line="226" w:lineRule="exact"/>
      </w:pPr>
      <w:r>
        <w:rPr>
          <w:rFonts w:ascii="Times New Roman" w:hAnsi="Times New Roman" w:eastAsia="Times New Roman" w:cs="Times New Roman"/>
          <w:sz w:val="24"/>
        </w:rPr>
        <w:t>(type/print name of</w:t>
      </w:r>
      <w:r>
        <w:rPr>
          <w:rFonts w:ascii="Times New Roman" w:hAnsi="Times New Roman" w:eastAsia="Times New Roman" w:cs="Times New Roman"/>
          <w:sz w:val="24"/>
        </w:rPr>
        <w:t xml:space="preserve"> </w:t>
      </w:r>
      <w:r>
        <w:rPr>
          <w:rFonts w:ascii="Times New Roman" w:hAnsi="Times New Roman" w:eastAsia="Times New Roman" w:cs="Times New Roman"/>
          <w:sz w:val="24"/>
        </w:rPr>
        <w:t>witness)</w:t>
      </w:r>
    </w:p>
    <w:p>
      <w:pPr>
        <w:spacing w:before="10" w:after="0"/>
      </w:pPr>
    </w:p>
    <w:p>
      <w:pPr/>
      <w:r>
        <w:rPr>
          <w:rFonts w:ascii="Times New Roman" w:hAnsi="Times New Roman" w:eastAsia="Times New Roman" w:cs="Times New Roman"/>
          <w:sz w:val="24"/>
        </w:rPr>
        <w:t xml:space="preserve">Date </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ab/>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ab/>
      </w:r>
    </w:p>
    <w:p>
      <w:pPr/>
      <w:r>
        <w:rPr>
          <w:rFonts w:ascii="Times New Roman" w:hAnsi="Times New Roman" w:eastAsia="Times New Roman" w:cs="Times New Roman"/>
          <w:sz w:val="24"/>
        </w:rPr>
        <w:t>Signature of 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p>
    <w:p>
      <w:pPr/>
      <w:r>
        <w:rPr>
          <w:rFonts w:ascii="Times New Roman" w:hAnsi="Times New Roman" w:eastAsia="Times New Roman" w:cs="Times New Roman"/>
          <w:sz w:val="24"/>
        </w:rPr>
        <w:t>(Official</w:t>
      </w:r>
      <w:r>
        <w:rPr>
          <w:rFonts w:ascii="Times New Roman" w:hAnsi="Times New Roman" w:eastAsia="Times New Roman" w:cs="Times New Roman"/>
          <w:sz w:val="24"/>
        </w:rPr>
        <w:t xml:space="preserve"> </w:t>
      </w:r>
      <w:r>
        <w:rPr>
          <w:rFonts w:ascii="Times New Roman" w:hAnsi="Times New Roman" w:eastAsia="Times New Roman" w:cs="Times New Roman"/>
          <w:sz w:val="24"/>
        </w:rPr>
        <w:t>Seal)</w:t>
      </w:r>
    </w:p>
    <w:p>
      <w:pPr>
        <w:spacing w:before="0" w:after="0"/>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spacing w:line="230" w:lineRule="exact"/>
      </w:pPr>
      <w:r>
        <w:rPr>
          <w:rFonts w:ascii="Times New Roman" w:hAnsi="Times New Roman" w:eastAsia="Times New Roman" w:cs="Times New Roman"/>
          <w:sz w:val="24"/>
        </w:rPr>
        <w:t>Printed or typed</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p>
    <w:p>
      <w:pPr>
        <w:spacing w:line="230" w:lineRule="exact"/>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expires: </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ab/>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