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CAROLIN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North Carolin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North Carolin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