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North Carolina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Chapter 31 (Wills)</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North Carolina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North Carolina</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