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RTH CAROLINA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North Carolina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