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38" w:after="0" w:line="480" w:lineRule="auto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NORTH CAROLINA NOTICE TO QUIT (NON-COMPLIANCE)</w:t>
      </w:r>
    </w:p>
    <w:p>
      <w:pPr>
        <w:spacing w:line="480" w:lineRule="auto"/>
      </w:pP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>Date: __________________ Property/Landlord’s Name: __________________</w:t>
      </w: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>Contact Name: __________________ Phone #: __________________</w:t>
      </w: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>Landlord Contact Email Address: ____________________________________</w:t>
      </w: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>Tenant’s Full Name: ____________________________________</w:t>
      </w: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 xml:space="preserve">Tenant’s Address: ____________________________________ Apt: ______ </w:t>
      </w: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>City: __________________ State: __________________ Zip Code: __________</w:t>
      </w:r>
    </w:p>
    <w:p>
      <w:pPr>
        <w:spacing w:line="480" w:lineRule="auto"/>
        <w:jc w:val="center"/>
      </w:pPr>
      <w:r>
        <w:rPr>
          <w:rFonts w:ascii="Times New Roman" w:hAnsi="Times New Roman" w:eastAsia="Times New Roman" w:cs="Times New Roman"/>
          <w:sz w:val="24"/>
        </w:rPr>
        <w:t xml:space="preserve">- - - - - - - - - - - - - - - - - - - - - - - - - - - - - - - - - - - - - - - - - - - - - - - - - - - - - - - - - - - - - - - - </w:t>
      </w:r>
    </w:p>
    <w:p>
      <w:pPr>
        <w:spacing w:line="480" w:lineRule="auto"/>
      </w:pPr>
      <w:r>
        <w:rPr>
          <w:rFonts w:ascii="Times New Roman" w:hAnsi="Times New Roman" w:eastAsia="Times New Roman" w:cs="Times New Roman"/>
          <w:b/>
          <w:sz w:val="24"/>
        </w:rPr>
        <w:t>Violation of Lease/Rules and Regulations</w:t>
      </w:r>
      <w:r>
        <w:rPr>
          <w:rFonts w:ascii="Times New Roman" w:hAnsi="Times New Roman" w:eastAsia="Times New Roman" w:cs="Times New Roman"/>
          <w:sz w:val="24"/>
        </w:rPr>
        <w:t xml:space="preserve"> - The violation is described by the landlord as _______________________________________________________________. In accordance with § 42-26 the above described violation is not curable and the tenant is required to move out </w:t>
      </w:r>
      <w:r>
        <w:rPr>
          <w:rFonts w:ascii="Times New Roman" w:hAnsi="Times New Roman" w:eastAsia="Times New Roman" w:cs="Times New Roman"/>
          <w:b/>
          <w:sz w:val="24"/>
        </w:rPr>
        <w:t>immediately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>
        <w:spacing w:line="480" w:lineRule="auto"/>
      </w:pP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 xml:space="preserve">Landlord Signature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</w:p>
    <w:p>
      <w:pPr>
        <w:jc w:val="center"/>
      </w:pP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jc w:val="center"/>
      </w:pP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Served Date: _______________ Time: ______________ 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Type of Service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 xml:space="preserve">Delivered a copy to him / her personally: Signature </w:t>
      </w:r>
      <w:r>
        <w:rPr>
          <w:rFonts w:ascii="Times New Roman" w:hAnsi="Times New Roman" w:eastAsia="Times New Roman" w:cs="Times New Roman"/>
          <w:sz w:val="24"/>
        </w:rPr>
        <w:t>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 xml:space="preserve">Left a copy with a competent household member over 14 years of age residing therein - indicate name &amp; relationship: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</w:t>
      </w:r>
    </w:p>
    <w:p>
      <w:pPr/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 xml:space="preserve">Household Member’s Signature </w:t>
      </w:r>
      <w:r>
        <w:rPr>
          <w:rFonts w:ascii="Times New Roman" w:hAnsi="Times New Roman" w:eastAsia="Times New Roman" w:cs="Times New Roman"/>
          <w:sz w:val="24"/>
        </w:rPr>
        <w:t>_____________________</w:t>
      </w: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Delivered through Certified Mail.</w:t>
      </w: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Left on the property in a conspicuous place (such as under or on the front door).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