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ORTH CAROLIN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North Carolin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