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4" w:after="0"/>
      </w:pPr>
      <w:r>
        <w:rPr>
          <w:rFonts w:ascii="Times New Roman" w:hAnsi="Times New Roman" w:eastAsia="Times New Roman" w:cs="Times New Roman"/>
          <w:b/>
          <w:sz w:val="24"/>
        </w:rPr>
        <w:t>North Carolina Revocation of Power of Attorney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Form</w:t>
      </w:r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STATE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NORTH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CAROLINA</w:t>
        <w:tab/>
        <w:t>{</w:t>
      </w:r>
    </w:p>
    <w:p>
      <w:pPr/>
      <w:r>
        <w:rPr>
          <w:rFonts w:ascii="Times New Roman" w:hAnsi="Times New Roman" w:eastAsia="Times New Roman" w:cs="Times New Roman"/>
          <w:sz w:val="24"/>
        </w:rPr>
        <w:t>{</w:t>
      </w:r>
      <w:r>
        <w:rPr>
          <w:rFonts w:ascii="Times New Roman" w:hAnsi="Times New Roman" w:eastAsia="Times New Roman" w:cs="Times New Roman"/>
          <w:b/>
          <w:sz w:val="24"/>
        </w:rPr>
        <w:t>REVOCATION OF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line="229" w:lineRule="exact"/>
      </w:pP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ab/>
        <w:t>{</w:t>
      </w:r>
    </w:p>
    <w:p>
      <w:pPr/>
    </w:p>
    <w:p>
      <w:pPr>
        <w:spacing w:before="1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KNOW ALL MEN BY THESE PRESENTS,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I, 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7" w:after="0"/>
      </w:pPr>
    </w:p>
    <w:p>
      <w:pPr>
        <w:spacing w:before="74" w:after="0" w:line="480" w:lineRule="auto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of the County and State hereinabove named, do hereby, </w:t>
      </w:r>
      <w:r>
        <w:rPr>
          <w:rFonts w:ascii="Times New Roman" w:hAnsi="Times New Roman" w:eastAsia="Times New Roman" w:cs="Times New Roman"/>
          <w:b/>
          <w:sz w:val="24"/>
        </w:rPr>
        <w:t xml:space="preserve">REVOKE, ANNUL,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b/>
          <w:sz w:val="24"/>
        </w:rPr>
        <w:t xml:space="preserve">CANCEL </w:t>
      </w:r>
      <w:r>
        <w:rPr>
          <w:rFonts w:ascii="Times New Roman" w:hAnsi="Times New Roman" w:eastAsia="Times New Roman" w:cs="Times New Roman"/>
          <w:sz w:val="24"/>
        </w:rPr>
        <w:t>that certain Power Of Attorney granted by me,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as attorney-in-fact, which said 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 was conferred by me by instrument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in the year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 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recorded 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 Register of Deeds office, of North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Carolina.</w:t>
      </w:r>
    </w:p>
    <w:p>
      <w:pPr>
        <w:spacing w:before="9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IN TESTIMONY WHEREOF, I have hereunto set my hand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in the year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jc w:val="both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>(seal)</w:t>
      </w:r>
    </w:p>
    <w:p>
      <w:pPr/>
    </w:p>
    <w:p>
      <w:pPr/>
    </w:p>
    <w:p>
      <w:pPr/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STATE OF NORTH CAROLINA 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 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>
        <w:spacing w:before="74" w:after="0"/>
        <w:ind w:firstLine="252"/>
        <w:jc w:val="both"/>
      </w:pPr>
      <w:r>
        <w:rPr>
          <w:rFonts w:ascii="Times New Roman" w:hAnsi="Times New Roman" w:eastAsia="Times New Roman" w:cs="Times New Roman"/>
          <w:sz w:val="24"/>
        </w:rPr>
        <w:t>I, a Notary Public of said State and County aforesaid, do 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certify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that 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Personally appeared before me this day, and (i) have personal knowledge of the identity of the principal, or (ii) I 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satisfactory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evidence of the principal identity, by current state or federal identification with the principal photograph in the form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or (iii) a credible witness has sworn to the identity of the principal each acknowledging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that he or she voluntarily signed the foregoing document for the purpose stated herein and in the capacity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indicated.</w:t>
      </w:r>
    </w:p>
    <w:p>
      <w:pPr>
        <w:spacing w:before="1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Witness my hand and official seal or stamp,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in the year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3" w:after="0"/>
      </w:pPr>
    </w:p>
    <w:p>
      <w:pPr>
        <w:spacing w:line="20" w:lineRule="exact"/>
      </w:pPr>
    </w:p>
    <w:p>
      <w:pPr>
        <w:spacing w:line="218" w:lineRule="exact"/>
      </w:pPr>
      <w:r>
        <w:rPr>
          <w:rFonts w:ascii="Times New Roman" w:hAnsi="Times New Roman" w:eastAsia="Times New Roman" w:cs="Times New Roman"/>
          <w:sz w:val="24"/>
        </w:rPr>
        <w:t>Notary Public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230" w:lineRule="exact"/>
      </w:pPr>
      <w:r>
        <w:rPr>
          <w:rFonts w:ascii="Times New Roman" w:hAnsi="Times New Roman" w:eastAsia="Times New Roman" w:cs="Times New Roman"/>
          <w:sz w:val="24"/>
        </w:rPr>
        <w:t>(seal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stamp)</w:t>
      </w:r>
    </w:p>
    <w:p>
      <w:pPr>
        <w:spacing w:before="4" w:after="0"/>
      </w:pPr>
    </w:p>
    <w:p>
      <w:pPr>
        <w:spacing w:line="20" w:lineRule="exact"/>
      </w:pPr>
    </w:p>
    <w:p>
      <w:pPr>
        <w:spacing w:line="217" w:lineRule="exact"/>
      </w:pPr>
      <w:r>
        <w:rPr>
          <w:rFonts w:ascii="Times New Roman" w:hAnsi="Times New Roman" w:eastAsia="Times New Roman" w:cs="Times New Roman"/>
          <w:sz w:val="24"/>
        </w:rPr>
        <w:t>Notary Printed or Typed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</w:t>
      </w:r>
    </w:p>
    <w:p>
      <w:pPr/>
      <w:r>
        <w:rPr>
          <w:rFonts w:ascii="Times New Roman" w:hAnsi="Times New Roman" w:eastAsia="Times New Roman" w:cs="Times New Roman"/>
          <w:sz w:val="24"/>
        </w:rPr>
        <w:t>My commission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expires: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Pursuant to North Carolina § 32A-13.  Revocation.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