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NORTH CAROLINA 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>
        <w:jc w:val="center"/>
      </w:pPr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42-52, you are required to return the deposit within 60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