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NORTH DAKOTA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North Dakota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NORTH DAKOTA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North Dakota Chapter 30.1-18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