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19" w:after="0"/>
      </w:pPr>
      <w:r>
        <w:rPr>
          <w:rFonts w:ascii="Times New Roman" w:hAnsi="Times New Roman" w:eastAsia="Times New Roman" w:cs="Times New Roman"/>
          <w:sz w:val="24"/>
        </w:rPr>
        <w:t>NORTH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DAKOTA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3-DAY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EVICT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(QUIT)</w:t>
      </w:r>
    </w:p>
    <w:p>
      <w:pPr>
        <w:spacing w:before="43" w:after="0"/>
        <w:jc w:val="center"/>
      </w:pP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Accordance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§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47-32</w:t>
      </w:r>
    </w:p>
    <w:p>
      <w:pPr/>
    </w:p>
    <w:p>
      <w:pPr>
        <w:spacing w:before="4" w:after="0"/>
      </w:pPr>
    </w:p>
    <w:p>
      <w:pPr>
        <w:spacing w:before="1" w:after="0" w:line="292" w:lineRule="auto"/>
      </w:pPr>
      <w:r>
        <w:rPr>
          <w:rFonts w:ascii="Times New Roman" w:hAnsi="Times New Roman" w:eastAsia="Times New Roman" w:cs="Times New Roman"/>
          <w:b/>
          <w:sz w:val="24"/>
        </w:rPr>
        <w:t>TO:</w:t>
      </w:r>
      <w:r>
        <w:rPr>
          <w:rFonts w:ascii="Times New Roman" w:hAnsi="Times New Roman" w:eastAsia="Times New Roman" w:cs="Times New Roman"/>
          <w:b/>
          <w:sz w:val="24"/>
        </w:rPr>
        <w:tab/>
      </w:r>
      <w:r>
        <w:rPr>
          <w:rFonts w:ascii="Times New Roman" w:hAnsi="Times New Roman" w:eastAsia="Times New Roman" w:cs="Times New Roman"/>
          <w:b/>
          <w:sz w:val="24"/>
        </w:rPr>
        <w:t>(tenant)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AND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ALL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OTHERS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IN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POSSESSION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PREMISES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LOCATED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AT:</w:t>
      </w:r>
    </w:p>
    <w:p>
      <w:pPr/>
    </w:p>
    <w:p>
      <w:pPr>
        <w:spacing w:before="55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(address)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(city)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North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Dakota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(zip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code)</w:t>
      </w:r>
    </w:p>
    <w:p>
      <w:pPr>
        <w:spacing w:before="6" w:after="0"/>
      </w:pPr>
    </w:p>
    <w:p>
      <w:pPr>
        <w:spacing w:line="252" w:lineRule="auto"/>
      </w:pPr>
      <w:r>
        <w:rPr>
          <w:rFonts w:ascii="Times New Roman" w:hAnsi="Times New Roman" w:eastAsia="Times New Roman" w:cs="Times New Roman"/>
          <w:b/>
          <w:sz w:val="24"/>
        </w:rPr>
        <w:t>PLEASE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TAKE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NOTICE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others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have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violated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dated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20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other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agreement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following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manner:</w:t>
      </w:r>
    </w:p>
    <w:p>
      <w:pPr>
        <w:spacing w:before="3" w:after="0"/>
      </w:pPr>
    </w:p>
    <w:p>
      <w:pPr>
        <w:spacing w:line="235" w:lineRule="auto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due,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unpaid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delinquent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total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sum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which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represents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period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from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ab/>
        <w:tab/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line="294" w:lineRule="exact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Unreasonable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peace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disturbances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Unreported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many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occupants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violation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lease</w:t>
      </w:r>
    </w:p>
    <w:p>
      <w:pPr>
        <w:spacing w:line="307" w:lineRule="exact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Other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>
        <w:spacing w:before="4" w:after="0"/>
      </w:pPr>
    </w:p>
    <w:p>
      <w:pPr>
        <w:spacing w:before="55" w:after="0" w:line="252" w:lineRule="auto"/>
      </w:pPr>
      <w:r>
        <w:rPr>
          <w:rFonts w:ascii="Times New Roman" w:hAnsi="Times New Roman" w:eastAsia="Times New Roman" w:cs="Times New Roman"/>
          <w:b/>
          <w:sz w:val="24"/>
        </w:rPr>
        <w:t>PLEASE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TAKE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NOTICE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default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terms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residential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Within THREE (3) days of service of this notice, you must vacate the premises or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undersigned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start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legal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remove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from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recover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unpaid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rents,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costs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damages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regarding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premises.</w:t>
      </w:r>
    </w:p>
    <w:p>
      <w:pPr>
        <w:spacing w:before="9" w:after="0"/>
      </w:pPr>
    </w:p>
    <w:p>
      <w:pPr>
        <w:spacing w:line="252" w:lineRule="auto"/>
      </w:pP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INTENDED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THREE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(3)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INTENTION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EVICT.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ACCORDANCE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NORTH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DAKOTA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CENTURY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CODE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47-32-01.</w:t>
      </w:r>
    </w:p>
    <w:p>
      <w:pPr/>
    </w:p>
    <w:p>
      <w:pPr>
        <w:spacing w:before="9" w:after="0"/>
      </w:pPr>
    </w:p>
    <w:p>
      <w:pPr/>
    </w:p>
    <w:p>
      <w:pPr/>
    </w:p>
    <w:p>
      <w:pPr/>
    </w:p>
    <w:p>
      <w:pPr/>
    </w:p>
    <w:p>
      <w:pPr>
        <w:spacing w:before="1" w:after="0"/>
      </w:pPr>
    </w:p>
    <w:p>
      <w:pPr>
        <w:spacing w:before="25" w:after="0"/>
      </w:pPr>
      <w:r>
        <w:rPr>
          <w:rFonts w:ascii="Times New Roman" w:hAnsi="Times New Roman" w:eastAsia="Times New Roman" w:cs="Times New Roman"/>
          <w:sz w:val="24"/>
        </w:rPr>
        <w:t>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property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holder</w:t>
      </w:r>
    </w:p>
    <w:p>
      <w:pPr/>
    </w:p>
    <w:p>
      <w:pPr>
        <w:spacing w:before="4" w:after="0"/>
      </w:pPr>
    </w:p>
    <w:p>
      <w:pPr>
        <w:spacing w:before="1" w:after="0" w:line="252" w:lineRule="auto"/>
      </w:pPr>
      <w:r>
        <w:rPr>
          <w:rFonts w:ascii="Times New Roman" w:hAnsi="Times New Roman" w:eastAsia="Times New Roman" w:cs="Times New Roman"/>
          <w:b/>
          <w:sz w:val="24"/>
        </w:rPr>
        <w:t>LANDLORD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RESERVES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ALL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RIGHTS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AND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REMEDIES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PROVIDED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UNDER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RENTAL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AGREEMENT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AND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UNDER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APPLICABLE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LAWS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NORTH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DAKOTA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INCLUDING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BUT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LIMITED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TO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DAMAGES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FOR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UNPAID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RENT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OR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PROPERTY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AND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NOTHING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IN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THIS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NOTICE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MAY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BE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CONSTRUED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WAIVER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SUCH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RIGHTS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AND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REMEDIES.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