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ORTH DAKOT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North Dakot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