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NORTH DAKOTA REVOCABLE LIVING TRUST OF</w:t>
      </w:r>
    </w:p>
    <w:p>
      <w:pPr>
        <w:jc w:val="center"/>
      </w:pPr>
      <w:r>
        <w:rPr>
          <w:rFonts w:ascii="Times New Roman" w:hAnsi="Times New Roman" w:eastAsia="Times New Roman" w:cs="Times New Roman"/>
          <w:b/>
          <w:sz w:val="24"/>
        </w:rPr>
        <w:t>[GRANTOR'S NAME]</w:t>
      </w:r>
    </w:p>
    <w:p>
      <w:pPr/>
    </w:p>
    <w:p>
      <w:pPr/>
      <w:r>
        <w:rPr>
          <w:rFonts w:ascii="Times New Roman" w:hAnsi="Times New Roman" w:eastAsia="Times New Roman" w:cs="Times New Roman"/>
          <w:b/>
          <w:sz w:val="24"/>
        </w:rPr>
        <w:t>GRANTOR</w:t>
      </w:r>
      <w:r>
        <w:rPr>
          <w:rFonts w:ascii="Times New Roman" w:hAnsi="Times New Roman" w:eastAsia="Times New Roman" w:cs="Times New Roman"/>
          <w:sz w:val="24"/>
        </w:rPr>
        <w:t xml:space="preserve">. This shall be known as the </w:t>
      </w:r>
      <w:r>
        <w:rPr>
          <w:rFonts w:ascii="Times New Roman" w:hAnsi="Times New Roman" w:eastAsia="Times New Roman" w:cs="Times New Roman"/>
          <w:sz w:val="24"/>
        </w:rPr>
        <w:t>[GRANTOR'S NAME(S)]</w:t>
      </w:r>
      <w:r>
        <w:rPr>
          <w:rFonts w:ascii="Times New Roman" w:hAnsi="Times New Roman" w:eastAsia="Times New Roman" w:cs="Times New Roman"/>
          <w:sz w:val="24"/>
        </w:rPr>
        <w:t xml:space="preserve"> Revocable Living Trust (“Trust”) made on </w:t>
      </w:r>
      <w:r>
        <w:rPr>
          <w:rFonts w:ascii="Times New Roman" w:hAnsi="Times New Roman" w:eastAsia="Times New Roman" w:cs="Times New Roman"/>
          <w:sz w:val="24"/>
        </w:rPr>
        <w:t>[DATE]</w:t>
      </w:r>
      <w:r>
        <w:rPr>
          <w:rFonts w:ascii="Times New Roman" w:hAnsi="Times New Roman" w:eastAsia="Times New Roman" w:cs="Times New Roman"/>
          <w:sz w:val="24"/>
        </w:rPr>
        <w:t>, is created by:</w:t>
      </w:r>
    </w:p>
    <w:p>
      <w:pPr/>
    </w:p>
    <w:p>
      <w:pPr/>
      <w:r>
        <w:rPr>
          <w:rFonts w:ascii="Times New Roman" w:hAnsi="Times New Roman" w:eastAsia="Times New Roman" w:cs="Times New Roman"/>
          <w:sz w:val="24"/>
        </w:rPr>
        <w:t>Grantor</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NAME(S)]</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[GRANTOR'S MAILING ADDRESS]</w:t>
      </w:r>
    </w:p>
    <w:p>
      <w:pPr/>
    </w:p>
    <w:p>
      <w:pPr/>
      <w:r>
        <w:rPr>
          <w:rFonts w:ascii="Times New Roman" w:hAnsi="Times New Roman" w:eastAsia="Times New Roman" w:cs="Times New Roman"/>
          <w:sz w:val="24"/>
        </w:rPr>
        <w:t>Hereinafter known as the “Grantor,” agrees to fund this Trust with the assets and property located in the Property Attachment (“Residual Estate”).</w:t>
      </w:r>
    </w:p>
    <w:p>
      <w:pPr/>
    </w:p>
    <w:p>
      <w:pPr/>
      <w:r>
        <w:rPr>
          <w:rFonts w:ascii="Times New Roman" w:hAnsi="Times New Roman" w:eastAsia="Times New Roman" w:cs="Times New Roman"/>
          <w:b/>
          <w:sz w:val="24"/>
        </w:rPr>
        <w:t>MARITAL STATUS</w:t>
      </w:r>
      <w:r>
        <w:rPr>
          <w:rFonts w:ascii="Times New Roman" w:hAnsi="Times New Roman" w:eastAsia="Times New Roman" w:cs="Times New Roman"/>
          <w:sz w:val="24"/>
        </w:rPr>
        <w:t>. The Grantor is currently: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Not Married</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Married</w:t>
      </w:r>
      <w:r>
        <w:rPr>
          <w:rFonts w:ascii="Times New Roman" w:hAnsi="Times New Roman" w:eastAsia="Times New Roman" w:cs="Times New Roman"/>
          <w:sz w:val="24"/>
        </w:rPr>
        <w:t xml:space="preserve">. Spouse’s Name: </w:t>
      </w:r>
      <w:r>
        <w:rPr>
          <w:rFonts w:ascii="Times New Roman" w:hAnsi="Times New Roman" w:eastAsia="Times New Roman" w:cs="Times New Roman"/>
          <w:sz w:val="24"/>
        </w:rPr>
        <w:t>[SPOUSE'S NAME]</w:t>
      </w:r>
    </w:p>
    <w:p>
      <w:pPr/>
    </w:p>
    <w:p>
      <w:pPr/>
      <w:r>
        <w:rPr>
          <w:rFonts w:ascii="Times New Roman" w:hAnsi="Times New Roman" w:eastAsia="Times New Roman" w:cs="Times New Roman"/>
          <w:b/>
          <w:sz w:val="24"/>
        </w:rPr>
        <w:t>CHILDREN</w:t>
      </w:r>
      <w:r>
        <w:rPr>
          <w:rFonts w:ascii="Times New Roman" w:hAnsi="Times New Roman" w:eastAsia="Times New Roman" w:cs="Times New Roman"/>
          <w:sz w:val="24"/>
        </w:rPr>
        <w:t>. The Grantor has: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Children</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b/>
          <w:sz w:val="24"/>
        </w:rPr>
        <w:t>Children</w:t>
      </w:r>
      <w:r>
        <w:rPr>
          <w:rFonts w:ascii="Times New Roman" w:hAnsi="Times New Roman" w:eastAsia="Times New Roman" w:cs="Times New Roman"/>
          <w:sz w:val="24"/>
        </w:rPr>
        <w:t>. (named below)</w:t>
      </w:r>
    </w:p>
    <w:p>
      <w:pPr/>
    </w:p>
    <w:p>
      <w:pPr/>
      <w:r>
        <w:rPr>
          <w:rFonts w:ascii="Times New Roman" w:hAnsi="Times New Roman" w:eastAsia="Times New Roman" w:cs="Times New Roman"/>
          <w:sz w:val="24"/>
        </w:rPr>
        <w:t>1</w:t>
      </w:r>
      <w:r>
        <w:rPr>
          <w:rFonts w:ascii="Times New Roman" w:hAnsi="Times New Roman" w:eastAsia="Times New Roman" w:cs="Times New Roman"/>
          <w:sz w:val="24"/>
        </w:rPr>
        <w:t>st</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2</w:t>
      </w:r>
      <w:r>
        <w:rPr>
          <w:rFonts w:ascii="Times New Roman" w:hAnsi="Times New Roman" w:eastAsia="Times New Roman" w:cs="Times New Roman"/>
          <w:sz w:val="24"/>
        </w:rPr>
        <w:t>nd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Child’s Name</w:t>
      </w:r>
      <w:r>
        <w:rPr>
          <w:rFonts w:ascii="Times New Roman" w:hAnsi="Times New Roman" w:eastAsia="Times New Roman" w:cs="Times New Roman"/>
          <w:sz w:val="24"/>
        </w:rPr>
        <w:t xml:space="preserve">: </w:t>
      </w:r>
      <w:r>
        <w:rPr>
          <w:rFonts w:ascii="Times New Roman" w:hAnsi="Times New Roman" w:eastAsia="Times New Roman" w:cs="Times New Roman"/>
          <w:sz w:val="24"/>
        </w:rPr>
        <w:t>[CHILD'S NAME]</w:t>
      </w:r>
      <w:r>
        <w:rPr>
          <w:rFonts w:ascii="Times New Roman" w:hAnsi="Times New Roman" w:eastAsia="Times New Roman" w:cs="Times New Roman"/>
          <w:sz w:val="24"/>
        </w:rPr>
        <w:t xml:space="preserve"> DOB: </w:t>
      </w:r>
      <w:r>
        <w:rPr>
          <w:rFonts w:ascii="Times New Roman" w:hAnsi="Times New Roman" w:eastAsia="Times New Roman" w:cs="Times New Roman"/>
          <w:sz w:val="24"/>
        </w:rPr>
        <w:t>[DATE OF BIRTH]</w:t>
      </w:r>
    </w:p>
    <w:p>
      <w:pPr/>
    </w:p>
    <w:p>
      <w:pPr/>
      <w:r>
        <w:rPr>
          <w:rFonts w:ascii="Times New Roman" w:hAnsi="Times New Roman" w:eastAsia="Times New Roman" w:cs="Times New Roman"/>
          <w:b/>
          <w:sz w:val="24"/>
        </w:rPr>
        <w:t>TRUSTEE</w:t>
      </w:r>
      <w:r>
        <w:rPr>
          <w:rFonts w:ascii="Times New Roman" w:hAnsi="Times New Roman" w:eastAsia="Times New Roman" w:cs="Times New Roman"/>
          <w:sz w:val="24"/>
        </w:rPr>
        <w:t>. The Grantor appoints the following individual(s) to act as the Trustee of this Trust:</w:t>
      </w:r>
    </w:p>
    <w:p>
      <w:pPr/>
    </w:p>
    <w:p>
      <w:pPr/>
      <w:r>
        <w:rPr>
          <w:rFonts w:ascii="Times New Roman" w:hAnsi="Times New Roman" w:eastAsia="Times New Roman" w:cs="Times New Roman"/>
          <w:sz w:val="24"/>
        </w:rPr>
        <w:t>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[TRUSTEE'S ADDRESS]</w:t>
      </w:r>
    </w:p>
    <w:p>
      <w:pPr/>
    </w:p>
    <w:p>
      <w:pPr/>
      <w:r>
        <w:rPr>
          <w:rFonts w:ascii="Times New Roman" w:hAnsi="Times New Roman" w:eastAsia="Times New Roman" w:cs="Times New Roman"/>
          <w:sz w:val="24"/>
        </w:rPr>
        <w:t>Hereinafter known as the “Trustee.”</w:t>
      </w:r>
    </w:p>
    <w:p>
      <w:pPr/>
    </w:p>
    <w:p>
      <w:pPr/>
      <w:r>
        <w:rPr>
          <w:rFonts w:ascii="Times New Roman" w:hAnsi="Times New Roman" w:eastAsia="Times New Roman" w:cs="Times New Roman"/>
          <w:b/>
          <w:sz w:val="24"/>
        </w:rPr>
        <w:t>SUCCESSOR TRUSTEES</w:t>
      </w:r>
      <w:r>
        <w:rPr>
          <w:rFonts w:ascii="Times New Roman" w:hAnsi="Times New Roman" w:eastAsia="Times New Roman" w:cs="Times New Roman"/>
          <w:sz w:val="24"/>
        </w:rPr>
        <w:t>. Upon the death or incapacity of the individual(s) mentioned herein as a Trustee, the following shall be appointed:</w:t>
      </w:r>
    </w:p>
    <w:p>
      <w:pP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NAME]</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[SUCCESSOR TRUSTEE'S ADDRESS]</w:t>
      </w:r>
    </w:p>
    <w:p>
      <w:pPr/>
    </w:p>
    <w:p>
      <w:pPr/>
      <w:r>
        <w:rPr>
          <w:rFonts w:ascii="Times New Roman" w:hAnsi="Times New Roman" w:eastAsia="Times New Roman" w:cs="Times New Roman"/>
          <w:sz w:val="24"/>
        </w:rPr>
        <w:t>Hereinafter known as the “Successor Trustee” shall serve as the acting trustee of this Trust when the Trustee can no longer serve due to incapacity, death, resignation, removal, court order, or other reasons.</w:t>
      </w:r>
    </w:p>
    <w:p>
      <w:pPr/>
    </w:p>
    <w:p>
      <w:pPr/>
      <w:r>
        <w:rPr>
          <w:rFonts w:ascii="Times New Roman" w:hAnsi="Times New Roman" w:eastAsia="Times New Roman" w:cs="Times New Roman"/>
          <w:b/>
          <w:sz w:val="24"/>
        </w:rPr>
        <w:t>SUCCESSOR TRUSTEE’S BOND REQUIREMENT</w:t>
      </w:r>
      <w:r>
        <w:rPr>
          <w:rFonts w:ascii="Times New Roman" w:hAnsi="Times New Roman" w:eastAsia="Times New Roman" w:cs="Times New Roman"/>
          <w:sz w:val="24"/>
        </w:rPr>
        <w:t>. For the Successor Trustee to be able to act on behalf of this Trust: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Bond is Required</w:t>
      </w:r>
      <w:r>
        <w:rPr>
          <w:rFonts w:ascii="Times New Roman" w:hAnsi="Times New Roman" w:eastAsia="Times New Roman" w:cs="Times New Roman"/>
          <w:sz w:val="24"/>
        </w:rPr>
        <w:t>. There shall be no bond or security requirement of any kind for the Successor Trustee. This waiver is intended to facilitate the administration and distribution of the Residual Estate and reduce costs and expenses.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Bond is Required</w:t>
      </w:r>
      <w:r>
        <w:rPr>
          <w:rFonts w:ascii="Times New Roman" w:hAnsi="Times New Roman" w:eastAsia="Times New Roman" w:cs="Times New Roman"/>
          <w:sz w:val="24"/>
        </w:rPr>
        <w:t>. There shall be a bond requirement for the Successor Trustee equal to the value of the Residual Estate prior to the management, administration, or distribution of its assets. Such value shall be determined at the time when the Successor Trustee is requested to act.</w:t>
      </w:r>
    </w:p>
    <w:p>
      <w:pPr/>
    </w:p>
    <w:p>
      <w:pPr/>
      <w:r>
        <w:rPr>
          <w:rFonts w:ascii="Times New Roman" w:hAnsi="Times New Roman" w:eastAsia="Times New Roman" w:cs="Times New Roman"/>
          <w:b/>
          <w:sz w:val="24"/>
        </w:rPr>
        <w:t>BENEFICIARIES</w:t>
      </w:r>
      <w:r>
        <w:rPr>
          <w:rFonts w:ascii="Times New Roman" w:hAnsi="Times New Roman" w:eastAsia="Times New Roman" w:cs="Times New Roman"/>
          <w:sz w:val="24"/>
        </w:rPr>
        <w:t>. Upon the Grantor’s death, the Residual Estate shall transfer to the following:</w:t>
      </w:r>
    </w:p>
    <w:p>
      <w:pPr/>
    </w:p>
    <w:p>
      <w:pPr/>
      <w:r>
        <w:rPr>
          <w:rFonts w:ascii="Times New Roman" w:hAnsi="Times New Roman" w:eastAsia="Times New Roman" w:cs="Times New Roman"/>
          <w:sz w:val="24"/>
        </w:rPr>
        <w:t>Beneficiary #1</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#2</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Beneficiary #3</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NAME]</w:t>
      </w:r>
    </w:p>
    <w:p>
      <w:pPr/>
      <w:r>
        <w:rPr>
          <w:rFonts w:ascii="Times New Roman" w:hAnsi="Times New Roman" w:eastAsia="Times New Roman" w:cs="Times New Roman"/>
          <w:sz w:val="24"/>
        </w:rPr>
        <w:t>Share of Residual Estate</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w:t>
      </w:r>
    </w:p>
    <w:p>
      <w:pP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[BENEFICIARY'S ADDRESS]</w:t>
      </w:r>
    </w:p>
    <w:p>
      <w:pPr/>
    </w:p>
    <w:p>
      <w:pPr/>
      <w:r>
        <w:rPr>
          <w:rFonts w:ascii="Times New Roman" w:hAnsi="Times New Roman" w:eastAsia="Times New Roman" w:cs="Times New Roman"/>
          <w:sz w:val="24"/>
        </w:rPr>
        <w:t>Hereinafter known as the “Beneficiary” or “Beneficiaries.”</w:t>
      </w:r>
    </w:p>
    <w:p>
      <w:pPr/>
    </w:p>
    <w:p>
      <w:pPr/>
      <w:r>
        <w:rPr>
          <w:rFonts w:ascii="Times New Roman" w:hAnsi="Times New Roman" w:eastAsia="Times New Roman" w:cs="Times New Roman"/>
          <w:b/>
          <w:sz w:val="24"/>
        </w:rPr>
        <w:t>SPECIFIC DISTRIBUTIONS</w:t>
      </w:r>
      <w:r>
        <w:rPr>
          <w:rFonts w:ascii="Times New Roman" w:hAnsi="Times New Roman" w:eastAsia="Times New Roman" w:cs="Times New Roman"/>
          <w:sz w:val="24"/>
        </w:rPr>
        <w:t>. Upon the Grantor’s death and separate from the Beneficiaries, the acting Trustee shall make: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Special Distributions</w:t>
      </w:r>
      <w:r>
        <w:rPr>
          <w:rFonts w:ascii="Times New Roman" w:hAnsi="Times New Roman" w:eastAsia="Times New Roman" w:cs="Times New Roman"/>
          <w:sz w:val="24"/>
        </w:rPr>
        <w:t>. There shall be no limitations, except for age purposes or otherwise written herein, to distributing the Residual Estate upon the death of the Grantor to the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Special Distributions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SPENDTHRIFT CLAUSE</w:t>
      </w:r>
      <w:r>
        <w:rPr>
          <w:rFonts w:ascii="Times New Roman" w:hAnsi="Times New Roman" w:eastAsia="Times New Roman" w:cs="Times New Roman"/>
          <w:sz w:val="24"/>
        </w:rPr>
        <w:t>. Upon the Grantor’s death, the active Trustee shall distribute the Residual Estate to the Beneficiaries with: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Limitations</w:t>
      </w:r>
      <w:r>
        <w:rPr>
          <w:rFonts w:ascii="Times New Roman" w:hAnsi="Times New Roman" w:eastAsia="Times New Roman" w:cs="Times New Roman"/>
          <w:sz w:val="24"/>
        </w:rPr>
        <w:t>. There shall be no limitations, except for age purposes or otherwise written herein, to distributing the Residual Estate to the Beneficiaries upon the death of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Limitations</w:t>
      </w:r>
      <w:r>
        <w:rPr>
          <w:rFonts w:ascii="Times New Roman" w:hAnsi="Times New Roman" w:eastAsia="Times New Roman" w:cs="Times New Roman"/>
          <w:sz w:val="24"/>
        </w:rPr>
        <w:t xml:space="preserve">. The limitations are as follows: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POWERS OF THE TRUSTEE</w:t>
      </w:r>
      <w:r>
        <w:rPr>
          <w:rFonts w:ascii="Times New Roman" w:hAnsi="Times New Roman" w:eastAsia="Times New Roman" w:cs="Times New Roman"/>
          <w:sz w:val="24"/>
        </w:rPr>
        <w:t>. The Trustee, in addition to any other powers granted by the Grantor, shall have the following rights, powers, and authority to manage the following items transferred to this Trust: (check and initial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Assets</w:t>
      </w:r>
      <w:r>
        <w:rPr>
          <w:rFonts w:ascii="Times New Roman" w:hAnsi="Times New Roman" w:eastAsia="Times New Roman" w:cs="Times New Roman"/>
          <w:sz w:val="24"/>
        </w:rPr>
        <w:t>. To maintain, purchase, sell, receive, hold, collect, invest, reinvest, or any other action related to an asset. An asset is considered non-real estate property that has monetary or sentimental value to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Bank Accounts</w:t>
      </w:r>
      <w:r>
        <w:rPr>
          <w:rFonts w:ascii="Times New Roman" w:hAnsi="Times New Roman" w:eastAsia="Times New Roman" w:cs="Times New Roman"/>
          <w:sz w:val="24"/>
        </w:rPr>
        <w:t>. To deposit, withdraw, write checks, make payments, or conduct any type of act related to bank or financial-related accounts.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Distributions</w:t>
      </w:r>
      <w:r>
        <w:rPr>
          <w:rFonts w:ascii="Times New Roman" w:hAnsi="Times New Roman" w:eastAsia="Times New Roman" w:cs="Times New Roman"/>
          <w:sz w:val="24"/>
        </w:rPr>
        <w:t>. To handle any and all payments, withdrawals, transfers, or other distribution types to Beneficiaries or bequests to a named person under the instructions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Gifts</w:t>
      </w:r>
      <w:r>
        <w:rPr>
          <w:rFonts w:ascii="Times New Roman" w:hAnsi="Times New Roman" w:eastAsia="Times New Roman" w:cs="Times New Roman"/>
          <w:sz w:val="24"/>
        </w:rPr>
        <w:t>. In their sole and absolute discretion, to make gifts of cash and property to such persons or entities with the purposes and objectives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Hire Consultants</w:t>
      </w:r>
      <w:r>
        <w:rPr>
          <w:rFonts w:ascii="Times New Roman" w:hAnsi="Times New Roman" w:eastAsia="Times New Roman" w:cs="Times New Roman"/>
          <w:sz w:val="24"/>
        </w:rPr>
        <w:t>. To hire consultants, contractors, or any other person for legal, financial, or other assistance.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Legally Binding Contracts</w:t>
      </w:r>
      <w:r>
        <w:rPr>
          <w:rFonts w:ascii="Times New Roman" w:hAnsi="Times New Roman" w:eastAsia="Times New Roman" w:cs="Times New Roman"/>
          <w:sz w:val="24"/>
        </w:rPr>
        <w:t>. To enter into contracts that include, but are not be limited to, business relationships or partnerships, creation or amendment of loans, mortgages, handling disputes, and any other legally binding agreement.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Loans to Beneficiaries</w:t>
      </w:r>
      <w:r>
        <w:rPr>
          <w:rFonts w:ascii="Times New Roman" w:hAnsi="Times New Roman" w:eastAsia="Times New Roman" w:cs="Times New Roman"/>
          <w:sz w:val="24"/>
        </w:rPr>
        <w:t>. To make loans to Beneficiaries mentioned in this Trust. Such decisions to make loans are the Trustee’s sole decision.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Real Estate</w:t>
      </w:r>
      <w:r>
        <w:rPr>
          <w:rFonts w:ascii="Times New Roman" w:hAnsi="Times New Roman" w:eastAsia="Times New Roman" w:cs="Times New Roman"/>
          <w:sz w:val="24"/>
        </w:rPr>
        <w:t>. To maintain, purchase, sell, receive, hold, collect, invest, reinvest, or any other action related to real estate.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Safe-Deposit Box</w:t>
      </w:r>
      <w:r>
        <w:rPr>
          <w:rFonts w:ascii="Times New Roman" w:hAnsi="Times New Roman" w:eastAsia="Times New Roman" w:cs="Times New Roman"/>
          <w:sz w:val="24"/>
        </w:rPr>
        <w:t>. To have access at any time to any safe deposit box rented by the Trust or which any the Trust may have access to, wherever located, including drilling, if necessary, and to remove all or any part of the contents thereof.</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Settle Claims</w:t>
      </w:r>
      <w:r>
        <w:rPr>
          <w:rFonts w:ascii="Times New Roman" w:hAnsi="Times New Roman" w:eastAsia="Times New Roman" w:cs="Times New Roman"/>
          <w:sz w:val="24"/>
        </w:rPr>
        <w:t>. To settle claims and handle all facets of an ongoing legal matter. Whether it is related to litigation, arbitration, mediation, or notice that is given regarding a current or potential lawsuit.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Taxes</w:t>
      </w:r>
      <w:r>
        <w:rPr>
          <w:rFonts w:ascii="Times New Roman" w:hAnsi="Times New Roman" w:eastAsia="Times New Roman" w:cs="Times New Roman"/>
          <w:sz w:val="24"/>
        </w:rPr>
        <w:t>. To complete and sign any local, state, and federal tax returns. This may include paying taxes and assessments due and receiving credits and refunds owed.</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 FOR MINORS</w:t>
      </w:r>
      <w:r>
        <w:rPr>
          <w:rFonts w:ascii="Times New Roman" w:hAnsi="Times New Roman" w:eastAsia="Times New Roman" w:cs="Times New Roman"/>
          <w:sz w:val="24"/>
        </w:rPr>
        <w:t>. As part of this Trust, there is: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Trust for Minors</w:t>
      </w:r>
      <w:r>
        <w:rPr>
          <w:rFonts w:ascii="Times New Roman" w:hAnsi="Times New Roman" w:eastAsia="Times New Roman" w:cs="Times New Roman"/>
          <w:sz w:val="24"/>
        </w:rPr>
        <w:t>. No additional trust shall be created for any Beneficiary that is a minor or under 18 years old. If a Beneficiary is a minor at the time of the distribution of this Trust, the acting Trustee shall either:</w:t>
      </w:r>
    </w:p>
    <w:p>
      <w:pPr/>
    </w:p>
    <w:p>
      <w:pPr/>
      <w:r>
        <w:rPr>
          <w:rFonts w:ascii="Times New Roman" w:hAnsi="Times New Roman" w:eastAsia="Times New Roman" w:cs="Times New Roman"/>
          <w:sz w:val="24"/>
        </w:rPr>
        <w:t>Continue Acting as a Trustee</w:t>
      </w:r>
      <w:r>
        <w:rPr>
          <w:rFonts w:ascii="Times New Roman" w:hAnsi="Times New Roman" w:eastAsia="Times New Roman" w:cs="Times New Roman"/>
          <w:sz w:val="24"/>
        </w:rPr>
        <w:t>. The acting Trustee shall place the share of the minor Beneficiary’s property in a separate trust and keep that share invested, and pay the income or capital as considered advisable for the maintenance, education, advancement, or benefit of the said minor Beneficiary; or</w:t>
      </w:r>
    </w:p>
    <w:p>
      <w:pPr/>
      <w:r>
        <w:rPr>
          <w:rFonts w:ascii="Times New Roman" w:hAnsi="Times New Roman" w:eastAsia="Times New Roman" w:cs="Times New Roman"/>
          <w:sz w:val="24"/>
        </w:rPr>
        <w:t>Transfer to Parent or Guardian</w:t>
      </w:r>
      <w:r>
        <w:rPr>
          <w:rFonts w:ascii="Times New Roman" w:hAnsi="Times New Roman" w:eastAsia="Times New Roman" w:cs="Times New Roman"/>
          <w:sz w:val="24"/>
        </w:rPr>
        <w:t>. The acting Trustee shall place the share of the minor Beneficiary’s property to the parent, guardian, or custodian. This shall be subject to the terms and conditions contained in this Trust, and the receipt by such parent, guardian, and custodian shall discharge all duties and obligations of the acting Trustee.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Trust for Minors</w:t>
      </w:r>
      <w:r>
        <w:rPr>
          <w:rFonts w:ascii="Times New Roman" w:hAnsi="Times New Roman" w:eastAsia="Times New Roman" w:cs="Times New Roman"/>
          <w:sz w:val="24"/>
        </w:rPr>
        <w:t>. In the event of the Grantor’s death and a Beneficiary is under 18 years of age, the acting Trustee shall establish a separate trust for said minor Beneficiary's portion of the Residual Estate. Their portion shall be invested, and the acting Trustee may distribute the income or principal as deemed appropriate for the minor Beneficiary's support, education, and general welfare.</w:t>
      </w:r>
    </w:p>
    <w:p>
      <w:pPr/>
    </w:p>
    <w:p>
      <w:pPr/>
      <w:r>
        <w:rPr>
          <w:rFonts w:ascii="Times New Roman" w:hAnsi="Times New Roman" w:eastAsia="Times New Roman" w:cs="Times New Roman"/>
          <w:b/>
          <w:sz w:val="24"/>
        </w:rPr>
        <w:t>PREDECEASE</w:t>
      </w:r>
      <w:r>
        <w:rPr>
          <w:rFonts w:ascii="Times New Roman" w:hAnsi="Times New Roman" w:eastAsia="Times New Roman" w:cs="Times New Roman"/>
          <w:sz w:val="24"/>
        </w:rPr>
        <w:t>. If any Beneficiary or recipient under this Trust should not survive the Grantor by more than 30 days, their portion of the Residual Estate shall transfer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 Beneficiaries (equally)</w:t>
      </w:r>
      <w:r>
        <w:rPr>
          <w:rFonts w:ascii="Times New Roman" w:hAnsi="Times New Roman" w:eastAsia="Times New Roman" w:cs="Times New Roman"/>
          <w:sz w:val="24"/>
        </w:rPr>
        <w:t>. Shall transfer equally to the remaining Beneficiaries.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Heirs-at-Law (family)</w:t>
      </w:r>
      <w:r>
        <w:rPr>
          <w:rFonts w:ascii="Times New Roman" w:hAnsi="Times New Roman" w:eastAsia="Times New Roman" w:cs="Times New Roman"/>
          <w:sz w:val="24"/>
        </w:rPr>
        <w:t>. Defined as individuals who are legally recognized to inherit a deceased person’s estate in the absence of a will in accordance with Governing Law.</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w:t>
      </w:r>
    </w:p>
    <w:p>
      <w:pPr/>
    </w:p>
    <w:p>
      <w:pPr/>
      <w:r>
        <w:rPr>
          <w:rFonts w:ascii="Times New Roman" w:hAnsi="Times New Roman" w:eastAsia="Times New Roman" w:cs="Times New Roman"/>
          <w:b/>
          <w:sz w:val="24"/>
        </w:rPr>
        <w:t>TRUSTEE’S COMPENSATION</w:t>
      </w:r>
      <w:r>
        <w:rPr>
          <w:rFonts w:ascii="Times New Roman" w:hAnsi="Times New Roman" w:eastAsia="Times New Roman" w:cs="Times New Roman"/>
          <w:sz w:val="24"/>
        </w:rPr>
        <w:t>. Any acting Trustee serving hereunder shall be entitled to: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Compensation</w:t>
      </w:r>
      <w:r>
        <w:rPr>
          <w:rFonts w:ascii="Times New Roman" w:hAnsi="Times New Roman" w:eastAsia="Times New Roman" w:cs="Times New Roman"/>
          <w:sz w:val="24"/>
        </w:rPr>
        <w:t>. No acting Trustee shall be entitled to any compensation when acting on behalf of this Trust.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Compensation</w:t>
      </w:r>
      <w:r>
        <w:rPr>
          <w:rFonts w:ascii="Times New Roman" w:hAnsi="Times New Roman" w:eastAsia="Times New Roman" w:cs="Times New Roman"/>
          <w:sz w:val="24"/>
        </w:rPr>
        <w:t>. Any acting Trustee shall be paid a reasonable fee from the Trust’s property based on the amount of time expended by such Trustee carrying out their duties as instructed in this Trust. The compensation shall be consistent with the prevailing rates for similar services rendered by a Trustee in the jurisdiction of the Trust and shall be payable from the trust property without the necessity of obtaining approval from any court or Beneficiary.</w:t>
      </w:r>
    </w:p>
    <w:p>
      <w:pPr/>
    </w:p>
    <w:p>
      <w:pPr/>
      <w:r>
        <w:rPr>
          <w:rFonts w:ascii="Times New Roman" w:hAnsi="Times New Roman" w:eastAsia="Times New Roman" w:cs="Times New Roman"/>
          <w:b/>
          <w:sz w:val="24"/>
        </w:rPr>
        <w:t>TRUST FOR PETS</w:t>
      </w:r>
      <w:r>
        <w:rPr>
          <w:rFonts w:ascii="Times New Roman" w:hAnsi="Times New Roman" w:eastAsia="Times New Roman" w:cs="Times New Roman"/>
          <w:sz w:val="24"/>
        </w:rPr>
        <w:t>. As part of this Trust, the Grantor has decided that there shall be: (check one and initial)</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No Pet Trust</w:t>
      </w:r>
      <w:r>
        <w:rPr>
          <w:rFonts w:ascii="Times New Roman" w:hAnsi="Times New Roman" w:eastAsia="Times New Roman" w:cs="Times New Roman"/>
          <w:sz w:val="24"/>
        </w:rPr>
        <w:t>. There shall be no monies, assets, or property assigned to any individual for the care or support of any pets owned or not owned by the Grantor.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______ - </w:t>
      </w:r>
      <w:r>
        <w:rPr>
          <w:rFonts w:ascii="Times New Roman" w:hAnsi="Times New Roman" w:eastAsia="Times New Roman" w:cs="Times New Roman"/>
          <w:b/>
          <w:sz w:val="24"/>
        </w:rPr>
        <w:t>Pet Trust Created</w:t>
      </w:r>
      <w:r>
        <w:rPr>
          <w:rFonts w:ascii="Times New Roman" w:hAnsi="Times New Roman" w:eastAsia="Times New Roman" w:cs="Times New Roman"/>
          <w:sz w:val="24"/>
        </w:rPr>
        <w:t>. The Grantor shall create a pet trust for the care and support of their pets under the following terms:</w:t>
      </w:r>
    </w:p>
    <w:p>
      <w:pPr/>
    </w:p>
    <w:p>
      <w:pPr/>
      <w:r>
        <w:rPr>
          <w:rFonts w:ascii="Times New Roman" w:hAnsi="Times New Roman" w:eastAsia="Times New Roman" w:cs="Times New Roman"/>
          <w:sz w:val="24"/>
        </w:rPr>
        <w:t>Pet Trustee</w:t>
      </w:r>
      <w:r>
        <w:rPr>
          <w:rFonts w:ascii="Times New Roman" w:hAnsi="Times New Roman" w:eastAsia="Times New Roman" w:cs="Times New Roman"/>
          <w:sz w:val="24"/>
        </w:rPr>
        <w:t xml:space="preserve">. </w:t>
      </w:r>
      <w:r>
        <w:rPr>
          <w:rFonts w:ascii="Times New Roman" w:hAnsi="Times New Roman" w:eastAsia="Times New Roman" w:cs="Times New Roman"/>
          <w:sz w:val="24"/>
        </w:rPr>
        <w:t>[PET TRUSTEE'S NAME]</w:t>
      </w:r>
      <w:r>
        <w:rPr>
          <w:rFonts w:ascii="Times New Roman" w:hAnsi="Times New Roman" w:eastAsia="Times New Roman" w:cs="Times New Roman"/>
          <w:sz w:val="24"/>
        </w:rPr>
        <w:t xml:space="preserve">, of </w:t>
      </w:r>
      <w:r>
        <w:rPr>
          <w:rFonts w:ascii="Times New Roman" w:hAnsi="Times New Roman" w:eastAsia="Times New Roman" w:cs="Times New Roman"/>
          <w:sz w:val="24"/>
        </w:rPr>
        <w:t>[PET TRUSTEE'S ADDRESS]</w:t>
      </w:r>
      <w:r>
        <w:rPr>
          <w:rFonts w:ascii="Times New Roman" w:hAnsi="Times New Roman" w:eastAsia="Times New Roman" w:cs="Times New Roman"/>
          <w:sz w:val="24"/>
        </w:rPr>
        <w:t>.</w:t>
      </w:r>
    </w:p>
    <w:p>
      <w:pPr/>
      <w:r>
        <w:rPr>
          <w:rFonts w:ascii="Times New Roman" w:hAnsi="Times New Roman" w:eastAsia="Times New Roman" w:cs="Times New Roman"/>
          <w:sz w:val="24"/>
        </w:rPr>
        <w:t>Pet Description</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[DESCRIBE PETS]</w:t>
      </w:r>
    </w:p>
    <w:p>
      <w:pPr/>
      <w:r>
        <w:rPr>
          <w:rFonts w:ascii="Times New Roman" w:hAnsi="Times New Roman" w:eastAsia="Times New Roman" w:cs="Times New Roman"/>
          <w:sz w:val="24"/>
        </w:rPr>
        <w:t>Pet Support</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shall be made available to the Pet Trustee at the time of the Grantor’s incapacitation or death.</w:t>
      </w:r>
    </w:p>
    <w:p>
      <w:pPr/>
      <w:r>
        <w:rPr>
          <w:rFonts w:ascii="Times New Roman" w:hAnsi="Times New Roman" w:eastAsia="Times New Roman" w:cs="Times New Roman"/>
          <w:sz w:val="24"/>
        </w:rPr>
        <w:t>Use of Pet Support</w:t>
      </w:r>
      <w:r>
        <w:rPr>
          <w:rFonts w:ascii="Times New Roman" w:hAnsi="Times New Roman" w:eastAsia="Times New Roman" w:cs="Times New Roman"/>
          <w:sz w:val="24"/>
        </w:rPr>
        <w:t>. The Pet Trustee shall be responsible for the lifetime care of the pets described herein. The Pet Support shall solely be used for the support, caretaking, and guardianship of the pets. If, for any reason, the pets shall no longer be under the care of the Pet Trustee, any funds remaining of Pet Support shall be returned to the Trust.</w:t>
      </w:r>
    </w:p>
    <w:p>
      <w:pPr/>
      <w:r>
        <w:rPr>
          <w:rFonts w:ascii="Times New Roman" w:hAnsi="Times New Roman" w:eastAsia="Times New Roman" w:cs="Times New Roman"/>
          <w:sz w:val="24"/>
        </w:rPr>
        <w:t>Right to Recover Pets</w:t>
      </w:r>
      <w:r>
        <w:rPr>
          <w:rFonts w:ascii="Times New Roman" w:hAnsi="Times New Roman" w:eastAsia="Times New Roman" w:cs="Times New Roman"/>
          <w:sz w:val="24"/>
        </w:rPr>
        <w:t>. If the Grantor should be incapacitated or disabled for a temporary period and makes a full recovery, they shall be able to repossess their pets and the remaining amount of the Pet Support.</w:t>
      </w:r>
    </w:p>
    <w:p>
      <w:pPr/>
      <w:r>
        <w:rPr>
          <w:rFonts w:ascii="Times New Roman" w:hAnsi="Times New Roman" w:eastAsia="Times New Roman" w:cs="Times New Roman"/>
          <w:sz w:val="24"/>
        </w:rPr>
        <w:t>Responsibilities</w:t>
      </w:r>
      <w:r>
        <w:rPr>
          <w:rFonts w:ascii="Times New Roman" w:hAnsi="Times New Roman" w:eastAsia="Times New Roman" w:cs="Times New Roman"/>
          <w:sz w:val="24"/>
        </w:rPr>
        <w:t>. The main purpose of the Pet Trust is to designate a Pet Trustee to provide for the care, health, maintenance, welfare, and support of the pets while maintaining a loving environment for the pets.</w:t>
      </w:r>
    </w:p>
    <w:p>
      <w:pPr/>
      <w:r>
        <w:rPr>
          <w:rFonts w:ascii="Times New Roman" w:hAnsi="Times New Roman" w:eastAsia="Times New Roman" w:cs="Times New Roman"/>
          <w:sz w:val="24"/>
        </w:rPr>
        <w:t>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Enforcement</w:t>
      </w:r>
      <w:r>
        <w:rPr>
          <w:rFonts w:ascii="Times New Roman" w:hAnsi="Times New Roman" w:eastAsia="Times New Roman" w:cs="Times New Roman"/>
          <w:sz w:val="24"/>
        </w:rPr>
        <w:t>. A Beneficiary has the right to enforce any provision of this Pet Trust including, but not limited to, the Pet Trustee providing an adequate home for the pets and an accounting of the Pet Support. Such enforcement may occur on an annual basis and without a court order.</w:t>
      </w:r>
    </w:p>
    <w:p>
      <w:pPr/>
      <w:r>
        <w:rPr>
          <w:rFonts w:ascii="Times New Roman" w:hAnsi="Times New Roman" w:eastAsia="Times New Roman" w:cs="Times New Roman"/>
          <w:sz w:val="24"/>
        </w:rPr>
        <w:t>Revocation</w:t>
      </w:r>
      <w:r>
        <w:rPr>
          <w:rFonts w:ascii="Times New Roman" w:hAnsi="Times New Roman" w:eastAsia="Times New Roman" w:cs="Times New Roman"/>
          <w:sz w:val="24"/>
        </w:rPr>
        <w:t>. If any provision is being violated, such as the care of the pets not being sufficient or the Pet Support not being used in the manner as intended, a Beneficiary can revoke this Pet Trust under the condition that such Beneficiary agrees to find a home, either with themselves or a 3rd party, for the pets. Under such revocation, any remaining amount of the Pet Support shall be returned to the Trust.</w:t>
      </w:r>
    </w:p>
    <w:p>
      <w:pPr/>
      <w:r>
        <w:rPr>
          <w:rFonts w:ascii="Times New Roman" w:hAnsi="Times New Roman" w:eastAsia="Times New Roman" w:cs="Times New Roman"/>
          <w:sz w:val="24"/>
        </w:rPr>
        <w:t>Termination</w:t>
      </w:r>
      <w:r>
        <w:rPr>
          <w:rFonts w:ascii="Times New Roman" w:hAnsi="Times New Roman" w:eastAsia="Times New Roman" w:cs="Times New Roman"/>
          <w:sz w:val="24"/>
        </w:rPr>
        <w:t>. This Pet Trust shall terminate upon the death of the last pet. If any remaining amount of the Pet Support exists, it shall be returned to the Trust.</w:t>
      </w:r>
    </w:p>
    <w:p>
      <w:pPr/>
    </w:p>
    <w:p>
      <w:pPr/>
      <w:r>
        <w:rPr>
          <w:rFonts w:ascii="Times New Roman" w:hAnsi="Times New Roman" w:eastAsia="Times New Roman" w:cs="Times New Roman"/>
          <w:b/>
          <w:sz w:val="24"/>
        </w:rPr>
        <w:t>GRANTOR PROVISIONS.</w:t>
      </w:r>
    </w:p>
    <w:p>
      <w:pPr/>
    </w:p>
    <w:p>
      <w:pPr/>
      <w:r>
        <w:rPr>
          <w:rFonts w:ascii="Times New Roman" w:hAnsi="Times New Roman" w:eastAsia="Times New Roman" w:cs="Times New Roman"/>
          <w:sz w:val="24"/>
        </w:rPr>
        <w:t>Payments During the Grantor’s Life</w:t>
      </w:r>
      <w:r>
        <w:rPr>
          <w:rFonts w:ascii="Times New Roman" w:hAnsi="Times New Roman" w:eastAsia="Times New Roman" w:cs="Times New Roman"/>
          <w:sz w:val="24"/>
        </w:rPr>
        <w:t>. During the lifetime of the Grantor, the Trustee shall pay all of the net income and capital gains of the Trust, including additional sums from principal amounts that the Grantor may request, to the benefit of the Grantor or any person, vendor, or 3</w:t>
      </w:r>
      <w:r>
        <w:rPr>
          <w:rFonts w:ascii="Times New Roman" w:hAnsi="Times New Roman" w:eastAsia="Times New Roman" w:cs="Times New Roman"/>
          <w:sz w:val="24"/>
        </w:rPr>
        <w:t>rd</w:t>
      </w:r>
      <w:r>
        <w:rPr>
          <w:rFonts w:ascii="Times New Roman" w:hAnsi="Times New Roman" w:eastAsia="Times New Roman" w:cs="Times New Roman"/>
          <w:sz w:val="24"/>
        </w:rPr>
        <w:t xml:space="preserve"> party they choose.</w:t>
      </w:r>
    </w:p>
    <w:p>
      <w:pPr/>
      <w:r>
        <w:rPr>
          <w:rFonts w:ascii="Times New Roman" w:hAnsi="Times New Roman" w:eastAsia="Times New Roman" w:cs="Times New Roman"/>
          <w:sz w:val="24"/>
        </w:rPr>
        <w:t>Grantor as Trustee</w:t>
      </w:r>
      <w:r>
        <w:rPr>
          <w:rFonts w:ascii="Times New Roman" w:hAnsi="Times New Roman" w:eastAsia="Times New Roman" w:cs="Times New Roman"/>
          <w:sz w:val="24"/>
        </w:rPr>
        <w:t>. If at any time the Grantor is the Trustee, the Grantor may amend or revoke this Trust in any manner legal under law.</w:t>
      </w:r>
    </w:p>
    <w:p>
      <w:pPr/>
      <w:r>
        <w:rPr>
          <w:rFonts w:ascii="Times New Roman" w:hAnsi="Times New Roman" w:eastAsia="Times New Roman" w:cs="Times New Roman"/>
          <w:sz w:val="24"/>
        </w:rPr>
        <w:t>Primary Residence</w:t>
      </w:r>
      <w:r>
        <w:rPr>
          <w:rFonts w:ascii="Times New Roman" w:hAnsi="Times New Roman" w:eastAsia="Times New Roman" w:cs="Times New Roman"/>
          <w:sz w:val="24"/>
        </w:rPr>
        <w:t>. The Grantor shall retain the perpetual right to use, occupy, and establish any real property conveyed into this Trust as their primary domicile for the duration of their lifetimes. This provision is crafted to preserve the Grantor’s essential beneficial interest and right of occupancy in the said property. The intent is to maintain a form of ownership equivalent to 'equitable title,' enabling qualification for any residential benefits or protections provided under applicable laws, regardless of the presence of a specific homestead exemption.</w:t>
      </w:r>
    </w:p>
    <w:p>
      <w:pPr/>
      <w:r>
        <w:rPr>
          <w:rFonts w:ascii="Times New Roman" w:hAnsi="Times New Roman" w:eastAsia="Times New Roman" w:cs="Times New Roman"/>
          <w:sz w:val="24"/>
        </w:rPr>
        <w:t>Changing the Amount</w:t>
      </w:r>
      <w:r>
        <w:rPr>
          <w:rFonts w:ascii="Times New Roman" w:hAnsi="Times New Roman" w:eastAsia="Times New Roman" w:cs="Times New Roman"/>
          <w:sz w:val="24"/>
        </w:rPr>
        <w:t>. The Grantor can change the amount of distributions received at any time, by providing written notice to the Trustee. Any excess income, capital gain, or other monies received shall be added to the principal at the discretion of the Trustee.</w:t>
      </w:r>
    </w:p>
    <w:p>
      <w:pPr/>
      <w:r>
        <w:rPr>
          <w:rFonts w:ascii="Times New Roman" w:hAnsi="Times New Roman" w:eastAsia="Times New Roman" w:cs="Times New Roman"/>
          <w:sz w:val="24"/>
        </w:rPr>
        <w:t>Grantor’s Incapacitation</w:t>
      </w:r>
      <w:r>
        <w:rPr>
          <w:rFonts w:ascii="Times New Roman" w:hAnsi="Times New Roman" w:eastAsia="Times New Roman" w:cs="Times New Roman"/>
          <w:sz w:val="24"/>
        </w:rPr>
        <w:t>. If, at any time, the Grantor is considered incapacitated, the Trustee may pay to or for the benefit of the Grantor such amounts of income and principal as the Trustee believes is in the Grantor’s best interest. Such a decision is at the Trustee’s sole discretion and is required for the Grantor’s support, accustomed standard of living, and any discretionary amounts.</w:t>
      </w:r>
    </w:p>
    <w:p>
      <w:pPr/>
      <w:r>
        <w:rPr>
          <w:rFonts w:ascii="Times New Roman" w:hAnsi="Times New Roman" w:eastAsia="Times New Roman" w:cs="Times New Roman"/>
          <w:sz w:val="24"/>
        </w:rPr>
        <w:t>“</w:t>
      </w:r>
      <w:r>
        <w:rPr>
          <w:rFonts w:ascii="Times New Roman" w:hAnsi="Times New Roman" w:eastAsia="Times New Roman" w:cs="Times New Roman"/>
          <w:sz w:val="24"/>
        </w:rPr>
        <w:t>Incapacitation” Defined</w:t>
      </w:r>
      <w:r>
        <w:rPr>
          <w:rFonts w:ascii="Times New Roman" w:hAnsi="Times New Roman" w:eastAsia="Times New Roman" w:cs="Times New Roman"/>
          <w:sz w:val="24"/>
        </w:rPr>
        <w:t>. Under this Trust, incapacitation is defined as the Grantor no longer having the cognitive ability to make or manage their own affairs while showing signs of memory loss and an inability to make their own decisions. If the Grantor’s incapacitation is questioned by a 3rd party or an individual mentioned in this Trust, such incapacitation must be verified by two independent licensed medical physicians.</w:t>
      </w:r>
    </w:p>
    <w:p>
      <w:pPr/>
      <w:r>
        <w:rPr>
          <w:rFonts w:ascii="Times New Roman" w:hAnsi="Times New Roman" w:eastAsia="Times New Roman" w:cs="Times New Roman"/>
          <w:sz w:val="24"/>
        </w:rPr>
        <w:t>Death</w:t>
      </w:r>
      <w:r>
        <w:rPr>
          <w:rFonts w:ascii="Times New Roman" w:hAnsi="Times New Roman" w:eastAsia="Times New Roman" w:cs="Times New Roman"/>
          <w:sz w:val="24"/>
        </w:rPr>
        <w:t>. Upon the death of the Grantor, the property mentioned in this Trust shall be distributed to its Beneficiaries.</w:t>
      </w:r>
    </w:p>
    <w:p>
      <w:pPr/>
    </w:p>
    <w:p>
      <w:pPr/>
      <w:r>
        <w:rPr>
          <w:rFonts w:ascii="Times New Roman" w:hAnsi="Times New Roman" w:eastAsia="Times New Roman" w:cs="Times New Roman"/>
          <w:b/>
          <w:sz w:val="24"/>
        </w:rPr>
        <w:t>RIGHTS OF BENEFICIAIRIES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Failure to Perform Duties</w:t>
      </w:r>
      <w:r>
        <w:rPr>
          <w:rFonts w:ascii="Times New Roman" w:hAnsi="Times New Roman" w:eastAsia="Times New Roman" w:cs="Times New Roman"/>
          <w:sz w:val="24"/>
        </w:rPr>
        <w:t>. If a Trustee or Successor Trustee resigns or fails to perform their responsibilities under this Trust, the Beneficiaries shall have the right, with majority support, to appoint such positions and replace them under this Trust. Such appointment must be approved via court order with the newly appointed Trustee or Successor Trustee to have the same responsibilities as the original position.</w:t>
      </w:r>
    </w:p>
    <w:p>
      <w:pPr/>
      <w:r>
        <w:rPr>
          <w:rFonts w:ascii="Times New Roman" w:hAnsi="Times New Roman" w:eastAsia="Times New Roman" w:cs="Times New Roman"/>
          <w:sz w:val="24"/>
        </w:rPr>
        <w:t>Trust Property</w:t>
      </w:r>
      <w:r>
        <w:rPr>
          <w:rFonts w:ascii="Times New Roman" w:hAnsi="Times New Roman" w:eastAsia="Times New Roman" w:cs="Times New Roman"/>
          <w:sz w:val="24"/>
        </w:rPr>
        <w:t>. The Beneficiaries mentioned shall be equally entitled to the assets and property mentioned in the Property Attachment minus any specific bequests, gifts, debts, taxes, expenses, or any other deductions made by the Grantor. In addition, property that is placed in the ownership of this Trust shall be considered part of this Trust and made part of the Residual Estate.</w:t>
      </w:r>
    </w:p>
    <w:p>
      <w:pPr/>
      <w:r>
        <w:rPr>
          <w:rFonts w:ascii="Times New Roman" w:hAnsi="Times New Roman" w:eastAsia="Times New Roman" w:cs="Times New Roman"/>
          <w:sz w:val="24"/>
        </w:rPr>
        <w:t>Accounting</w:t>
      </w:r>
      <w:r>
        <w:rPr>
          <w:rFonts w:ascii="Times New Roman" w:hAnsi="Times New Roman" w:eastAsia="Times New Roman" w:cs="Times New Roman"/>
          <w:sz w:val="24"/>
        </w:rPr>
        <w:t>. The Beneficiaries shall have the right to audit and demand accounting records for the Trust. Such records shall be made on a quarterly basis and distributed by the Trustee to the Beneficiaries upon request.</w:t>
      </w:r>
    </w:p>
    <w:p>
      <w:pPr/>
    </w:p>
    <w:p>
      <w:pPr/>
      <w:r>
        <w:rPr>
          <w:rFonts w:ascii="Times New Roman" w:hAnsi="Times New Roman" w:eastAsia="Times New Roman" w:cs="Times New Roman"/>
          <w:b/>
          <w:sz w:val="24"/>
        </w:rPr>
        <w:t>ADDITIONAL TRUST PROVISIONS</w:t>
      </w:r>
      <w:r>
        <w:rPr>
          <w:rFonts w:ascii="Times New Roman" w:hAnsi="Times New Roman" w:eastAsia="Times New Roman" w:cs="Times New Roman"/>
          <w:sz w:val="24"/>
        </w:rPr>
        <w:t xml:space="preserve">. </w:t>
      </w:r>
    </w:p>
    <w:p>
      <w:pPr/>
    </w:p>
    <w:p>
      <w:pPr/>
      <w:r>
        <w:rPr>
          <w:rFonts w:ascii="Times New Roman" w:hAnsi="Times New Roman" w:eastAsia="Times New Roman" w:cs="Times New Roman"/>
          <w:sz w:val="24"/>
        </w:rPr>
        <w:t>Distributions</w:t>
      </w:r>
      <w:r>
        <w:rPr>
          <w:rFonts w:ascii="Times New Roman" w:hAnsi="Times New Roman" w:eastAsia="Times New Roman" w:cs="Times New Roman"/>
          <w:sz w:val="24"/>
        </w:rPr>
        <w:t>. Any distributions made, either generally to the Beneficiaries or by specific distributions, shall be fulfilled after payments are made related to the Grantor’s debts, funeral expenses, medical bills, and any other monies owed by their estate.</w:t>
      </w:r>
    </w:p>
    <w:p>
      <w:pPr/>
      <w:r>
        <w:rPr>
          <w:rFonts w:ascii="Times New Roman" w:hAnsi="Times New Roman" w:eastAsia="Times New Roman" w:cs="Times New Roman"/>
          <w:sz w:val="24"/>
        </w:rPr>
        <w:t>Revived from Incapacitation</w:t>
      </w:r>
      <w:r>
        <w:rPr>
          <w:rFonts w:ascii="Times New Roman" w:hAnsi="Times New Roman" w:eastAsia="Times New Roman" w:cs="Times New Roman"/>
          <w:sz w:val="24"/>
        </w:rPr>
        <w:t>. If any Trustee or Grantor is revived and no longer considered incapacitated, they shall resume their position and role in this Trust. Upon their death, the Successor Trustee shall take over management of the Trust and distribute its assets in accordance with its instructions.</w:t>
      </w:r>
    </w:p>
    <w:p>
      <w:pPr/>
      <w:r>
        <w:rPr>
          <w:rFonts w:ascii="Times New Roman" w:hAnsi="Times New Roman" w:eastAsia="Times New Roman" w:cs="Times New Roman"/>
          <w:sz w:val="24"/>
        </w:rPr>
        <w:t>Funding the Trust</w:t>
      </w:r>
      <w:r>
        <w:rPr>
          <w:rFonts w:ascii="Times New Roman" w:hAnsi="Times New Roman" w:eastAsia="Times New Roman" w:cs="Times New Roman"/>
          <w:sz w:val="24"/>
        </w:rPr>
        <w:t>. The Grantor agrees to transfer, assign, convey, and deliver to the Trustee the property described in the Property Attachment and made a part hereof. Such property shall constitute the Residual Estate to be held “in trust” and to be managed in accordance with this Trust. Transferring property to this Trust is not limited to the Grantor and can be received by any 3rd party individual or entity.</w:t>
      </w:r>
    </w:p>
    <w:p>
      <w:pPr/>
      <w:r>
        <w:rPr>
          <w:rFonts w:ascii="Times New Roman" w:hAnsi="Times New Roman" w:eastAsia="Times New Roman" w:cs="Times New Roman"/>
          <w:sz w:val="24"/>
        </w:rPr>
        <w:t>Management of Trust</w:t>
      </w:r>
      <w:r>
        <w:rPr>
          <w:rFonts w:ascii="Times New Roman" w:hAnsi="Times New Roman" w:eastAsia="Times New Roman" w:cs="Times New Roman"/>
          <w:sz w:val="24"/>
        </w:rPr>
        <w:t>. Unless otherwise stated, the Trustee shall have the powers outlined in this Trust to manage and distribute the Trust assets for the benefit of the Grantor. If more than one Trustee is mentioned, they shall act jointly and severally as the Trustees of this Trust. The Trustees shall be obligated to act in the Grantor's best interest, which takes precedence over the interests of the Beneficiaries.</w:t>
      </w:r>
    </w:p>
    <w:p>
      <w:pPr/>
      <w:r>
        <w:rPr>
          <w:rFonts w:ascii="Times New Roman" w:hAnsi="Times New Roman" w:eastAsia="Times New Roman" w:cs="Times New Roman"/>
          <w:sz w:val="24"/>
        </w:rPr>
        <w:t>Reimbursement</w:t>
      </w:r>
      <w:r>
        <w:rPr>
          <w:rFonts w:ascii="Times New Roman" w:hAnsi="Times New Roman" w:eastAsia="Times New Roman" w:cs="Times New Roman"/>
          <w:sz w:val="24"/>
        </w:rPr>
        <w:t>. A Trustee is entitled to be reimbursed for any out-of-pocket expenses that are paid on a personal basis while acting on behalf or by the management of this Trust.</w:t>
      </w:r>
    </w:p>
    <w:p>
      <w:pPr/>
      <w:r>
        <w:rPr>
          <w:rFonts w:ascii="Times New Roman" w:hAnsi="Times New Roman" w:eastAsia="Times New Roman" w:cs="Times New Roman"/>
          <w:sz w:val="24"/>
        </w:rPr>
        <w:t>Tax Identification</w:t>
      </w:r>
      <w:r>
        <w:rPr>
          <w:rFonts w:ascii="Times New Roman" w:hAnsi="Times New Roman" w:eastAsia="Times New Roman" w:cs="Times New Roman"/>
          <w:sz w:val="24"/>
        </w:rPr>
        <w:t>. For tax purposes, this Trust shall be identified by the Grantor’s Social Security Number during their lifetime. Upon their death, the acting Trustee shall apply for a tax identification number from the Internal Revenue Service.</w:t>
      </w:r>
    </w:p>
    <w:p>
      <w:pPr/>
      <w:r>
        <w:rPr>
          <w:rFonts w:ascii="Times New Roman" w:hAnsi="Times New Roman" w:eastAsia="Times New Roman" w:cs="Times New Roman"/>
          <w:sz w:val="24"/>
        </w:rPr>
        <w:t>Purpose of Trust</w:t>
      </w:r>
      <w:r>
        <w:rPr>
          <w:rFonts w:ascii="Times New Roman" w:hAnsi="Times New Roman" w:eastAsia="Times New Roman" w:cs="Times New Roman"/>
          <w:sz w:val="24"/>
        </w:rPr>
        <w:t>. The Grantor has established this Trust of their own free will with its primary purpose to benefit of the individuals named herein.</w:t>
      </w:r>
    </w:p>
    <w:p>
      <w:pPr/>
      <w:r>
        <w:rPr>
          <w:rFonts w:ascii="Times New Roman" w:hAnsi="Times New Roman" w:eastAsia="Times New Roman" w:cs="Times New Roman"/>
          <w:sz w:val="24"/>
        </w:rPr>
        <w:t>Successor Trustees</w:t>
      </w:r>
      <w:r>
        <w:rPr>
          <w:rFonts w:ascii="Times New Roman" w:hAnsi="Times New Roman" w:eastAsia="Times New Roman" w:cs="Times New Roman"/>
          <w:sz w:val="24"/>
        </w:rPr>
        <w:t>. If more than one Successor Trustee is chosen, they must act jointly when making decisions on behalf of this Trust. If any disagreement arises amongst the Successor Trustees, they must follow Governing Law as a resolution to the dispute.</w:t>
      </w:r>
    </w:p>
    <w:p>
      <w:pPr/>
      <w:r>
        <w:rPr>
          <w:rFonts w:ascii="Times New Roman" w:hAnsi="Times New Roman" w:eastAsia="Times New Roman" w:cs="Times New Roman"/>
          <w:sz w:val="24"/>
        </w:rPr>
        <w:t>Termination of Trust</w:t>
      </w:r>
      <w:r>
        <w:rPr>
          <w:rFonts w:ascii="Times New Roman" w:hAnsi="Times New Roman" w:eastAsia="Times New Roman" w:cs="Times New Roman"/>
          <w:sz w:val="24"/>
        </w:rPr>
        <w:t>. This Trust shall terminate upon all property from the Residual Estate being distributed as instructed under this Trust.</w:t>
      </w:r>
    </w:p>
    <w:p>
      <w:pPr/>
    </w:p>
    <w:p>
      <w:pPr/>
      <w:r>
        <w:rPr>
          <w:rFonts w:ascii="Times New Roman" w:hAnsi="Times New Roman" w:eastAsia="Times New Roman" w:cs="Times New Roman"/>
          <w:b/>
          <w:sz w:val="24"/>
        </w:rPr>
        <w:t>REVOCATION</w:t>
      </w:r>
      <w:r>
        <w:rPr>
          <w:rFonts w:ascii="Times New Roman" w:hAnsi="Times New Roman" w:eastAsia="Times New Roman" w:cs="Times New Roman"/>
          <w:sz w:val="24"/>
        </w:rPr>
        <w:t>. During the Grantor’s lifetime, and while not under any disability or incapacitation, the Grantor may revoke or amend this Trust by written notice at any time. Such notice must be delivered to the Trustee. After receipt, the Trustee is obligated to adjust their actions in accordance with the notice.</w:t>
      </w:r>
    </w:p>
    <w:p>
      <w:pP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Trust shall be construed in accordance with the laws located in the State of North Dakota.</w:t>
      </w:r>
    </w:p>
    <w:p>
      <w:pP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If any provision of this Trust, or the application of any such provision to any person or circumstance, shall be determined by any court of competent jurisdiction to be invalid and unenforceable to any extent, the remainder of this Trust, or the application of such provision to persons or circumstances other than those as to which it is determined to be invalid or unenforceable, shall not be affected thereby, and each provision of this Trust shall be valid and enforceable to the fullest extent permitted by Governing Law.</w:t>
      </w:r>
    </w:p>
    <w:p>
      <w:pPr/>
    </w:p>
    <w:p>
      <w:pPr/>
      <w:r>
        <w:rPr>
          <w:rFonts w:ascii="Times New Roman" w:hAnsi="Times New Roman" w:eastAsia="Times New Roman" w:cs="Times New Roman"/>
          <w:sz w:val="24"/>
        </w:rPr>
        <w:t>IN WITNESS WHEREOF, the Grantor has executed this Trust as of the undersigned date and in the presence of the following notary public, who have signed their names below at the request of the Grantor in in the presence of each other.</w:t>
      </w:r>
    </w:p>
    <w:p>
      <w:pPr/>
    </w:p>
    <w:p>
      <w:pPr/>
      <w:r>
        <w:rPr>
          <w:rFonts w:ascii="Times New Roman" w:hAnsi="Times New Roman" w:eastAsia="Times New Roman" w:cs="Times New Roman"/>
          <w:b/>
          <w:sz w:val="24"/>
        </w:rPr>
        <w:t>Grantor’s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__________________________</w:t>
      </w:r>
    </w:p>
    <w:p>
      <w:pPr/>
    </w:p>
    <w:p>
      <w:pPr>
        <w:spacing w:before="0" w:after="0"/>
        <w:jc w:val="center"/>
      </w:pPr>
      <w:r>
        <w:rPr>
          <w:rFonts w:ascii="Times New Roman" w:hAnsi="Times New Roman" w:eastAsia="Times New Roman" w:cs="Times New Roman"/>
          <w:b/>
          <w:sz w:val="24"/>
        </w:rPr>
        <w:t>SELF-PROVING AFFIDAVIT FOR A REVOCABLE TRUST</w:t>
      </w:r>
    </w:p>
    <w:p>
      <w:pPr/>
    </w:p>
    <w:p>
      <w:pPr/>
      <w:r>
        <w:rPr>
          <w:rFonts w:ascii="Times New Roman" w:hAnsi="Times New Roman" w:eastAsia="Times New Roman" w:cs="Times New Roman"/>
          <w:sz w:val="24"/>
        </w:rPr>
        <w:t>State of _________________________ }</w:t>
      </w:r>
    </w:p>
    <w:p>
      <w:pPr/>
      <w:r>
        <w:rPr>
          <w:rFonts w:ascii="Times New Roman" w:hAnsi="Times New Roman" w:eastAsia="Times New Roman" w:cs="Times New Roman"/>
          <w:sz w:val="24"/>
        </w:rPr>
        <w:t>County of _________________________ }</w:t>
      </w:r>
    </w:p>
    <w:p>
      <w:pPr/>
    </w:p>
    <w:p>
      <w:pPr/>
      <w:r>
        <w:rPr>
          <w:rFonts w:ascii="Times New Roman" w:hAnsi="Times New Roman" w:eastAsia="Times New Roman" w:cs="Times New Roman"/>
          <w:b/>
          <w:sz w:val="24"/>
        </w:rPr>
        <w:t>1. Grantor’s Statement</w:t>
      </w:r>
      <w:r>
        <w:rPr>
          <w:rFonts w:ascii="Times New Roman" w:hAnsi="Times New Roman" w:eastAsia="Times New Roman" w:cs="Times New Roman"/>
          <w:sz w:val="24"/>
        </w:rPr>
        <w:t>. I, being duly sworn, declare under oath that I am the Grantor of this Trust. I am a legal adult, a resident of the State of _________________________ and have the legal capacity to make this affidavit.</w:t>
      </w:r>
    </w:p>
    <w:p>
      <w:pPr/>
    </w:p>
    <w:p>
      <w:pPr/>
      <w:r>
        <w:rPr>
          <w:rFonts w:ascii="Times New Roman" w:hAnsi="Times New Roman" w:eastAsia="Times New Roman" w:cs="Times New Roman"/>
          <w:sz w:val="24"/>
        </w:rPr>
        <w:t>Acknowledgment of Trust Document</w:t>
      </w:r>
      <w:r>
        <w:rPr>
          <w:rFonts w:ascii="Times New Roman" w:hAnsi="Times New Roman" w:eastAsia="Times New Roman" w:cs="Times New Roman"/>
          <w:sz w:val="24"/>
        </w:rPr>
        <w:t>. I affirm that the attached document is the original trust document or a true and correct copy of this Trust.</w:t>
      </w:r>
    </w:p>
    <w:p>
      <w:pPr/>
      <w:r>
        <w:rPr>
          <w:rFonts w:ascii="Times New Roman" w:hAnsi="Times New Roman" w:eastAsia="Times New Roman" w:cs="Times New Roman"/>
          <w:sz w:val="24"/>
        </w:rPr>
        <w:t>Execution of Trust Document</w:t>
      </w:r>
      <w:r>
        <w:rPr>
          <w:rFonts w:ascii="Times New Roman" w:hAnsi="Times New Roman" w:eastAsia="Times New Roman" w:cs="Times New Roman"/>
          <w:sz w:val="24"/>
        </w:rPr>
        <w:t>: I declare that this Trust was duly executed on the date indicated therein, in compliance with State law.</w:t>
      </w:r>
    </w:p>
    <w:p>
      <w:pPr/>
      <w:r>
        <w:rPr>
          <w:rFonts w:ascii="Times New Roman" w:hAnsi="Times New Roman" w:eastAsia="Times New Roman" w:cs="Times New Roman"/>
          <w:sz w:val="24"/>
        </w:rPr>
        <w:t>Purpose of Affidavit</w:t>
      </w:r>
      <w:r>
        <w:rPr>
          <w:rFonts w:ascii="Times New Roman" w:hAnsi="Times New Roman" w:eastAsia="Times New Roman" w:cs="Times New Roman"/>
          <w:sz w:val="24"/>
        </w:rPr>
        <w:t>: This affidavit is made to affirm the validity of this Trust.</w:t>
      </w:r>
    </w:p>
    <w:p>
      <w:pPr/>
    </w:p>
    <w:p>
      <w:pPr/>
      <w:r>
        <w:rPr>
          <w:rFonts w:ascii="Times New Roman" w:hAnsi="Times New Roman" w:eastAsia="Times New Roman" w:cs="Times New Roman"/>
          <w:sz w:val="24"/>
        </w:rPr>
        <w:t xml:space="preserve">Grantor’s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2. Witness Attestation</w:t>
      </w:r>
      <w:r>
        <w:rPr>
          <w:rFonts w:ascii="Times New Roman" w:hAnsi="Times New Roman" w:eastAsia="Times New Roman" w:cs="Times New Roman"/>
          <w:sz w:val="24"/>
        </w:rPr>
        <w:t>. We, the Witnesses signed herein, hereby attest that Trustor, known to us, personally appeared before us and acknowledged that they freely and voluntarily executed this Trust document. We affirm that the Trustor appeared to be of sound mind and not under duress or undue influence. This document was signed by the Trustor in our presence, and we, in turn, at the Trustor's request, and in the presence of each other, have subscribed our names as witnesses on this herein date.</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sz w:val="24"/>
        </w:rPr>
        <w:t xml:space="preserve">Witness’s Signature: </w:t>
      </w:r>
      <w:r>
        <w:rPr>
          <w:rFonts w:ascii="Times New Roman" w:hAnsi="Times New Roman" w:eastAsia="Times New Roman" w:cs="Times New Roman"/>
          <w:sz w:val="24"/>
        </w:rPr>
        <w:t>_________________________</w:t>
      </w:r>
      <w:r>
        <w:rPr>
          <w:rFonts w:ascii="Times New Roman" w:hAnsi="Times New Roman" w:eastAsia="Times New Roman" w:cs="Times New Roman"/>
          <w:sz w:val="24"/>
        </w:rPr>
        <w:t xml:space="preserve"> Date: ____________</w:t>
      </w:r>
    </w:p>
    <w:p>
      <w:pPr/>
      <w:r>
        <w:rPr>
          <w:rFonts w:ascii="Times New Roman" w:hAnsi="Times New Roman" w:eastAsia="Times New Roman" w:cs="Times New Roman"/>
          <w:sz w:val="24"/>
        </w:rPr>
        <w:t>Print Name: _________________________</w:t>
      </w:r>
    </w:p>
    <w:p>
      <w:pPr/>
    </w:p>
    <w:p>
      <w:pPr/>
      <w:r>
        <w:rPr>
          <w:rFonts w:ascii="Times New Roman" w:hAnsi="Times New Roman" w:eastAsia="Times New Roman" w:cs="Times New Roman"/>
          <w:b/>
          <w:sz w:val="24"/>
        </w:rPr>
        <w:t>3. Notary Acknowledgment</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SUBSCRIBED AND SWORN TO before me, a Notary Public, this ____ day of _________________________, 20____.</w:t>
      </w:r>
    </w:p>
    <w:p>
      <w:pPr/>
    </w:p>
    <w:p>
      <w:pPr/>
      <w:r>
        <w:rPr>
          <w:rFonts w:ascii="Times New Roman" w:hAnsi="Times New Roman" w:eastAsia="Times New Roman" w:cs="Times New Roman"/>
          <w:sz w:val="24"/>
        </w:rPr>
        <w:t xml:space="preserve">Notary Public: </w:t>
      </w:r>
      <w:r>
        <w:rPr>
          <w:rFonts w:ascii="Times New Roman" w:hAnsi="Times New Roman" w:eastAsia="Times New Roman" w:cs="Times New Roman"/>
          <w:sz w:val="24"/>
        </w:rPr>
        <w:t>_________________________</w:t>
      </w:r>
    </w:p>
    <w:p>
      <w:pPr/>
      <w:r>
        <w:rPr>
          <w:rFonts w:ascii="Times New Roman" w:hAnsi="Times New Roman" w:eastAsia="Times New Roman" w:cs="Times New Roman"/>
          <w:sz w:val="24"/>
        </w:rPr>
        <w:t>Print Name: _________________________</w:t>
      </w:r>
    </w:p>
    <w:p>
      <w:pPr/>
      <w:r>
        <w:rPr>
          <w:rFonts w:ascii="Times New Roman" w:hAnsi="Times New Roman" w:eastAsia="Times New Roman" w:cs="Times New Roman"/>
          <w:sz w:val="24"/>
        </w:rPr>
        <w:t>My commission expires: ____________</w:t>
      </w:r>
    </w:p>
    <w:p>
      <w:pPr>
        <w:spacing w:before="0" w:after="0"/>
        <w:jc w:val="center"/>
      </w:pPr>
      <w:r>
        <w:rPr>
          <w:rFonts w:ascii="Times New Roman" w:hAnsi="Times New Roman" w:eastAsia="Times New Roman" w:cs="Times New Roman"/>
          <w:b/>
          <w:sz w:val="24"/>
        </w:rPr>
        <w:t>PROPERTY ATTACHMENT</w:t>
      </w:r>
    </w:p>
    <w:p>
      <w:pPr/>
    </w:p>
    <w:p>
      <w:pPr/>
      <w:r>
        <w:rPr>
          <w:rFonts w:ascii="Times New Roman" w:hAnsi="Times New Roman" w:eastAsia="Times New Roman" w:cs="Times New Roman"/>
          <w:sz w:val="24"/>
        </w:rPr>
        <w:t>The Grantor agrees to convey, transfer, or assign the following assets and property to be managed under the aforementioned terms of this Trust:</w:t>
      </w:r>
    </w:p>
    <w:p>
      <w:pPr/>
    </w:p>
    <w:p>
      <w:pPr/>
      <w:r>
        <w:rPr>
          <w:rFonts w:ascii="Times New Roman" w:hAnsi="Times New Roman" w:eastAsia="Times New Roman" w:cs="Times New Roman"/>
          <w:sz w:val="24"/>
        </w:rPr>
        <w:t>[DESCRIBE ALL PROPERTY]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