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r>
        <w:rPr>
          <w:rFonts w:ascii="Times New Roman" w:hAnsi="Times New Roman" w:eastAsia="Times New Roman" w:cs="Times New Roman"/>
          <w:b/>
          <w:sz w:val="24"/>
        </w:rPr>
        <w:t>Prepared By</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r>
        <w:rPr>
          <w:rFonts w:ascii="Times New Roman" w:hAnsi="Times New Roman" w:eastAsia="Times New Roman" w:cs="Times New Roman"/>
          <w:b/>
          <w:sz w:val="24"/>
        </w:rPr>
        <w:t>After Recording Return To</w:t>
      </w:r>
    </w:p>
    <w:p>
      <w:pPr/>
    </w:p>
    <w:p>
      <w:pPr/>
      <w:r>
        <w:rPr>
          <w:rFonts w:ascii="Times New Roman" w:hAnsi="Times New Roman" w:eastAsia="Times New Roman" w:cs="Times New Roman"/>
          <w:sz w:val="24"/>
        </w:rPr>
        <w:t>Name: _____________________________</w:t>
      </w:r>
    </w:p>
    <w:p>
      <w:pPr/>
      <w:r>
        <w:rPr>
          <w:rFonts w:ascii="Times New Roman" w:hAnsi="Times New Roman" w:eastAsia="Times New Roman" w:cs="Times New Roman"/>
          <w:sz w:val="24"/>
        </w:rPr>
        <w:t>Address: ___________________________</w:t>
      </w:r>
    </w:p>
    <w:p>
      <w:pPr/>
      <w:r>
        <w:rPr>
          <w:rFonts w:ascii="Times New Roman" w:hAnsi="Times New Roman" w:eastAsia="Times New Roman" w:cs="Times New Roman"/>
          <w:sz w:val="24"/>
        </w:rPr>
        <w:t>___________________________________</w:t>
      </w:r>
    </w:p>
    <w:p>
      <w:pPr/>
      <w:r>
        <w:rPr>
          <w:rFonts w:ascii="Times New Roman" w:hAnsi="Times New Roman" w:eastAsia="Times New Roman" w:cs="Times New Roman"/>
          <w:sz w:val="24"/>
        </w:rPr>
        <w:t>State: _____________ Zip Code: ________</w:t>
      </w:r>
    </w:p>
    <w:p>
      <w:pPr/>
    </w:p>
    <w:p>
      <w:pPr/>
    </w:p>
    <w:p>
      <w:pPr/>
    </w:p>
    <w:p>
      <w:pPr/>
    </w:p>
    <w:p>
      <w:pPr/>
      <w:r>
        <w:rPr>
          <w:rFonts w:ascii="Times New Roman" w:hAnsi="Times New Roman" w:eastAsia="Times New Roman" w:cs="Times New Roman"/>
          <w:sz w:val="24"/>
        </w:rPr>
        <w:t>Space Above This Line for Recorder’s Use</w:t>
      </w:r>
    </w:p>
    <w:p>
      <w:pPr/>
    </w:p>
    <w:p>
      <w:pPr>
        <w:spacing w:line="480" w:lineRule="auto"/>
        <w:jc w:val="center"/>
      </w:pPr>
      <w:r>
        <w:rPr>
          <w:rFonts w:ascii="Times New Roman" w:hAnsi="Times New Roman" w:eastAsia="Times New Roman" w:cs="Times New Roman"/>
          <w:b/>
          <w:sz w:val="24"/>
        </w:rPr>
        <w:t>NORTH DAKOTA SPECIAL (LIMITED) WARRANTY DEED</w:t>
      </w:r>
    </w:p>
    <w:p>
      <w:pPr>
        <w:spacing w:line="276" w:lineRule="auto"/>
      </w:pPr>
      <w:r>
        <w:rPr>
          <w:rFonts w:ascii="Times New Roman" w:hAnsi="Times New Roman" w:eastAsia="Times New Roman" w:cs="Times New Roman"/>
          <w:sz w:val="24"/>
        </w:rPr>
        <w:t>KNOW ALL PERSONS BY THESE PRESENTS, That __</w:t>
      </w:r>
      <w:r>
        <w:rPr>
          <w:rFonts w:ascii="Times New Roman" w:hAnsi="Times New Roman" w:eastAsia="Times New Roman" w:cs="Times New Roman"/>
          <w:sz w:val="24"/>
        </w:rPr>
        <w:t>________________________, residing at _________________________________, County of __________________, State of ______________________</w:t>
      </w:r>
      <w:r>
        <w:rPr>
          <w:rFonts w:ascii="Times New Roman" w:hAnsi="Times New Roman" w:eastAsia="Times New Roman" w:cs="Times New Roman"/>
          <w:sz w:val="24"/>
        </w:rPr>
        <w:t xml:space="preserve"> </w:t>
      </w:r>
      <w:r>
        <w:rPr>
          <w:rFonts w:ascii="Times New Roman" w:hAnsi="Times New Roman" w:eastAsia="Times New Roman" w:cs="Times New Roman"/>
          <w:b/>
          <w:sz w:val="24"/>
        </w:rPr>
        <w:t>(“Grantor”)</w:t>
      </w:r>
      <w:r>
        <w:rPr>
          <w:rFonts w:ascii="Times New Roman" w:hAnsi="Times New Roman" w:eastAsia="Times New Roman" w:cs="Times New Roman"/>
          <w:b/>
          <w:sz w:val="24"/>
        </w:rPr>
        <w:t>,</w:t>
      </w: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in consideration of the sum of ____________________________________ dollars </w:t>
      </w:r>
      <w:r>
        <w:rPr>
          <w:rFonts w:ascii="Times New Roman" w:hAnsi="Times New Roman" w:eastAsia="Times New Roman" w:cs="Times New Roman"/>
          <w:b/>
          <w:sz w:val="24"/>
        </w:rPr>
        <w:t>($______________)</w:t>
      </w:r>
      <w:r>
        <w:rPr>
          <w:rFonts w:ascii="Times New Roman" w:hAnsi="Times New Roman" w:eastAsia="Times New Roman" w:cs="Times New Roman"/>
          <w:sz w:val="24"/>
        </w:rPr>
        <w:t xml:space="preserve"> and other valuable consideration, in hand paid, the receipt of which is hereby acknowledged, does hereby grant, bargain, sell and convey unto __________________________________, residing at _________________________________, County of __________________, State of ______________________ </w:t>
      </w:r>
      <w:r>
        <w:rPr>
          <w:rFonts w:ascii="Times New Roman" w:hAnsi="Times New Roman" w:eastAsia="Times New Roman" w:cs="Times New Roman"/>
          <w:b/>
          <w:sz w:val="24"/>
        </w:rPr>
        <w:t>(“Grantee”)</w:t>
      </w:r>
      <w:r>
        <w:rPr>
          <w:rFonts w:ascii="Times New Roman" w:hAnsi="Times New Roman" w:eastAsia="Times New Roman" w:cs="Times New Roman"/>
          <w:sz w:val="24"/>
        </w:rPr>
        <w:t>, the following described real property and premises, situate in __________________ County, State of North Dakota, to wit:</w:t>
      </w:r>
    </w:p>
    <w:p>
      <w:pPr>
        <w:spacing w:line="360" w:lineRule="auto"/>
      </w:pPr>
    </w:p>
    <w:p>
      <w:pPr>
        <w:spacing w:line="360" w:lineRule="auto"/>
      </w:pPr>
      <w:r>
        <w:rPr>
          <w:rFonts w:ascii="Times New Roman" w:hAnsi="Times New Roman" w:eastAsia="Times New Roman" w:cs="Times New Roman"/>
          <w:sz w:val="24"/>
        </w:rPr>
        <w:t>__________________________________________________________________________________________________________________________________________________________________________________________________________________</w:t>
      </w:r>
    </w:p>
    <w:p>
      <w:pPr>
        <w:spacing w:line="360" w:lineRule="auto"/>
      </w:pPr>
    </w:p>
    <w:p>
      <w:pPr>
        <w:spacing w:line="276" w:lineRule="auto"/>
        <w:jc w:val="center"/>
      </w:pPr>
      <w:r>
        <w:rPr>
          <w:rFonts w:ascii="Times New Roman" w:hAnsi="Times New Roman" w:eastAsia="Times New Roman" w:cs="Times New Roman"/>
          <w:b/>
          <w:sz w:val="24"/>
        </w:rPr>
        <w:t>[INSERT LEGAL DESCRIPTION HERE AND/OR ATTACH EXHIBIT A]</w:t>
      </w:r>
    </w:p>
    <w:p>
      <w:pPr/>
      <w:r>
        <w:rPr>
          <w:rFonts w:ascii="Times New Roman" w:hAnsi="Times New Roman" w:eastAsia="Times New Roman" w:cs="Times New Roman"/>
          <w:b/>
          <w:sz w:val="24"/>
        </w:rPr>
        <w:br/>
      </w:r>
    </w:p>
    <w:p>
      <w:pPr/>
      <w:r>
        <w:rPr>
          <w:rFonts w:ascii="Times New Roman" w:hAnsi="Times New Roman" w:eastAsia="Times New Roman" w:cs="Times New Roman"/>
          <w:b/>
          <w:sz w:val="24"/>
        </w:rPr>
        <w:t>TOGETHER WITH</w:t>
      </w:r>
      <w:r>
        <w:rPr>
          <w:rFonts w:ascii="Times New Roman" w:hAnsi="Times New Roman" w:eastAsia="Times New Roman" w:cs="Times New Roman"/>
          <w:sz w:val="24"/>
        </w:rPr>
        <w:t xml:space="preserve"> all the improvements thereon and the appurtenances thereunto belonging (the “Property”).</w:t>
      </w:r>
    </w:p>
    <w:p>
      <w:pPr/>
    </w:p>
    <w:p>
      <w:pPr/>
    </w:p>
    <w:p>
      <w:pPr/>
      <w:r>
        <w:rPr>
          <w:rFonts w:ascii="Times New Roman" w:hAnsi="Times New Roman" w:eastAsia="Times New Roman" w:cs="Times New Roman"/>
          <w:b/>
          <w:sz w:val="24"/>
        </w:rPr>
        <w:t>AND</w:t>
      </w:r>
      <w:r>
        <w:rPr>
          <w:rFonts w:ascii="Times New Roman" w:hAnsi="Times New Roman" w:eastAsia="Times New Roman" w:cs="Times New Roman"/>
          <w:sz w:val="24"/>
        </w:rPr>
        <w:t xml:space="preserve"> warrant the title to the same, against any challenge claiming by, through or under, Grantor, but not otherwise.</w:t>
      </w:r>
    </w:p>
    <w:p>
      <w:pPr/>
    </w:p>
    <w:p>
      <w:pPr/>
      <w:r>
        <w:rPr>
          <w:rFonts w:ascii="Times New Roman" w:hAnsi="Times New Roman" w:eastAsia="Times New Roman" w:cs="Times New Roman"/>
          <w:sz w:val="24"/>
        </w:rPr>
        <w:t>TO HAVE AND TO HOLD</w:t>
      </w:r>
      <w:r>
        <w:rPr>
          <w:rFonts w:ascii="Times New Roman" w:hAnsi="Times New Roman" w:eastAsia="Times New Roman" w:cs="Times New Roman"/>
          <w:sz w:val="24"/>
        </w:rPr>
        <w:t xml:space="preserve"> the Property unto Grantee, and to Grantee's heirs and assigns forever.</w:t>
      </w:r>
    </w:p>
    <w:p>
      <w:pPr/>
    </w:p>
    <w:p>
      <w:pPr/>
    </w:p>
    <w:p>
      <w:pPr/>
      <w:r>
        <w:rPr>
          <w:rFonts w:ascii="Times New Roman" w:hAnsi="Times New Roman" w:eastAsia="Times New Roman" w:cs="Times New Roman"/>
          <w:b/>
          <w:sz w:val="24"/>
        </w:rPr>
        <w:t>IN WITNESS WHEREOF</w:t>
      </w:r>
      <w:r>
        <w:rPr>
          <w:rFonts w:ascii="Times New Roman" w:hAnsi="Times New Roman" w:eastAsia="Times New Roman" w:cs="Times New Roman"/>
          <w:sz w:val="24"/>
        </w:rPr>
        <w:t xml:space="preserve">, Grantor has executed and delivered this Special Warranty Deed under seal as of the day and year first above written. </w:t>
      </w:r>
    </w:p>
    <w:p>
      <w:pPr/>
    </w:p>
    <w:p>
      <w:pP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Signature                                             Grantor’s Signature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Grantor’s Name                                                   Grantor’s Name</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Address                                                               Address</w:t>
      </w:r>
    </w:p>
    <w:p>
      <w:pPr/>
      <w:r>
        <w:rPr>
          <w:rFonts w:ascii="Times New Roman" w:hAnsi="Times New Roman" w:eastAsia="Times New Roman" w:cs="Times New Roman"/>
          <w:sz w:val="24"/>
        </w:rPr>
        <w:t>________________________________            ________________________________</w:t>
      </w:r>
    </w:p>
    <w:p>
      <w:pPr>
        <w:spacing w:line="360" w:lineRule="auto"/>
      </w:pPr>
      <w:r>
        <w:rPr>
          <w:rFonts w:ascii="Times New Roman" w:hAnsi="Times New Roman" w:eastAsia="Times New Roman" w:cs="Times New Roman"/>
          <w:sz w:val="24"/>
        </w:rPr>
        <w:t>City, State &amp; Zip                                                  City, State &amp; Zip</w:t>
      </w:r>
    </w:p>
    <w:p>
      <w:pPr>
        <w:spacing w:line="360" w:lineRule="auto"/>
      </w:pPr>
    </w:p>
    <w:p>
      <w:pPr/>
    </w:p>
    <w:p>
      <w:pPr/>
      <w:r>
        <w:rPr>
          <w:rFonts w:ascii="Times New Roman" w:hAnsi="Times New Roman" w:eastAsia="Times New Roman" w:cs="Times New Roman"/>
          <w:b/>
          <w:sz w:val="24"/>
        </w:rPr>
        <w:t>Grantee Certification</w:t>
      </w:r>
    </w:p>
    <w:p>
      <w:pPr/>
    </w:p>
    <w:p>
      <w:pPr/>
    </w:p>
    <w:p>
      <w:pPr/>
    </w:p>
    <w:p>
      <w:pPr>
        <w:spacing w:before="0" w:after="0"/>
      </w:pPr>
    </w:p>
    <w:p>
      <w:pPr/>
    </w:p>
    <w:p>
      <w:pPr/>
      <w:r>
        <w:rPr>
          <w:rFonts w:ascii="Times New Roman" w:hAnsi="Times New Roman" w:eastAsia="Times New Roman" w:cs="Times New Roman"/>
          <w:sz w:val="24"/>
        </w:rPr>
        <w:t>STATE OF NORTH DAKOTA)</w:t>
      </w:r>
    </w:p>
    <w:p>
      <w:pPr/>
    </w:p>
    <w:p>
      <w:pPr/>
      <w:r>
        <w:rPr>
          <w:rFonts w:ascii="Times New Roman" w:hAnsi="Times New Roman" w:eastAsia="Times New Roman" w:cs="Times New Roman"/>
          <w:sz w:val="24"/>
        </w:rPr>
        <w:t>COUNTY OF ___________________)</w:t>
      </w:r>
    </w:p>
    <w:p>
      <w:pPr/>
    </w:p>
    <w:p>
      <w:pPr/>
    </w:p>
    <w:p>
      <w:pPr/>
      <w:r>
        <w:rPr>
          <w:rFonts w:ascii="Times New Roman" w:hAnsi="Times New Roman" w:eastAsia="Times New Roman" w:cs="Times New Roman"/>
          <w:sz w:val="24"/>
        </w:rPr>
        <w:t>I, the undersigned, a Notary Public in and for said County, in said State, hereby certify that ______________________________ whose names are signed to the foregoing instrument, and who is known to me, acknowledged before me on this day that, being informed of the contents of the instrument, they, executed the same voluntarily on the day the same bears date.</w:t>
      </w:r>
    </w:p>
    <w:p>
      <w:pPr/>
    </w:p>
    <w:p>
      <w:pPr/>
      <w:r>
        <w:rPr>
          <w:rFonts w:ascii="Times New Roman" w:hAnsi="Times New Roman" w:eastAsia="Times New Roman" w:cs="Times New Roman"/>
          <w:sz w:val="24"/>
        </w:rPr>
        <w:t>Given under my hand this ____ day of ____________________, 20___.</w:t>
      </w:r>
    </w:p>
    <w:p>
      <w:pPr/>
    </w:p>
    <w:p>
      <w:pPr>
        <w:ind w:firstLine="720"/>
      </w:pPr>
      <w:r>
        <w:rPr>
          <w:rFonts w:ascii="Times New Roman" w:hAnsi="Times New Roman" w:eastAsia="Times New Roman" w:cs="Times New Roman"/>
          <w:sz w:val="24"/>
        </w:rPr>
        <w:t>____________________________________</w:t>
      </w:r>
    </w:p>
    <w:p>
      <w:pPr>
        <w:ind w:firstLine="720"/>
      </w:pPr>
      <w:r>
        <w:rPr>
          <w:rFonts w:ascii="Times New Roman" w:hAnsi="Times New Roman" w:eastAsia="Times New Roman" w:cs="Times New Roman"/>
          <w:sz w:val="24"/>
        </w:rPr>
        <w:t>Notary Public</w:t>
      </w:r>
    </w:p>
    <w:p>
      <w:pPr>
        <w:spacing w:line="360" w:lineRule="auto"/>
        <w:ind w:firstLine="720"/>
      </w:pPr>
    </w:p>
    <w:p>
      <w:pPr>
        <w:spacing w:line="360" w:lineRule="auto"/>
        <w:ind w:firstLine="720"/>
      </w:pPr>
      <w:r>
        <w:rPr>
          <w:rFonts w:ascii="Times New Roman" w:hAnsi="Times New Roman" w:eastAsia="Times New Roman" w:cs="Times New Roman"/>
          <w:sz w:val="24"/>
        </w:rPr>
        <w:t>My Commission Expires: ________________</w:t>
      </w:r>
    </w:p>
    <w:p>
      <w:pPr/>
    </w:p>
    <w:p>
      <w:pPr>
        <w:spacing w:line="480" w:lineRule="auto"/>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