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NORTH DAKOTA</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North Dakota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North Dakota.</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