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NOTARY ACKNOWLEDGMENT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w:t>
      </w:r>
      <w:r>
        <w:rPr>
          <w:rFonts w:ascii="Times New Roman" w:hAnsi="Times New Roman" w:eastAsia="Times New Roman" w:cs="Times New Roman"/>
          <w:sz w:val="24"/>
        </w:rPr>
        <w:t>[NAME AND TITLE OF OFFICER]</w:t>
      </w:r>
      <w:r>
        <w:rPr>
          <w:rFonts w:ascii="Times New Roman" w:hAnsi="Times New Roman" w:eastAsia="Times New Roman" w:cs="Times New Roman"/>
          <w:sz w:val="24"/>
        </w:rPr>
        <w:t xml:space="preserve"> (name and title of officer), personally appeared </w:t>
      </w:r>
      <w:r>
        <w:rPr>
          <w:rFonts w:ascii="Times New Roman" w:hAnsi="Times New Roman" w:eastAsia="Times New Roman" w:cs="Times New Roman"/>
          <w:sz w:val="24"/>
        </w:rPr>
        <w:t>[NAME OF SIGNER]</w:t>
      </w:r>
      <w:r>
        <w:rPr>
          <w:rFonts w:ascii="Times New Roman" w:hAnsi="Times New Roman" w:eastAsia="Times New Roman" w:cs="Times New Roman"/>
          <w:sz w:val="24"/>
        </w:rPr>
        <w:t xml:space="preserve">,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pPr/>
    </w:p>
    <w:p>
      <w:pPr/>
      <w:r>
        <w:rPr>
          <w:rFonts w:ascii="Times New Roman" w:hAnsi="Times New Roman" w:eastAsia="Times New Roman" w:cs="Times New Roman"/>
          <w:sz w:val="24"/>
        </w:rPr>
        <w:t xml:space="preserve">I certify under PENALTY OF PERJURY under the laws of the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that the foregoing paragraph is true and correct.</w:t>
      </w:r>
    </w:p>
    <w:p>
      <w:pPr/>
    </w:p>
    <w:p>
      <w:pPr/>
      <w:r>
        <w:rPr>
          <w:rFonts w:ascii="Times New Roman" w:hAnsi="Times New Roman" w:eastAsia="Times New Roman" w:cs="Times New Roman"/>
          <w:sz w:val="24"/>
        </w:rPr>
        <w:t>WITNESS my hand and official seal.</w:t>
      </w:r>
    </w:p>
    <w:p>
      <w:pP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ab/>
        <w:tab/>
        <w:tab/>
        <w:tab/>
        <w:tab/>
        <w:tab/>
        <w:t>(Seal)</w:t>
      </w:r>
    </w:p>
    <w:p>
      <w:pPr/>
    </w:p>
    <w:p>
      <w:pPr/>
      <w:r>
        <w:rPr>
          <w:rFonts w:ascii="Times New Roman" w:hAnsi="Times New Roman" w:eastAsia="Times New Roman" w:cs="Times New Roman"/>
          <w:sz w:val="24"/>
        </w:rPr>
        <w:t>Print Name 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