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 of the note]</w:t>
      </w:r>
    </w:p>
    <w:p>
      <w:pPr>
        <w:keepNext w:val="0"/>
        <w:spacing w:before="200" w:after="0" w:line="260" w:lineRule="exact"/>
        <w:ind w:left="360" w:right="0" w:firstLine="0"/>
        <w:jc w:val="both"/>
      </w:pPr>
      <w:r>
        <w:rPr>
          <w:rFonts w:ascii="Times New Roman" w:hAnsi="Times New Roman" w:eastAsia="Times New Roman" w:cs="Times New Roman"/>
          <w:b w:val="0"/>
          <w:sz w:val="24"/>
        </w:rPr>
        <w:t>FOR VALUE RECEIVED, the undersigned hereby jointly and severally promise to pay to the order of [name of payee], the sum of _________________ Dollars ($_____________), together with interest thereon at the rate of ____________% per annum on the unpaid balance. Said sum shall be paid in the manner following: (Describe terms)</w:t>
      </w:r>
    </w:p>
    <w:p>
      <w:pPr>
        <w:keepNext w:val="0"/>
        <w:spacing w:before="200" w:after="0" w:line="260" w:lineRule="exact"/>
        <w:ind w:left="360" w:right="0" w:firstLine="0"/>
        <w:jc w:val="both"/>
      </w:pPr>
      <w:r>
        <w:rPr>
          <w:rFonts w:ascii="Times New Roman" w:hAnsi="Times New Roman" w:eastAsia="Times New Roman" w:cs="Times New Roman"/>
          <w:b w:val="0"/>
          <w:sz w:val="24"/>
        </w:rPr>
        <w:t>All payments shall be first applied to interest and the balance to principal.</w:t>
      </w:r>
    </w:p>
    <w:p>
      <w:pPr>
        <w:keepNext w:val="0"/>
        <w:spacing w:before="200" w:after="0" w:line="260" w:lineRule="exact"/>
        <w:ind w:left="360" w:right="0" w:firstLine="0"/>
        <w:jc w:val="both"/>
      </w:pPr>
      <w:r>
        <w:rPr>
          <w:rFonts w:ascii="Times New Roman" w:hAnsi="Times New Roman" w:eastAsia="Times New Roman" w:cs="Times New Roman"/>
          <w:b w:val="0"/>
          <w:sz w:val="24"/>
        </w:rPr>
        <w:t>This Note may be prepaid, at any time, in whole or in part, without penalty.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Note shall at the option of the holder hereof be immediately due and payable upon failure to make any payment due hereunder or for breach of any condition of any security interest, mortgage, pledge agreement or guaranty granted as collateral security for this Note or breach of any condition of any security agreement or mortgage, if any,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priority over any security agreement or mortgage on collateral granted, in whole or in part, as collateral security for this Note or upon the filing by any of the undersigned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bankruptcy, or for relief under any provisions of the Bankruptcy Code; or by suffering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in bankruptcy or receivership not vacated within thirty days.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this Note shall be in default, and placed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for collection, then the undersigned agree to pay all reasonable attorney fees and costs of collection.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Payments not made within ________________ days of due date shall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charge of ____________% of said payment.</w:t>
      </w:r>
    </w:p>
    <w:p>
      <w:pPr>
        <w:keepNext w:val="0"/>
        <w:spacing w:before="200" w:after="0" w:line="260" w:lineRule="exact"/>
        <w:ind w:left="360" w:right="0" w:firstLine="0"/>
        <w:jc w:val="both"/>
      </w:pPr>
      <w:r>
        <w:rPr>
          <w:rFonts w:ascii="Times New Roman" w:hAnsi="Times New Roman" w:eastAsia="Times New Roman" w:cs="Times New Roman"/>
          <w:b w:val="0"/>
          <w:sz w:val="24"/>
        </w:rPr>
        <w:t>All payments hereunder shall be made to such address as may from time to time be designated by any holder hereof.</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and all other parties to this Note, whether as endorsers, guarantors or sureties waive demand, presentment and protest and all notices thereto and further agree to remain bound, notwithstanding any extension, modification, waiver, or other indulgence by any holder or upon the discharge or release of any obligor hereunder or to this Note, or upon the exchange, substitution, or release of any collateral granted as security for this Note.</w:t>
      </w:r>
    </w:p>
    <w:p>
      <w:pPr>
        <w:keepNext w:val="0"/>
        <w:spacing w:before="200" w:after="0" w:line="260" w:lineRule="exact"/>
        <w:ind w:left="360" w:right="0" w:firstLine="0"/>
        <w:jc w:val="both"/>
      </w:pPr>
      <w:r>
        <w:rPr>
          <w:rFonts w:ascii="Times New Roman" w:hAnsi="Times New Roman" w:eastAsia="Times New Roman" w:cs="Times New Roman"/>
          <w:b w:val="0"/>
          <w:sz w:val="24"/>
        </w:rPr>
        <w:t>Signed and sealed under penalty of perjury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 (signature of makers)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