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Adjourned Meeting of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ADJOURNED MEETING OF BOARD OF DIRECTORS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California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meeting of the Board of Directors adjourned on [date], will be reconvened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