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Annual Meeting of Shareholders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NOTICE OF ANNUAL MEETING OF SHAREHOLDERS OF [name of corporation],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California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annual meeting of the shareholders of [name] will be held at [address] on [date], at [__ o'clock _____.M.], The meeting will be held to consider and act on the following matters: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[matters to be acted on, in compliance with Corp. Code § 601 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)]; and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Such other matters that may properly come before the meeting.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Only the holders of Common Stock of record at the close of business [date] will be entitled to vote at the meeting.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Dated: [date].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 name and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