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Annual Meeting of Shareholders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the Shareholders: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NOTICE IS HEREBY GIVEN that the annual meeting of Shareholders of [name of corporation] (the "Corporation") will be held at the offices of [name and address of meeting location] on [date] at [time,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 or P.M.], for the purposes of considering and acting on the following matters: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election of the Board of Directors of the Corporation.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[Specify other action to be taken, e.g.: approval of auditors.]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transaction of such other business as may properly be brought before the meeting or any adjournment or adjournments thereof.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Shareholders of record as at the close of business on [record date] are entitled to vote in person or by proxy at said meeting or any adjournment or adjournments thereof.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corporation]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Dated [date]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of secretary],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Secretary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Secretary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